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EA520" w14:textId="25125D41" w:rsidR="00647DED" w:rsidRDefault="00647DED" w:rsidP="00647DED">
      <w:pPr>
        <w:pStyle w:val="Heading1"/>
      </w:pPr>
      <w:r>
        <w:t>Database Project by Al Sammarraie Nooruldeen</w:t>
      </w:r>
      <w:r w:rsidR="00FD7F10">
        <w:t xml:space="preserve"> Group 1074</w:t>
      </w:r>
    </w:p>
    <w:p w14:paraId="14FA7595" w14:textId="56980C59" w:rsidR="00647DED" w:rsidRDefault="009728B8">
      <w:pPr>
        <w:pStyle w:val="Heading1"/>
      </w:pPr>
      <w:r>
        <w:t>Managing Immigration Papers:</w:t>
      </w:r>
    </w:p>
    <w:p w14:paraId="6015A2FC" w14:textId="77777777" w:rsidR="00FF7C86" w:rsidRDefault="009728B8">
      <w:pPr>
        <w:pStyle w:val="Heading2"/>
      </w:pPr>
      <w:r>
        <w:t>1. Project Description</w:t>
      </w:r>
    </w:p>
    <w:p w14:paraId="391A7EA8" w14:textId="77777777" w:rsidR="00FF7C86" w:rsidRDefault="009728B8">
      <w:r>
        <w:t>The purpose of this project is to design and implement a database system to manage immigration-related documents and processes efficiently. The database will track clients, their applications, required documents, services, and appointments with employees. The system aims to streamline the management of immigration papers, ensuring accurate record-keeping, and providing insights into the economic aspects such as service fees and employee salaries.</w:t>
      </w:r>
      <w:r>
        <w:br/>
      </w:r>
      <w:r>
        <w:br/>
        <w:t>This project aligns with economic themes by incorporating cost management, fee tracking, and resource allocation. It will help immigration firms manage client data, reduce processing times, and improve the overall experience.</w:t>
      </w:r>
    </w:p>
    <w:p w14:paraId="4879B618" w14:textId="77777777" w:rsidR="00FF7C86" w:rsidRDefault="009728B8">
      <w:pPr>
        <w:pStyle w:val="Heading2"/>
      </w:pPr>
      <w:r>
        <w:t>2. Database Schema</w:t>
      </w:r>
    </w:p>
    <w:p w14:paraId="43D393C1" w14:textId="77777777" w:rsidR="00647DED" w:rsidRDefault="00647DED" w:rsidP="00647DED">
      <w:r w:rsidRPr="00647DED">
        <w:t xml:space="preserve">Table 1 </w:t>
      </w:r>
      <w:r w:rsidRPr="00A9251C">
        <w:rPr>
          <w:b/>
          <w:bCs/>
        </w:rPr>
        <w:t>Clients</w:t>
      </w:r>
      <w:r w:rsidRPr="00647DED">
        <w:t xml:space="preserve"> table and it contains: </w:t>
      </w:r>
      <w:r>
        <w:t>C</w:t>
      </w:r>
      <w:r w:rsidRPr="00647DED">
        <w:t>lientID (which is the primary key), FirstName, LastName, DateOfBirth, PassportNumber, Email, PhoneNumber, Address</w:t>
      </w:r>
    </w:p>
    <w:p w14:paraId="0D9E42DD" w14:textId="77777777" w:rsidR="00647DED" w:rsidRDefault="00647DED" w:rsidP="00647DED">
      <w:r w:rsidRPr="00647DED">
        <w:t xml:space="preserve"> Table 2 </w:t>
      </w:r>
      <w:r w:rsidRPr="00A9251C">
        <w:rPr>
          <w:b/>
          <w:bCs/>
        </w:rPr>
        <w:t>applications</w:t>
      </w:r>
      <w:r w:rsidRPr="00647DED">
        <w:t xml:space="preserve"> table and it contains: applicationID (which is the primary key), clientID (which is a foreign key FK), applicationDate, status, serviceID(FK)</w:t>
      </w:r>
    </w:p>
    <w:p w14:paraId="0E01A751" w14:textId="77777777" w:rsidR="00647DED" w:rsidRDefault="00647DED" w:rsidP="00647DED">
      <w:r w:rsidRPr="00647DED">
        <w:t xml:space="preserve"> Table 3 </w:t>
      </w:r>
      <w:r w:rsidRPr="00A9251C">
        <w:rPr>
          <w:b/>
          <w:bCs/>
        </w:rPr>
        <w:t>services</w:t>
      </w:r>
      <w:r w:rsidRPr="00647DED">
        <w:t xml:space="preserve"> table and it contains: serviceID (PK), serviceName, description, fee</w:t>
      </w:r>
    </w:p>
    <w:p w14:paraId="747EE1DA" w14:textId="77777777" w:rsidR="00647DED" w:rsidRDefault="00647DED" w:rsidP="00647DED">
      <w:r w:rsidRPr="00647DED">
        <w:t xml:space="preserve"> Table 4 </w:t>
      </w:r>
      <w:r w:rsidRPr="00A9251C">
        <w:rPr>
          <w:b/>
          <w:bCs/>
        </w:rPr>
        <w:t>employees</w:t>
      </w:r>
      <w:r w:rsidRPr="00647DED">
        <w:t xml:space="preserve"> table and it contains: employeeID (PK), firstName, lastName, position, email, phoneNumber, salary</w:t>
      </w:r>
    </w:p>
    <w:p w14:paraId="7A7DE36C" w14:textId="4A8AA4F0" w:rsidR="00A9251C" w:rsidRDefault="00647DED" w:rsidP="00647DED">
      <w:r w:rsidRPr="00647DED">
        <w:t xml:space="preserve">Table 5: which is the </w:t>
      </w:r>
      <w:r w:rsidRPr="00A9251C">
        <w:rPr>
          <w:b/>
          <w:bCs/>
        </w:rPr>
        <w:t>countries</w:t>
      </w:r>
      <w:r w:rsidRPr="00647DED">
        <w:t xml:space="preserve"> table and it contains: countryID (pk), countryName, region </w:t>
      </w:r>
    </w:p>
    <w:p w14:paraId="453E1DE3" w14:textId="34DF6DA3" w:rsidR="00647DED" w:rsidRDefault="00647DED" w:rsidP="00647DED">
      <w:r w:rsidRPr="00647DED">
        <w:t xml:space="preserve">Table 6: which is the </w:t>
      </w:r>
      <w:r w:rsidRPr="00A9251C">
        <w:rPr>
          <w:b/>
          <w:bCs/>
        </w:rPr>
        <w:t>documents</w:t>
      </w:r>
      <w:r w:rsidRPr="00647DED">
        <w:t xml:space="preserve"> table and it contains: documentID (PK), applicationID (FK), docType, docPath, uploadDate</w:t>
      </w:r>
    </w:p>
    <w:p w14:paraId="1CC1D422" w14:textId="34126140" w:rsidR="00647DED" w:rsidRPr="00647DED" w:rsidRDefault="00647DED" w:rsidP="00647DED">
      <w:r w:rsidRPr="00647DED">
        <w:t xml:space="preserve"> Table 7 which is the </w:t>
      </w:r>
      <w:r w:rsidRPr="00A9251C">
        <w:rPr>
          <w:b/>
          <w:bCs/>
        </w:rPr>
        <w:t>appointments</w:t>
      </w:r>
      <w:r w:rsidRPr="00647DED">
        <w:t xml:space="preserve"> table and it contains: appointmentID (PK), employeeID (FK), date, time, location, applicationID (FK) </w:t>
      </w:r>
    </w:p>
    <w:p w14:paraId="004B8001" w14:textId="77777777" w:rsidR="00FF7C86" w:rsidRDefault="009728B8">
      <w:r>
        <w:t>The schema consists of seven tables with the following relationships:</w:t>
      </w:r>
      <w:r>
        <w:br/>
        <w:t>- Clients: Tracks client information.</w:t>
      </w:r>
      <w:r>
        <w:br/>
        <w:t>- Applications: Tracks immigration applications linked to clients and services.</w:t>
      </w:r>
      <w:r>
        <w:br/>
        <w:t>- Services: Lists services offered by the organization.</w:t>
      </w:r>
      <w:r>
        <w:br/>
        <w:t>- Employees: Tracks employees handling the cases.</w:t>
      </w:r>
      <w:r>
        <w:br/>
        <w:t>- Countries: Contains country-related data.</w:t>
      </w:r>
      <w:r>
        <w:br/>
        <w:t>- Documents: Tracks documents associated with applications.</w:t>
      </w:r>
      <w:r>
        <w:br/>
      </w:r>
      <w:r>
        <w:lastRenderedPageBreak/>
        <w:t>- Appointments: Tracks appointments between employees and clients for specific applications.</w:t>
      </w:r>
      <w:r>
        <w:br/>
      </w:r>
      <w:r>
        <w:br/>
        <w:t>Schema Relationships:</w:t>
      </w:r>
      <w:r>
        <w:br/>
        <w:t>- A client can submit multiple applications.</w:t>
      </w:r>
      <w:r>
        <w:br/>
        <w:t>- An application is linked to one service.</w:t>
      </w:r>
      <w:r>
        <w:br/>
        <w:t>- An application may require multiple documents.</w:t>
      </w:r>
      <w:r>
        <w:br/>
        <w:t>- An employee can manage multiple appointments.</w:t>
      </w:r>
      <w:r>
        <w:br/>
        <w:t>- Appointments are tied to specific applications.</w:t>
      </w:r>
    </w:p>
    <w:p w14:paraId="3C15DACA" w14:textId="58A007E7" w:rsidR="00D92DB2" w:rsidRPr="00D92DB2" w:rsidRDefault="009728B8" w:rsidP="00D92DB2">
      <w:pPr>
        <w:pStyle w:val="Heading2"/>
      </w:pPr>
      <w:r>
        <w:t>3. Constructing the Database</w:t>
      </w:r>
    </w:p>
    <w:p w14:paraId="4DCA3651" w14:textId="77777777" w:rsidR="00FF7C86" w:rsidRDefault="009728B8">
      <w:pPr>
        <w:pStyle w:val="Heading3"/>
      </w:pPr>
      <w:r>
        <w:t>DDL Statements (Examples):</w:t>
      </w:r>
    </w:p>
    <w:p w14:paraId="619297F7" w14:textId="77777777" w:rsidR="00FF7C86" w:rsidRDefault="009728B8">
      <w:pPr>
        <w:pStyle w:val="Heading4"/>
      </w:pPr>
      <w:r>
        <w:t>Creating Tables</w:t>
      </w:r>
    </w:p>
    <w:p w14:paraId="0A267F1A" w14:textId="77777777" w:rsidR="00647DED" w:rsidRDefault="009728B8">
      <w:r>
        <w:br/>
        <w:t>CREATE TABLE Clients (</w:t>
      </w:r>
      <w:r>
        <w:br/>
        <w:t xml:space="preserve">    clientID INT PRIMARY KEY,</w:t>
      </w:r>
      <w:r>
        <w:br/>
        <w:t xml:space="preserve">    FirstName VARCHAR(50),</w:t>
      </w:r>
      <w:r>
        <w:br/>
        <w:t xml:space="preserve">    LastName VARCHAR(50),</w:t>
      </w:r>
      <w:r>
        <w:br/>
        <w:t xml:space="preserve">    DateOfBirth DATE,</w:t>
      </w:r>
      <w:r>
        <w:br/>
        <w:t xml:space="preserve">    PassportNumber VARCHAR(20),</w:t>
      </w:r>
      <w:r>
        <w:br/>
        <w:t xml:space="preserve">    Email VARCHAR(100),</w:t>
      </w:r>
      <w:r>
        <w:br/>
        <w:t xml:space="preserve">    PhoneNumber VARCHAR(15),</w:t>
      </w:r>
      <w:r>
        <w:br/>
        <w:t xml:space="preserve">    Address VARCHAR(255)</w:t>
      </w:r>
      <w:r>
        <w:br/>
        <w:t>);</w:t>
      </w:r>
    </w:p>
    <w:p w14:paraId="1B98E5A1" w14:textId="77777777" w:rsidR="00387461" w:rsidRDefault="00647DED">
      <w:r w:rsidRPr="00647DED">
        <w:drawing>
          <wp:inline distT="0" distB="0" distL="0" distR="0" wp14:anchorId="2622D49A" wp14:editId="1FC9C320">
            <wp:extent cx="3238952" cy="638264"/>
            <wp:effectExtent l="0" t="0" r="0" b="9525"/>
            <wp:docPr id="1735723958" name="Picture 1" descr="A close 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23958" name="Picture 1" descr="A close up of a text&#10;&#10;Description automatically generated"/>
                    <pic:cNvPicPr/>
                  </pic:nvPicPr>
                  <pic:blipFill>
                    <a:blip r:embed="rId6"/>
                    <a:stretch>
                      <a:fillRect/>
                    </a:stretch>
                  </pic:blipFill>
                  <pic:spPr>
                    <a:xfrm>
                      <a:off x="0" y="0"/>
                      <a:ext cx="3238952" cy="638264"/>
                    </a:xfrm>
                    <a:prstGeom prst="rect">
                      <a:avLst/>
                    </a:prstGeom>
                  </pic:spPr>
                </pic:pic>
              </a:graphicData>
            </a:graphic>
          </wp:inline>
        </w:drawing>
      </w:r>
      <w:r w:rsidR="009728B8">
        <w:br/>
      </w:r>
    </w:p>
    <w:p w14:paraId="53AE1ED0" w14:textId="77777777" w:rsidR="00387461" w:rsidRDefault="00387461" w:rsidP="00387461">
      <w:pPr>
        <w:pStyle w:val="Heading4"/>
      </w:pPr>
      <w:r>
        <w:t>Creating Tables</w:t>
      </w:r>
    </w:p>
    <w:p w14:paraId="2F73A37C" w14:textId="77777777" w:rsidR="00387461" w:rsidRDefault="00387461" w:rsidP="00387461">
      <w:r>
        <w:t>CREATE TABLE Employeesnoor1 (</w:t>
      </w:r>
    </w:p>
    <w:p w14:paraId="0253897E" w14:textId="77777777" w:rsidR="00387461" w:rsidRDefault="00387461" w:rsidP="00387461">
      <w:r>
        <w:t xml:space="preserve">    employeeID INT PRIMARY KEY,</w:t>
      </w:r>
    </w:p>
    <w:p w14:paraId="59CE5826" w14:textId="77777777" w:rsidR="00387461" w:rsidRDefault="00387461" w:rsidP="00387461">
      <w:r>
        <w:t xml:space="preserve">    FirstName VARCHAR(50),</w:t>
      </w:r>
    </w:p>
    <w:p w14:paraId="5C189E8B" w14:textId="77777777" w:rsidR="00387461" w:rsidRDefault="00387461" w:rsidP="00387461">
      <w:r>
        <w:t xml:space="preserve">    LastName VARCHAR(50),</w:t>
      </w:r>
    </w:p>
    <w:p w14:paraId="37872B30" w14:textId="77777777" w:rsidR="00387461" w:rsidRDefault="00387461" w:rsidP="00387461">
      <w:r>
        <w:t xml:space="preserve">    Position VARCHAR(50),</w:t>
      </w:r>
    </w:p>
    <w:p w14:paraId="5790B178" w14:textId="77777777" w:rsidR="00387461" w:rsidRDefault="00387461" w:rsidP="00387461">
      <w:r>
        <w:t xml:space="preserve">    Email VARCHAR(100),</w:t>
      </w:r>
    </w:p>
    <w:p w14:paraId="64F52B0C" w14:textId="77777777" w:rsidR="00387461" w:rsidRDefault="00387461" w:rsidP="00387461">
      <w:r>
        <w:t xml:space="preserve">    PhoneNumber VARCHAR(15),</w:t>
      </w:r>
    </w:p>
    <w:p w14:paraId="2C815F20" w14:textId="77777777" w:rsidR="00387461" w:rsidRDefault="00387461" w:rsidP="00387461">
      <w:r>
        <w:lastRenderedPageBreak/>
        <w:t xml:space="preserve">    Salary DECIMAL(10, 2)</w:t>
      </w:r>
    </w:p>
    <w:p w14:paraId="14F0D3D5" w14:textId="77777777" w:rsidR="00387461" w:rsidRDefault="00387461" w:rsidP="00387461">
      <w:r>
        <w:t>);</w:t>
      </w:r>
    </w:p>
    <w:p w14:paraId="618F3DAE" w14:textId="64E00B7B" w:rsidR="00387461" w:rsidRDefault="00387461" w:rsidP="00387461">
      <w:r w:rsidRPr="00387461">
        <w:drawing>
          <wp:inline distT="0" distB="0" distL="0" distR="0" wp14:anchorId="02255A09" wp14:editId="6DFBB168">
            <wp:extent cx="3010320" cy="371527"/>
            <wp:effectExtent l="0" t="0" r="0" b="9525"/>
            <wp:docPr id="1942476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476080" name=""/>
                    <pic:cNvPicPr/>
                  </pic:nvPicPr>
                  <pic:blipFill>
                    <a:blip r:embed="rId7"/>
                    <a:stretch>
                      <a:fillRect/>
                    </a:stretch>
                  </pic:blipFill>
                  <pic:spPr>
                    <a:xfrm>
                      <a:off x="0" y="0"/>
                      <a:ext cx="3010320" cy="371527"/>
                    </a:xfrm>
                    <a:prstGeom prst="rect">
                      <a:avLst/>
                    </a:prstGeom>
                  </pic:spPr>
                </pic:pic>
              </a:graphicData>
            </a:graphic>
          </wp:inline>
        </w:drawing>
      </w:r>
      <w:r w:rsidR="009728B8">
        <w:t xml:space="preserve">   </w:t>
      </w:r>
    </w:p>
    <w:p w14:paraId="4FDCD711" w14:textId="09B4362E" w:rsidR="00FF7C86" w:rsidRDefault="009728B8">
      <w:r>
        <w:t xml:space="preserve">     </w:t>
      </w:r>
    </w:p>
    <w:p w14:paraId="66337613" w14:textId="77777777" w:rsidR="00FF7C86" w:rsidRDefault="009728B8">
      <w:pPr>
        <w:pStyle w:val="Heading4"/>
      </w:pPr>
      <w:r>
        <w:t>Altering Tables</w:t>
      </w:r>
    </w:p>
    <w:p w14:paraId="714D3807" w14:textId="77777777" w:rsidR="00647DED" w:rsidRDefault="009728B8">
      <w:r>
        <w:br/>
        <w:t>ALTER TABLE Clients ADD (MiddleName VARCHAR(50));</w:t>
      </w:r>
    </w:p>
    <w:p w14:paraId="5F459B01" w14:textId="60272BEE" w:rsidR="00FF7C86" w:rsidRDefault="00647DED">
      <w:r w:rsidRPr="00647DED">
        <w:drawing>
          <wp:inline distT="0" distB="0" distL="0" distR="0" wp14:anchorId="59CD3EA6" wp14:editId="5CCD176C">
            <wp:extent cx="3277057" cy="600159"/>
            <wp:effectExtent l="0" t="0" r="0" b="9525"/>
            <wp:docPr id="1566509230" name="Picture 1" descr="A black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509230" name="Picture 1" descr="A black and blue text&#10;&#10;Description automatically generated"/>
                    <pic:cNvPicPr/>
                  </pic:nvPicPr>
                  <pic:blipFill>
                    <a:blip r:embed="rId8"/>
                    <a:stretch>
                      <a:fillRect/>
                    </a:stretch>
                  </pic:blipFill>
                  <pic:spPr>
                    <a:xfrm>
                      <a:off x="0" y="0"/>
                      <a:ext cx="3277057" cy="600159"/>
                    </a:xfrm>
                    <a:prstGeom prst="rect">
                      <a:avLst/>
                    </a:prstGeom>
                  </pic:spPr>
                </pic:pic>
              </a:graphicData>
            </a:graphic>
          </wp:inline>
        </w:drawing>
      </w:r>
      <w:r w:rsidR="009728B8">
        <w:br/>
        <w:t xml:space="preserve">        </w:t>
      </w:r>
    </w:p>
    <w:p w14:paraId="0C5868FB" w14:textId="77777777" w:rsidR="00FF7C86" w:rsidRDefault="009728B8">
      <w:pPr>
        <w:pStyle w:val="Heading4"/>
      </w:pPr>
      <w:r>
        <w:t>Dropping Tables</w:t>
      </w:r>
    </w:p>
    <w:p w14:paraId="36C02313" w14:textId="6F2081D1" w:rsidR="00FF7C86" w:rsidRDefault="009728B8">
      <w:r>
        <w:br/>
        <w:t>DROP TABLE Countries;</w:t>
      </w:r>
      <w:r>
        <w:br/>
        <w:t xml:space="preserve">        </w:t>
      </w:r>
      <w:r w:rsidR="00647DED" w:rsidRPr="00647DED">
        <w:drawing>
          <wp:inline distT="0" distB="0" distL="0" distR="0" wp14:anchorId="4D211367" wp14:editId="518ABF1C">
            <wp:extent cx="2886478" cy="590632"/>
            <wp:effectExtent l="0" t="0" r="9525" b="0"/>
            <wp:docPr id="1038957233" name="Picture 1" descr="A black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957233" name="Picture 1" descr="A black and blue text&#10;&#10;Description automatically generated"/>
                    <pic:cNvPicPr/>
                  </pic:nvPicPr>
                  <pic:blipFill>
                    <a:blip r:embed="rId9"/>
                    <a:stretch>
                      <a:fillRect/>
                    </a:stretch>
                  </pic:blipFill>
                  <pic:spPr>
                    <a:xfrm>
                      <a:off x="0" y="0"/>
                      <a:ext cx="2886478" cy="590632"/>
                    </a:xfrm>
                    <a:prstGeom prst="rect">
                      <a:avLst/>
                    </a:prstGeom>
                  </pic:spPr>
                </pic:pic>
              </a:graphicData>
            </a:graphic>
          </wp:inline>
        </w:drawing>
      </w:r>
    </w:p>
    <w:p w14:paraId="3A7D8076" w14:textId="77777777" w:rsidR="00387461" w:rsidRDefault="00387461" w:rsidP="00387461">
      <w:pPr>
        <w:rPr>
          <w:rFonts w:asciiTheme="majorHAnsi" w:eastAsiaTheme="majorEastAsia" w:hAnsiTheme="majorHAnsi" w:cstheme="majorBidi"/>
          <w:b/>
          <w:bCs/>
          <w:i/>
          <w:iCs/>
          <w:color w:val="4F81BD" w:themeColor="accent1"/>
        </w:rPr>
      </w:pPr>
      <w:r w:rsidRPr="00387461">
        <w:rPr>
          <w:rFonts w:asciiTheme="majorHAnsi" w:eastAsiaTheme="majorEastAsia" w:hAnsiTheme="majorHAnsi" w:cstheme="majorBidi"/>
          <w:b/>
          <w:bCs/>
          <w:i/>
          <w:iCs/>
          <w:color w:val="4F81BD" w:themeColor="accent1"/>
        </w:rPr>
        <w:t>Adding a Unique Constraint</w:t>
      </w:r>
    </w:p>
    <w:p w14:paraId="308049F2" w14:textId="77777777" w:rsidR="00E956C9" w:rsidRDefault="00E956C9" w:rsidP="00387461">
      <w:r w:rsidRPr="00E956C9">
        <w:t>ALTER TABLE Clients ADD CONSTRAINT unique_email UNIQUE (Email);</w:t>
      </w:r>
    </w:p>
    <w:p w14:paraId="36B06C1A" w14:textId="4BDE42D8" w:rsidR="00387461" w:rsidRDefault="00E956C9" w:rsidP="00387461">
      <w:r w:rsidRPr="00E956C9">
        <w:drawing>
          <wp:inline distT="0" distB="0" distL="0" distR="0" wp14:anchorId="09CFAF1E" wp14:editId="158B76C0">
            <wp:extent cx="3067478" cy="638264"/>
            <wp:effectExtent l="0" t="0" r="0" b="9525"/>
            <wp:docPr id="2085135957"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135957" name="Picture 1" descr="A black text on a white background&#10;&#10;Description automatically generated"/>
                    <pic:cNvPicPr/>
                  </pic:nvPicPr>
                  <pic:blipFill>
                    <a:blip r:embed="rId10"/>
                    <a:stretch>
                      <a:fillRect/>
                    </a:stretch>
                  </pic:blipFill>
                  <pic:spPr>
                    <a:xfrm>
                      <a:off x="0" y="0"/>
                      <a:ext cx="3067478" cy="638264"/>
                    </a:xfrm>
                    <a:prstGeom prst="rect">
                      <a:avLst/>
                    </a:prstGeom>
                  </pic:spPr>
                </pic:pic>
              </a:graphicData>
            </a:graphic>
          </wp:inline>
        </w:drawing>
      </w:r>
    </w:p>
    <w:p w14:paraId="26BF0523" w14:textId="77777777" w:rsidR="00387461" w:rsidRDefault="00387461" w:rsidP="00387461">
      <w:pPr>
        <w:rPr>
          <w:rFonts w:asciiTheme="majorHAnsi" w:eastAsiaTheme="majorEastAsia" w:hAnsiTheme="majorHAnsi" w:cstheme="majorBidi"/>
          <w:b/>
          <w:bCs/>
          <w:i/>
          <w:iCs/>
          <w:color w:val="4F81BD" w:themeColor="accent1"/>
        </w:rPr>
      </w:pPr>
      <w:r w:rsidRPr="00387461">
        <w:rPr>
          <w:rFonts w:asciiTheme="majorHAnsi" w:eastAsiaTheme="majorEastAsia" w:hAnsiTheme="majorHAnsi" w:cstheme="majorBidi"/>
          <w:b/>
          <w:bCs/>
          <w:i/>
          <w:iCs/>
          <w:color w:val="4F81BD" w:themeColor="accent1"/>
        </w:rPr>
        <w:t>Adding a Check Constraint</w:t>
      </w:r>
    </w:p>
    <w:p w14:paraId="5FA0CC36" w14:textId="36C7140D" w:rsidR="004511D9" w:rsidRDefault="00387461" w:rsidP="004511D9">
      <w:r w:rsidRPr="00387461">
        <w:t>ALTER TABLE Employees ADD CONSTRAINT check_salary CHECK (Salary &gt; 0);</w:t>
      </w:r>
    </w:p>
    <w:p w14:paraId="1545E711" w14:textId="18AFBB1D" w:rsidR="00E956C9" w:rsidRDefault="00E956C9" w:rsidP="00387461">
      <w:r w:rsidRPr="00387461">
        <w:drawing>
          <wp:inline distT="0" distB="0" distL="0" distR="0" wp14:anchorId="28AA0940" wp14:editId="1E319B31">
            <wp:extent cx="4410691" cy="676369"/>
            <wp:effectExtent l="0" t="0" r="9525" b="9525"/>
            <wp:docPr id="114921913" name="Picture 1" descr="A close up of a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21913" name="Picture 1" descr="A close up of a word&#10;&#10;Description automatically generated"/>
                    <pic:cNvPicPr/>
                  </pic:nvPicPr>
                  <pic:blipFill>
                    <a:blip r:embed="rId11"/>
                    <a:stretch>
                      <a:fillRect/>
                    </a:stretch>
                  </pic:blipFill>
                  <pic:spPr>
                    <a:xfrm>
                      <a:off x="0" y="0"/>
                      <a:ext cx="4410691" cy="676369"/>
                    </a:xfrm>
                    <a:prstGeom prst="rect">
                      <a:avLst/>
                    </a:prstGeom>
                  </pic:spPr>
                </pic:pic>
              </a:graphicData>
            </a:graphic>
          </wp:inline>
        </w:drawing>
      </w:r>
    </w:p>
    <w:p w14:paraId="1AC9B4B6" w14:textId="77777777" w:rsidR="004511D9" w:rsidRPr="004511D9" w:rsidRDefault="004511D9" w:rsidP="004511D9">
      <w:pPr>
        <w:rPr>
          <w:rFonts w:asciiTheme="majorHAnsi" w:eastAsiaTheme="majorEastAsia" w:hAnsiTheme="majorHAnsi" w:cstheme="majorBidi"/>
          <w:b/>
          <w:bCs/>
          <w:i/>
          <w:iCs/>
          <w:color w:val="4F81BD" w:themeColor="accent1"/>
        </w:rPr>
      </w:pPr>
      <w:r w:rsidRPr="004511D9">
        <w:rPr>
          <w:rFonts w:asciiTheme="majorHAnsi" w:eastAsiaTheme="majorEastAsia" w:hAnsiTheme="majorHAnsi" w:cstheme="majorBidi"/>
          <w:b/>
          <w:bCs/>
          <w:i/>
          <w:iCs/>
          <w:color w:val="4F81BD" w:themeColor="accent1"/>
        </w:rPr>
        <w:t>Renaming a Column</w:t>
      </w:r>
    </w:p>
    <w:p w14:paraId="491D7643" w14:textId="4B3101C0" w:rsidR="004511D9" w:rsidRDefault="004511D9" w:rsidP="00387461">
      <w:r w:rsidRPr="004511D9">
        <w:t>ALTER TABLE Applications RENAME COLUMN status TO applicationStatus;</w:t>
      </w:r>
    </w:p>
    <w:p w14:paraId="1CAE630E" w14:textId="5479D860" w:rsidR="004511D9" w:rsidRDefault="004511D9" w:rsidP="00387461">
      <w:r w:rsidRPr="004511D9">
        <w:lastRenderedPageBreak/>
        <w:drawing>
          <wp:inline distT="0" distB="0" distL="0" distR="0" wp14:anchorId="616EAFC4" wp14:editId="0A8D3EC7">
            <wp:extent cx="4124901" cy="552527"/>
            <wp:effectExtent l="0" t="0" r="9525" b="0"/>
            <wp:docPr id="1480856822"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856822" name="Picture 1" descr="A black text on a white background&#10;&#10;Description automatically generated"/>
                    <pic:cNvPicPr/>
                  </pic:nvPicPr>
                  <pic:blipFill>
                    <a:blip r:embed="rId12"/>
                    <a:stretch>
                      <a:fillRect/>
                    </a:stretch>
                  </pic:blipFill>
                  <pic:spPr>
                    <a:xfrm>
                      <a:off x="0" y="0"/>
                      <a:ext cx="4124901" cy="552527"/>
                    </a:xfrm>
                    <a:prstGeom prst="rect">
                      <a:avLst/>
                    </a:prstGeom>
                  </pic:spPr>
                </pic:pic>
              </a:graphicData>
            </a:graphic>
          </wp:inline>
        </w:drawing>
      </w:r>
    </w:p>
    <w:p w14:paraId="088CE51F" w14:textId="77777777" w:rsidR="004511D9" w:rsidRPr="00387461" w:rsidRDefault="004511D9" w:rsidP="00387461"/>
    <w:p w14:paraId="64DE6838" w14:textId="77777777" w:rsidR="00387461" w:rsidRDefault="00387461"/>
    <w:p w14:paraId="040E6B18" w14:textId="77777777" w:rsidR="00FF7C86" w:rsidRDefault="009728B8">
      <w:pPr>
        <w:pStyle w:val="Heading2"/>
      </w:pPr>
      <w:r>
        <w:t>4. DML Statements</w:t>
      </w:r>
    </w:p>
    <w:p w14:paraId="382F2D5E" w14:textId="77777777" w:rsidR="00FF7C86" w:rsidRDefault="009728B8">
      <w:pPr>
        <w:pStyle w:val="Heading3"/>
      </w:pPr>
      <w:r>
        <w:t>Example 1:</w:t>
      </w:r>
    </w:p>
    <w:p w14:paraId="3B47D577" w14:textId="77777777" w:rsidR="00447763" w:rsidRDefault="00447763" w:rsidP="00447763"/>
    <w:p w14:paraId="002167DF" w14:textId="307DD9B1" w:rsidR="00447763" w:rsidRDefault="00447763" w:rsidP="00447763">
      <w:r w:rsidRPr="00447763">
        <w:t>ALTER SESSION SET NLS_DATE_FORMAT = 'YYYY-MM-DD';</w:t>
      </w:r>
    </w:p>
    <w:p w14:paraId="2F64C567" w14:textId="3A90426C" w:rsidR="00E956C9" w:rsidRDefault="00E956C9" w:rsidP="00447763">
      <w:r w:rsidRPr="00E956C9">
        <w:drawing>
          <wp:inline distT="0" distB="0" distL="0" distR="0" wp14:anchorId="4B5100FA" wp14:editId="7D9F4531">
            <wp:extent cx="2019582" cy="466790"/>
            <wp:effectExtent l="0" t="0" r="0" b="9525"/>
            <wp:docPr id="719768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768509" name=""/>
                    <pic:cNvPicPr/>
                  </pic:nvPicPr>
                  <pic:blipFill>
                    <a:blip r:embed="rId13"/>
                    <a:stretch>
                      <a:fillRect/>
                    </a:stretch>
                  </pic:blipFill>
                  <pic:spPr>
                    <a:xfrm>
                      <a:off x="0" y="0"/>
                      <a:ext cx="2019582" cy="466790"/>
                    </a:xfrm>
                    <a:prstGeom prst="rect">
                      <a:avLst/>
                    </a:prstGeom>
                  </pic:spPr>
                </pic:pic>
              </a:graphicData>
            </a:graphic>
          </wp:inline>
        </w:drawing>
      </w:r>
    </w:p>
    <w:p w14:paraId="348A6D68" w14:textId="01A2F254" w:rsidR="00447763" w:rsidRPr="00447763" w:rsidRDefault="00447763" w:rsidP="00447763">
      <w:r>
        <w:t>I had to do the command above to change the date format because it annoyed me.</w:t>
      </w:r>
    </w:p>
    <w:p w14:paraId="7B25EC9E" w14:textId="77777777" w:rsidR="00447763" w:rsidRDefault="009728B8">
      <w:r>
        <w:br/>
      </w:r>
      <w:r w:rsidR="00447763">
        <w:t>INSERT INTO Clients (clientID, FirstName, LastName, DateOfBirth, PassportNumber, Email, PhoneNumber, Address)</w:t>
      </w:r>
      <w:r w:rsidR="00447763">
        <w:br/>
        <w:t>VALUES (1, 'John', 'Doe', '1990-01-01', 'P12345678', 'john.doe@example.com', '+1234567890', '123 Main St');</w:t>
      </w:r>
    </w:p>
    <w:p w14:paraId="04EC4B17" w14:textId="2E68F220" w:rsidR="00FF7C86" w:rsidRDefault="00447763">
      <w:r w:rsidRPr="00447763">
        <w:drawing>
          <wp:inline distT="0" distB="0" distL="0" distR="0" wp14:anchorId="0B1D8640" wp14:editId="43E92BC2">
            <wp:extent cx="2838846" cy="1171739"/>
            <wp:effectExtent l="0" t="0" r="0" b="9525"/>
            <wp:docPr id="602388036"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388036" name="Picture 1" descr="A black text on a white background&#10;&#10;Description automatically generated"/>
                    <pic:cNvPicPr/>
                  </pic:nvPicPr>
                  <pic:blipFill>
                    <a:blip r:embed="rId14"/>
                    <a:stretch>
                      <a:fillRect/>
                    </a:stretch>
                  </pic:blipFill>
                  <pic:spPr>
                    <a:xfrm>
                      <a:off x="0" y="0"/>
                      <a:ext cx="2838846" cy="1171739"/>
                    </a:xfrm>
                    <a:prstGeom prst="rect">
                      <a:avLst/>
                    </a:prstGeom>
                  </pic:spPr>
                </pic:pic>
              </a:graphicData>
            </a:graphic>
          </wp:inline>
        </w:drawing>
      </w:r>
      <w:r w:rsidR="009728B8">
        <w:br/>
        <w:t xml:space="preserve">    </w:t>
      </w:r>
    </w:p>
    <w:p w14:paraId="78095FF5" w14:textId="77777777" w:rsidR="00FF7C86" w:rsidRDefault="009728B8">
      <w:pPr>
        <w:pStyle w:val="Heading3"/>
      </w:pPr>
      <w:r>
        <w:t>Example 2:</w:t>
      </w:r>
    </w:p>
    <w:p w14:paraId="701B4EB9" w14:textId="77777777" w:rsidR="00447763" w:rsidRDefault="009728B8">
      <w:r>
        <w:br/>
        <w:t>UPDATE Clients</w:t>
      </w:r>
      <w:r>
        <w:br/>
        <w:t>SET Email = 'john.updated@example.com'</w:t>
      </w:r>
      <w:r>
        <w:br/>
        <w:t>WHERE clientID = 1;</w:t>
      </w:r>
    </w:p>
    <w:p w14:paraId="1AB33976" w14:textId="1EC401D7" w:rsidR="00FF7C86" w:rsidRDefault="00447763">
      <w:r w:rsidRPr="00447763">
        <w:drawing>
          <wp:inline distT="0" distB="0" distL="0" distR="0" wp14:anchorId="60876966" wp14:editId="3D46B6F9">
            <wp:extent cx="2648320" cy="809738"/>
            <wp:effectExtent l="0" t="0" r="0" b="9525"/>
            <wp:docPr id="1554099255"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099255" name="Picture 1" descr="A black text on a white background&#10;&#10;Description automatically generated"/>
                    <pic:cNvPicPr/>
                  </pic:nvPicPr>
                  <pic:blipFill>
                    <a:blip r:embed="rId15"/>
                    <a:stretch>
                      <a:fillRect/>
                    </a:stretch>
                  </pic:blipFill>
                  <pic:spPr>
                    <a:xfrm>
                      <a:off x="0" y="0"/>
                      <a:ext cx="2648320" cy="809738"/>
                    </a:xfrm>
                    <a:prstGeom prst="rect">
                      <a:avLst/>
                    </a:prstGeom>
                  </pic:spPr>
                </pic:pic>
              </a:graphicData>
            </a:graphic>
          </wp:inline>
        </w:drawing>
      </w:r>
      <w:r w:rsidR="009728B8">
        <w:br/>
        <w:t xml:space="preserve">    </w:t>
      </w:r>
    </w:p>
    <w:p w14:paraId="0AEBF274" w14:textId="77777777" w:rsidR="00447763" w:rsidRDefault="00447763"/>
    <w:p w14:paraId="68B0164B" w14:textId="77777777" w:rsidR="00FF7C86" w:rsidRDefault="009728B8">
      <w:pPr>
        <w:pStyle w:val="Heading3"/>
      </w:pPr>
      <w:r>
        <w:t>Example 3:</w:t>
      </w:r>
    </w:p>
    <w:p w14:paraId="094AFEF7" w14:textId="77777777" w:rsidR="00447763" w:rsidRDefault="009728B8">
      <w:r>
        <w:br/>
        <w:t>DELETE FROM Employees WHERE employeeID = 10;</w:t>
      </w:r>
    </w:p>
    <w:p w14:paraId="3B2FC623" w14:textId="54DB5D77" w:rsidR="00447763" w:rsidRDefault="00447763">
      <w:r w:rsidRPr="00447763">
        <w:drawing>
          <wp:inline distT="0" distB="0" distL="0" distR="0" wp14:anchorId="7E9D8A46" wp14:editId="7CCE9CC8">
            <wp:extent cx="2000529" cy="409632"/>
            <wp:effectExtent l="0" t="0" r="0" b="9525"/>
            <wp:docPr id="1218345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345617" name=""/>
                    <pic:cNvPicPr/>
                  </pic:nvPicPr>
                  <pic:blipFill>
                    <a:blip r:embed="rId16"/>
                    <a:stretch>
                      <a:fillRect/>
                    </a:stretch>
                  </pic:blipFill>
                  <pic:spPr>
                    <a:xfrm>
                      <a:off x="0" y="0"/>
                      <a:ext cx="2000529" cy="409632"/>
                    </a:xfrm>
                    <a:prstGeom prst="rect">
                      <a:avLst/>
                    </a:prstGeom>
                  </pic:spPr>
                </pic:pic>
              </a:graphicData>
            </a:graphic>
          </wp:inline>
        </w:drawing>
      </w:r>
    </w:p>
    <w:p w14:paraId="46541E73" w14:textId="5CE64752" w:rsidR="00FF7C86" w:rsidRDefault="009728B8">
      <w:r>
        <w:br/>
        <w:t xml:space="preserve">    </w:t>
      </w:r>
    </w:p>
    <w:p w14:paraId="24210E80" w14:textId="77777777" w:rsidR="00FF7C86" w:rsidRDefault="009728B8">
      <w:pPr>
        <w:pStyle w:val="Heading3"/>
      </w:pPr>
      <w:r>
        <w:t>Example 4:</w:t>
      </w:r>
    </w:p>
    <w:p w14:paraId="18BDDCDF" w14:textId="77777777" w:rsidR="00D92DB2" w:rsidRDefault="009728B8">
      <w:r>
        <w:br/>
        <w:t>MERGE INTO Services s</w:t>
      </w:r>
      <w:r>
        <w:br/>
        <w:t>USING (SELECT 2 AS serviceID, 'Visa Renewal' AS serviceName, 'Renewal of visa services' AS description, 200.00 AS fee FROM dual) src</w:t>
      </w:r>
      <w:r>
        <w:br/>
        <w:t>ON (s.serviceID = src.serviceID)</w:t>
      </w:r>
      <w:r>
        <w:br/>
        <w:t>WHEN MATCHED THEN</w:t>
      </w:r>
      <w:r>
        <w:br/>
        <w:t xml:space="preserve">    UPDATE SET fee = src.fee</w:t>
      </w:r>
      <w:r>
        <w:br/>
        <w:t>WHEN NOT MATCHED THEN</w:t>
      </w:r>
      <w:r>
        <w:br/>
        <w:t xml:space="preserve">    INSERT (serviceID, serviceName, description, fee) VALUES (src.serviceID, src.serviceName, src.description, src.fee);</w:t>
      </w:r>
    </w:p>
    <w:p w14:paraId="23360D7B" w14:textId="1C39EFCF" w:rsidR="00FF7C86" w:rsidRDefault="00D92DB2">
      <w:r w:rsidRPr="00D92DB2">
        <w:drawing>
          <wp:inline distT="0" distB="0" distL="0" distR="0" wp14:anchorId="21D86D4A" wp14:editId="29B42B80">
            <wp:extent cx="2981741" cy="1133633"/>
            <wp:effectExtent l="0" t="0" r="9525" b="9525"/>
            <wp:docPr id="1307134348" name="Picture 1" descr="A close 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134348" name="Picture 1" descr="A close up of a text&#10;&#10;Description automatically generated"/>
                    <pic:cNvPicPr/>
                  </pic:nvPicPr>
                  <pic:blipFill>
                    <a:blip r:embed="rId17"/>
                    <a:stretch>
                      <a:fillRect/>
                    </a:stretch>
                  </pic:blipFill>
                  <pic:spPr>
                    <a:xfrm>
                      <a:off x="0" y="0"/>
                      <a:ext cx="2981741" cy="1133633"/>
                    </a:xfrm>
                    <a:prstGeom prst="rect">
                      <a:avLst/>
                    </a:prstGeom>
                  </pic:spPr>
                </pic:pic>
              </a:graphicData>
            </a:graphic>
          </wp:inline>
        </w:drawing>
      </w:r>
      <w:r w:rsidR="009728B8">
        <w:br/>
        <w:t xml:space="preserve">  </w:t>
      </w:r>
    </w:p>
    <w:p w14:paraId="288C4EFF" w14:textId="5A5EEDD3" w:rsidR="00E956C9" w:rsidRDefault="00E956C9" w:rsidP="00E956C9">
      <w:pPr>
        <w:pStyle w:val="Heading3"/>
      </w:pPr>
      <w:r>
        <w:t>Example 5:</w:t>
      </w:r>
    </w:p>
    <w:p w14:paraId="4F1B8A18" w14:textId="3CC6199F" w:rsidR="00E956C9" w:rsidRDefault="00E956C9" w:rsidP="00E956C9">
      <w:r>
        <w:t>INSERT INTO Clients (clientID, FirstName, LastName, DateOfBirth, PassportNumber, Email, PhoneNumber, Address)</w:t>
      </w:r>
    </w:p>
    <w:p w14:paraId="51FDE437" w14:textId="6E8DA018" w:rsidR="00E956C9" w:rsidRDefault="00E956C9" w:rsidP="00E956C9">
      <w:r>
        <w:t>VALUES (1, 'John', 'Doe', TO_DATE('1990-01-01', 'YYYY-MM-DD'), 'P12345678', 'john.doe@example.com', '+1234567890', '123 Main St');</w:t>
      </w:r>
    </w:p>
    <w:p w14:paraId="6CF2387D" w14:textId="51E77A1D" w:rsidR="00E956C9" w:rsidRPr="00E956C9" w:rsidRDefault="00E956C9" w:rsidP="00E956C9">
      <w:r w:rsidRPr="00E956C9">
        <w:drawing>
          <wp:inline distT="0" distB="0" distL="0" distR="0" wp14:anchorId="38449EF9" wp14:editId="28A03370">
            <wp:extent cx="2572109" cy="638264"/>
            <wp:effectExtent l="0" t="0" r="0" b="9525"/>
            <wp:docPr id="1896886218" name="Picture 1" descr="A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86218" name="Picture 1" descr="A black and white text&#10;&#10;Description automatically generated"/>
                    <pic:cNvPicPr/>
                  </pic:nvPicPr>
                  <pic:blipFill>
                    <a:blip r:embed="rId18"/>
                    <a:stretch>
                      <a:fillRect/>
                    </a:stretch>
                  </pic:blipFill>
                  <pic:spPr>
                    <a:xfrm>
                      <a:off x="0" y="0"/>
                      <a:ext cx="2572109" cy="638264"/>
                    </a:xfrm>
                    <a:prstGeom prst="rect">
                      <a:avLst/>
                    </a:prstGeom>
                  </pic:spPr>
                </pic:pic>
              </a:graphicData>
            </a:graphic>
          </wp:inline>
        </w:drawing>
      </w:r>
    </w:p>
    <w:p w14:paraId="734A4167" w14:textId="77777777" w:rsidR="00E956C9" w:rsidRDefault="00E956C9" w:rsidP="00E956C9"/>
    <w:p w14:paraId="7F9790FE" w14:textId="3C0B49DD" w:rsidR="00E956C9" w:rsidRDefault="00E956C9" w:rsidP="00E956C9">
      <w:pPr>
        <w:pStyle w:val="Heading3"/>
      </w:pPr>
      <w:r>
        <w:lastRenderedPageBreak/>
        <w:t>Example 6:</w:t>
      </w:r>
    </w:p>
    <w:p w14:paraId="0907173A" w14:textId="77777777" w:rsidR="00E956C9" w:rsidRDefault="00E956C9" w:rsidP="00E956C9">
      <w:r>
        <w:t>UPDATE Employees</w:t>
      </w:r>
    </w:p>
    <w:p w14:paraId="7012C7C9" w14:textId="77777777" w:rsidR="00E956C9" w:rsidRDefault="00E956C9" w:rsidP="00E956C9">
      <w:r>
        <w:t>SET Salary = Salary + 5000</w:t>
      </w:r>
    </w:p>
    <w:p w14:paraId="046DB3CE" w14:textId="1B87614F" w:rsidR="00E956C9" w:rsidRDefault="00E956C9" w:rsidP="00E956C9">
      <w:r>
        <w:t>WHERE Position = 'Manager';</w:t>
      </w:r>
    </w:p>
    <w:p w14:paraId="075ECFA5" w14:textId="4755FDEF" w:rsidR="00E956C9" w:rsidRDefault="00E956C9" w:rsidP="00E956C9">
      <w:r w:rsidRPr="00E956C9">
        <w:drawing>
          <wp:inline distT="0" distB="0" distL="0" distR="0" wp14:anchorId="48FB977C" wp14:editId="56F4E3FC">
            <wp:extent cx="2362530" cy="781159"/>
            <wp:effectExtent l="0" t="0" r="0" b="0"/>
            <wp:docPr id="1073064330" name="Picture 1" descr="A close up of a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064330" name="Picture 1" descr="A close up of a word&#10;&#10;Description automatically generated"/>
                    <pic:cNvPicPr/>
                  </pic:nvPicPr>
                  <pic:blipFill>
                    <a:blip r:embed="rId19"/>
                    <a:stretch>
                      <a:fillRect/>
                    </a:stretch>
                  </pic:blipFill>
                  <pic:spPr>
                    <a:xfrm>
                      <a:off x="0" y="0"/>
                      <a:ext cx="2362530" cy="781159"/>
                    </a:xfrm>
                    <a:prstGeom prst="rect">
                      <a:avLst/>
                    </a:prstGeom>
                  </pic:spPr>
                </pic:pic>
              </a:graphicData>
            </a:graphic>
          </wp:inline>
        </w:drawing>
      </w:r>
    </w:p>
    <w:p w14:paraId="66137B55" w14:textId="270EA9C6" w:rsidR="00E956C9" w:rsidRDefault="00E956C9" w:rsidP="00E956C9">
      <w:pPr>
        <w:pStyle w:val="Heading3"/>
      </w:pPr>
      <w:r>
        <w:t>Example 7:</w:t>
      </w:r>
    </w:p>
    <w:p w14:paraId="06CBD32A" w14:textId="77777777" w:rsidR="00E956C9" w:rsidRDefault="00E956C9" w:rsidP="00E956C9">
      <w:r>
        <w:t>INSERT INTO Employees (employeeID, FirstName, LastName, Position, Email, PhoneNumber, Salary)</w:t>
      </w:r>
    </w:p>
    <w:p w14:paraId="5B9450E7" w14:textId="5470B252" w:rsidR="00E956C9" w:rsidRDefault="00E956C9" w:rsidP="00E956C9">
      <w:r>
        <w:t>VALUES (1, 'Alice', 'Smith', 'Manager', 'alice.smith@example.com', '+1234567891', 70000);</w:t>
      </w:r>
    </w:p>
    <w:p w14:paraId="7E1BF71C" w14:textId="13B4004B" w:rsidR="00E956C9" w:rsidRDefault="00E956C9" w:rsidP="00E956C9">
      <w:r w:rsidRPr="00E956C9">
        <w:drawing>
          <wp:inline distT="0" distB="0" distL="0" distR="0" wp14:anchorId="7B7BEAF3" wp14:editId="5BF164D6">
            <wp:extent cx="3286584" cy="371527"/>
            <wp:effectExtent l="0" t="0" r="0" b="9525"/>
            <wp:docPr id="1682402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402562" name=""/>
                    <pic:cNvPicPr/>
                  </pic:nvPicPr>
                  <pic:blipFill>
                    <a:blip r:embed="rId20"/>
                    <a:stretch>
                      <a:fillRect/>
                    </a:stretch>
                  </pic:blipFill>
                  <pic:spPr>
                    <a:xfrm>
                      <a:off x="0" y="0"/>
                      <a:ext cx="3286584" cy="371527"/>
                    </a:xfrm>
                    <a:prstGeom prst="rect">
                      <a:avLst/>
                    </a:prstGeom>
                  </pic:spPr>
                </pic:pic>
              </a:graphicData>
            </a:graphic>
          </wp:inline>
        </w:drawing>
      </w:r>
    </w:p>
    <w:p w14:paraId="78F8B1E4" w14:textId="561BA6EB" w:rsidR="00E956C9" w:rsidRDefault="00E956C9" w:rsidP="00E956C9">
      <w:pPr>
        <w:pStyle w:val="Heading3"/>
      </w:pPr>
      <w:r>
        <w:t>Example 8:</w:t>
      </w:r>
    </w:p>
    <w:p w14:paraId="6C03E5C9" w14:textId="77777777" w:rsidR="00E956C9" w:rsidRDefault="00E956C9" w:rsidP="00E956C9">
      <w:r>
        <w:t>INSERT INTO Services (serviceID, serviceName, description, fee)</w:t>
      </w:r>
    </w:p>
    <w:p w14:paraId="00C404B8" w14:textId="0433E8D2" w:rsidR="00E956C9" w:rsidRDefault="00E956C9" w:rsidP="00E956C9">
      <w:r>
        <w:t>VALUES (1, 'Visa Application', 'Processing visa applications', 150.00);</w:t>
      </w:r>
      <w:r w:rsidRPr="00E956C9">
        <w:rPr>
          <w:noProof/>
        </w:rPr>
        <w:t xml:space="preserve"> </w:t>
      </w:r>
      <w:r w:rsidRPr="00E956C9">
        <w:drawing>
          <wp:inline distT="0" distB="0" distL="0" distR="0" wp14:anchorId="4F1F7023" wp14:editId="567760A8">
            <wp:extent cx="2410161" cy="619211"/>
            <wp:effectExtent l="0" t="0" r="9525" b="9525"/>
            <wp:docPr id="637716996"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716996" name="Picture 1" descr="A black text on a white background&#10;&#10;Description automatically generated"/>
                    <pic:cNvPicPr/>
                  </pic:nvPicPr>
                  <pic:blipFill>
                    <a:blip r:embed="rId21"/>
                    <a:stretch>
                      <a:fillRect/>
                    </a:stretch>
                  </pic:blipFill>
                  <pic:spPr>
                    <a:xfrm>
                      <a:off x="0" y="0"/>
                      <a:ext cx="2410161" cy="619211"/>
                    </a:xfrm>
                    <a:prstGeom prst="rect">
                      <a:avLst/>
                    </a:prstGeom>
                  </pic:spPr>
                </pic:pic>
              </a:graphicData>
            </a:graphic>
          </wp:inline>
        </w:drawing>
      </w:r>
    </w:p>
    <w:p w14:paraId="41013E3C" w14:textId="4A981A55" w:rsidR="00E956C9" w:rsidRDefault="00E956C9" w:rsidP="00E956C9">
      <w:pPr>
        <w:pStyle w:val="Heading3"/>
      </w:pPr>
      <w:r>
        <w:t>Example 9:</w:t>
      </w:r>
    </w:p>
    <w:p w14:paraId="66B52EFF" w14:textId="77777777" w:rsidR="00E956C9" w:rsidRDefault="00E956C9" w:rsidP="00E956C9">
      <w:r>
        <w:t>UPDATE Clients</w:t>
      </w:r>
    </w:p>
    <w:p w14:paraId="4FD8E93E" w14:textId="77777777" w:rsidR="00E956C9" w:rsidRDefault="00E956C9" w:rsidP="00E956C9">
      <w:r>
        <w:t>SET Email = 'john.updated@example.com'</w:t>
      </w:r>
    </w:p>
    <w:p w14:paraId="568E7F7A" w14:textId="77777777" w:rsidR="00E956C9" w:rsidRDefault="00E956C9" w:rsidP="00E956C9">
      <w:r>
        <w:t>WHERE clientID = 1;</w:t>
      </w:r>
    </w:p>
    <w:p w14:paraId="0319C3BA" w14:textId="0CC7582D" w:rsidR="00E956C9" w:rsidRDefault="00E956C9" w:rsidP="00E956C9">
      <w:r w:rsidRPr="00E956C9">
        <w:rPr>
          <w:noProof/>
        </w:rPr>
        <w:t xml:space="preserve"> </w:t>
      </w:r>
      <w:r>
        <w:rPr>
          <w:noProof/>
        </w:rPr>
        <w:drawing>
          <wp:inline distT="0" distB="0" distL="0" distR="0" wp14:anchorId="6BF04AD6" wp14:editId="7C73D3DF">
            <wp:extent cx="1990476" cy="371429"/>
            <wp:effectExtent l="0" t="0" r="0" b="0"/>
            <wp:docPr id="1762252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252036" name=""/>
                    <pic:cNvPicPr/>
                  </pic:nvPicPr>
                  <pic:blipFill>
                    <a:blip r:embed="rId22"/>
                    <a:stretch>
                      <a:fillRect/>
                    </a:stretch>
                  </pic:blipFill>
                  <pic:spPr>
                    <a:xfrm>
                      <a:off x="0" y="0"/>
                      <a:ext cx="1990476" cy="371429"/>
                    </a:xfrm>
                    <a:prstGeom prst="rect">
                      <a:avLst/>
                    </a:prstGeom>
                  </pic:spPr>
                </pic:pic>
              </a:graphicData>
            </a:graphic>
          </wp:inline>
        </w:drawing>
      </w:r>
    </w:p>
    <w:p w14:paraId="2F7DC103" w14:textId="7825A644" w:rsidR="00E956C9" w:rsidRDefault="00E956C9" w:rsidP="00E956C9">
      <w:pPr>
        <w:pStyle w:val="Heading3"/>
      </w:pPr>
      <w:r>
        <w:t>Example 10:</w:t>
      </w:r>
    </w:p>
    <w:p w14:paraId="4C9B847B" w14:textId="77777777" w:rsidR="00FD7F10" w:rsidRDefault="00FD7F10" w:rsidP="00FD7F10">
      <w:r>
        <w:t>MERGE INTO Clients c</w:t>
      </w:r>
    </w:p>
    <w:p w14:paraId="053636D5" w14:textId="77777777" w:rsidR="00FD7F10" w:rsidRDefault="00FD7F10" w:rsidP="00FD7F10">
      <w:r>
        <w:t>USING (SELECT 2 AS clientID, 'Jane' AS FirstName, 'Doe' AS LastName, TO_DATE('1995-02-15', 'YYYY-MM-DD') AS DateOfBirth, 'P98765432' AS PassportNumber, 'jane.doe@example.com' AS Email, '+1234567892' AS PhoneNumber, '456 Elm St' AS Address FROM dual) src</w:t>
      </w:r>
    </w:p>
    <w:p w14:paraId="0BE23C2F" w14:textId="77777777" w:rsidR="00FD7F10" w:rsidRDefault="00FD7F10" w:rsidP="00FD7F10">
      <w:r>
        <w:lastRenderedPageBreak/>
        <w:t>ON (c.clientID = src.clientID)</w:t>
      </w:r>
    </w:p>
    <w:p w14:paraId="012B9066" w14:textId="77777777" w:rsidR="00FD7F10" w:rsidRDefault="00FD7F10" w:rsidP="00FD7F10">
      <w:r>
        <w:t>WHEN MATCHED THEN</w:t>
      </w:r>
    </w:p>
    <w:p w14:paraId="7F4F4ACE" w14:textId="77777777" w:rsidR="00FD7F10" w:rsidRDefault="00FD7F10" w:rsidP="00FD7F10">
      <w:r>
        <w:t xml:space="preserve">    UPDATE SET Email = src.Email</w:t>
      </w:r>
    </w:p>
    <w:p w14:paraId="1FF5B20E" w14:textId="77777777" w:rsidR="00FD7F10" w:rsidRDefault="00FD7F10" w:rsidP="00FD7F10">
      <w:r>
        <w:t>WHEN NOT MATCHED THEN</w:t>
      </w:r>
    </w:p>
    <w:p w14:paraId="5B1F06F6" w14:textId="2FBC93C9" w:rsidR="00E956C9" w:rsidRDefault="00FD7F10" w:rsidP="00FD7F10">
      <w:r>
        <w:t xml:space="preserve">    INSERT (clientID, FirstName, LastName, DateOfBirth, PassportNumber, Email, PhoneNumber, Address) VALUES (src.clientID, src.FirstName, src.LastName, src.DateOfBirth, src.PassportNumber, src.Email, src.PhoneNumber, src.Address);</w:t>
      </w:r>
    </w:p>
    <w:p w14:paraId="14B96CB6" w14:textId="352982CD" w:rsidR="00E956C9" w:rsidRDefault="00FD7F10" w:rsidP="00FD7F10">
      <w:r w:rsidRPr="00FD7F10">
        <w:drawing>
          <wp:inline distT="0" distB="0" distL="0" distR="0" wp14:anchorId="6324A026" wp14:editId="7570D313">
            <wp:extent cx="2238687" cy="600159"/>
            <wp:effectExtent l="0" t="0" r="0" b="9525"/>
            <wp:docPr id="583569715" name="Picture 1" descr="A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69715" name="Picture 1" descr="A black and white text&#10;&#10;Description automatically generated"/>
                    <pic:cNvPicPr/>
                  </pic:nvPicPr>
                  <pic:blipFill>
                    <a:blip r:embed="rId23"/>
                    <a:stretch>
                      <a:fillRect/>
                    </a:stretch>
                  </pic:blipFill>
                  <pic:spPr>
                    <a:xfrm>
                      <a:off x="0" y="0"/>
                      <a:ext cx="2238687" cy="600159"/>
                    </a:xfrm>
                    <a:prstGeom prst="rect">
                      <a:avLst/>
                    </a:prstGeom>
                  </pic:spPr>
                </pic:pic>
              </a:graphicData>
            </a:graphic>
          </wp:inline>
        </w:drawing>
      </w:r>
    </w:p>
    <w:p w14:paraId="6BAFFE60" w14:textId="77777777" w:rsidR="00FF7C86" w:rsidRDefault="009728B8">
      <w:pPr>
        <w:pStyle w:val="Heading2"/>
      </w:pPr>
      <w:r>
        <w:t>5. Select Statements</w:t>
      </w:r>
    </w:p>
    <w:p w14:paraId="59BE88C8" w14:textId="77777777" w:rsidR="00FF7C86" w:rsidRDefault="009728B8">
      <w:pPr>
        <w:pStyle w:val="Heading4"/>
      </w:pPr>
      <w:r>
        <w:t>Select clients who applied for services costing more than $100:</w:t>
      </w:r>
    </w:p>
    <w:p w14:paraId="27FF0B7D" w14:textId="77777777" w:rsidR="00D92DB2" w:rsidRDefault="009728B8">
      <w:r>
        <w:br/>
        <w:t>SELECT c.FirstName, c.LastName, s.serviceName, s.fee</w:t>
      </w:r>
      <w:r>
        <w:br/>
        <w:t>FROM Clients c</w:t>
      </w:r>
      <w:r>
        <w:br/>
        <w:t>JOIN Applications a ON c.clientID = a.clientID</w:t>
      </w:r>
      <w:r>
        <w:br/>
        <w:t>JOIN Services s ON a.serviceID = s.serviceID</w:t>
      </w:r>
      <w:r>
        <w:br/>
        <w:t>WHERE s.fee &gt; 100;</w:t>
      </w:r>
    </w:p>
    <w:p w14:paraId="7D924DAC" w14:textId="71C0AC95" w:rsidR="00FF7C86" w:rsidRDefault="00D92DB2">
      <w:r w:rsidRPr="00D92DB2">
        <w:drawing>
          <wp:inline distT="0" distB="0" distL="0" distR="0" wp14:anchorId="07A9CFE3" wp14:editId="3BBF4524">
            <wp:extent cx="5229955" cy="1200318"/>
            <wp:effectExtent l="0" t="0" r="0" b="0"/>
            <wp:docPr id="187316668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166687" name="Picture 1" descr="A screenshot of a computer&#10;&#10;Description automatically generated"/>
                    <pic:cNvPicPr/>
                  </pic:nvPicPr>
                  <pic:blipFill>
                    <a:blip r:embed="rId24"/>
                    <a:stretch>
                      <a:fillRect/>
                    </a:stretch>
                  </pic:blipFill>
                  <pic:spPr>
                    <a:xfrm>
                      <a:off x="0" y="0"/>
                      <a:ext cx="5229955" cy="1200318"/>
                    </a:xfrm>
                    <a:prstGeom prst="rect">
                      <a:avLst/>
                    </a:prstGeom>
                  </pic:spPr>
                </pic:pic>
              </a:graphicData>
            </a:graphic>
          </wp:inline>
        </w:drawing>
      </w:r>
      <w:r w:rsidR="009728B8">
        <w:br/>
        <w:t xml:space="preserve">        </w:t>
      </w:r>
    </w:p>
    <w:p w14:paraId="70BACAB3" w14:textId="77777777" w:rsidR="00FF7C86" w:rsidRDefault="009728B8">
      <w:pPr>
        <w:pStyle w:val="Heading4"/>
      </w:pPr>
      <w:r>
        <w:t>Retrieve all applications within a date range:</w:t>
      </w:r>
    </w:p>
    <w:p w14:paraId="3D70DB15" w14:textId="77777777" w:rsidR="00D92DB2" w:rsidRDefault="009728B8">
      <w:r>
        <w:br/>
        <w:t>SELECT *</w:t>
      </w:r>
      <w:r>
        <w:br/>
        <w:t>FROM Applications</w:t>
      </w:r>
      <w:r>
        <w:br/>
        <w:t>WHERE applicationDate BETWEEN '2025-01-01' AND '2025-01-31';</w:t>
      </w:r>
    </w:p>
    <w:p w14:paraId="48FF21C0" w14:textId="3EFD01F4" w:rsidR="00FF7C86" w:rsidRDefault="00D92DB2">
      <w:r w:rsidRPr="00D92DB2">
        <w:lastRenderedPageBreak/>
        <w:drawing>
          <wp:inline distT="0" distB="0" distL="0" distR="0" wp14:anchorId="0B40BC8B" wp14:editId="5C4EBC93">
            <wp:extent cx="5486400" cy="1230630"/>
            <wp:effectExtent l="0" t="0" r="0" b="7620"/>
            <wp:docPr id="756390506" name="Picture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390506" name="Picture 1" descr="A white background with black text&#10;&#10;Description automatically generated"/>
                    <pic:cNvPicPr/>
                  </pic:nvPicPr>
                  <pic:blipFill>
                    <a:blip r:embed="rId25"/>
                    <a:stretch>
                      <a:fillRect/>
                    </a:stretch>
                  </pic:blipFill>
                  <pic:spPr>
                    <a:xfrm>
                      <a:off x="0" y="0"/>
                      <a:ext cx="5486400" cy="1230630"/>
                    </a:xfrm>
                    <a:prstGeom prst="rect">
                      <a:avLst/>
                    </a:prstGeom>
                  </pic:spPr>
                </pic:pic>
              </a:graphicData>
            </a:graphic>
          </wp:inline>
        </w:drawing>
      </w:r>
      <w:r w:rsidR="009728B8">
        <w:br/>
        <w:t xml:space="preserve">        </w:t>
      </w:r>
    </w:p>
    <w:p w14:paraId="7EBE8BCD" w14:textId="77777777" w:rsidR="00FF7C86" w:rsidRDefault="009728B8">
      <w:pPr>
        <w:pStyle w:val="Heading4"/>
      </w:pPr>
      <w:r>
        <w:t>Count the number of pending applications:</w:t>
      </w:r>
    </w:p>
    <w:p w14:paraId="5E93B5A2" w14:textId="77777777" w:rsidR="00D92DB2" w:rsidRDefault="009728B8">
      <w:r>
        <w:br/>
        <w:t>SELECT COUNT(*) AS PendingApplications</w:t>
      </w:r>
      <w:r>
        <w:br/>
        <w:t>FROM Applications</w:t>
      </w:r>
      <w:r>
        <w:br/>
        <w:t>WHERE status = 'Pending';</w:t>
      </w:r>
    </w:p>
    <w:p w14:paraId="6F063B7E" w14:textId="69E81CAB" w:rsidR="00FF7C86" w:rsidRDefault="00D92DB2">
      <w:r w:rsidRPr="00D92DB2">
        <w:drawing>
          <wp:inline distT="0" distB="0" distL="0" distR="0" wp14:anchorId="08A0B8FF" wp14:editId="40E48940">
            <wp:extent cx="3248478" cy="1019317"/>
            <wp:effectExtent l="0" t="0" r="9525" b="9525"/>
            <wp:docPr id="446871020"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871020" name="Picture 1" descr="A close up of a sign&#10;&#10;Description automatically generated"/>
                    <pic:cNvPicPr/>
                  </pic:nvPicPr>
                  <pic:blipFill>
                    <a:blip r:embed="rId26"/>
                    <a:stretch>
                      <a:fillRect/>
                    </a:stretch>
                  </pic:blipFill>
                  <pic:spPr>
                    <a:xfrm>
                      <a:off x="0" y="0"/>
                      <a:ext cx="3248478" cy="1019317"/>
                    </a:xfrm>
                    <a:prstGeom prst="rect">
                      <a:avLst/>
                    </a:prstGeom>
                  </pic:spPr>
                </pic:pic>
              </a:graphicData>
            </a:graphic>
          </wp:inline>
        </w:drawing>
      </w:r>
      <w:r w:rsidR="009728B8">
        <w:br/>
        <w:t xml:space="preserve">        </w:t>
      </w:r>
    </w:p>
    <w:p w14:paraId="5D255313" w14:textId="77777777" w:rsidR="00FF7C86" w:rsidRDefault="009728B8">
      <w:pPr>
        <w:pStyle w:val="Heading4"/>
      </w:pPr>
      <w:r>
        <w:t>Retrieve employee details handling appointments on a specific date:</w:t>
      </w:r>
    </w:p>
    <w:p w14:paraId="7BF0D4F1" w14:textId="4BBB483C" w:rsidR="00FF7C86" w:rsidRDefault="009728B8">
      <w:r>
        <w:br/>
        <w:t>SELECT e.FirstName, e.LastName, a.date, a.time</w:t>
      </w:r>
      <w:r>
        <w:br/>
        <w:t>FROM Employees e</w:t>
      </w:r>
      <w:r>
        <w:br/>
        <w:t>JOIN Appointments a ON e.employeeID = a.employeeID</w:t>
      </w:r>
      <w:r>
        <w:br/>
        <w:t>WHERE a.date = '2025-01-20';</w:t>
      </w:r>
      <w:r>
        <w:br/>
        <w:t xml:space="preserve"> </w:t>
      </w:r>
    </w:p>
    <w:p w14:paraId="211E56A1" w14:textId="400E979B" w:rsidR="00A9251C" w:rsidRDefault="00A9251C" w:rsidP="00A9251C">
      <w:pPr>
        <w:pStyle w:val="Heading4"/>
      </w:pPr>
      <w:r w:rsidRPr="00A9251C">
        <w:t>Use NVL to replace null phone numbers with 'N/A':</w:t>
      </w:r>
    </w:p>
    <w:p w14:paraId="06740460" w14:textId="77777777" w:rsidR="00A9251C" w:rsidRDefault="00A9251C" w:rsidP="00A9251C">
      <w:r>
        <w:t>SELECT FirstName, LastName, NVL(PhoneNumber, 'N/A') AS Phone</w:t>
      </w:r>
    </w:p>
    <w:p w14:paraId="31A10A67" w14:textId="2BD87C31" w:rsidR="00A9251C" w:rsidRDefault="00A9251C" w:rsidP="00A9251C">
      <w:r>
        <w:t>FROM Clients;</w:t>
      </w:r>
    </w:p>
    <w:p w14:paraId="32277234" w14:textId="6F175CEA" w:rsidR="00A9251C" w:rsidRDefault="00A9251C" w:rsidP="00A9251C">
      <w:r w:rsidRPr="00A9251C">
        <w:drawing>
          <wp:inline distT="0" distB="0" distL="0" distR="0" wp14:anchorId="6E548154" wp14:editId="010C3A14">
            <wp:extent cx="4667901" cy="1238423"/>
            <wp:effectExtent l="0" t="0" r="0" b="0"/>
            <wp:docPr id="192843390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433901" name="Picture 1" descr="A screenshot of a computer&#10;&#10;Description automatically generated"/>
                    <pic:cNvPicPr/>
                  </pic:nvPicPr>
                  <pic:blipFill>
                    <a:blip r:embed="rId27"/>
                    <a:stretch>
                      <a:fillRect/>
                    </a:stretch>
                  </pic:blipFill>
                  <pic:spPr>
                    <a:xfrm>
                      <a:off x="0" y="0"/>
                      <a:ext cx="4667901" cy="1238423"/>
                    </a:xfrm>
                    <a:prstGeom prst="rect">
                      <a:avLst/>
                    </a:prstGeom>
                  </pic:spPr>
                </pic:pic>
              </a:graphicData>
            </a:graphic>
          </wp:inline>
        </w:drawing>
      </w:r>
    </w:p>
    <w:p w14:paraId="523F91C2" w14:textId="77777777" w:rsidR="00A9251C" w:rsidRDefault="00A9251C" w:rsidP="00A9251C"/>
    <w:p w14:paraId="66960476" w14:textId="77777777" w:rsidR="00A9251C" w:rsidRDefault="00A9251C" w:rsidP="00A9251C"/>
    <w:p w14:paraId="676D4076" w14:textId="2D3535DB" w:rsidR="00A9251C" w:rsidRPr="00A9251C" w:rsidRDefault="00A9251C" w:rsidP="00A9251C">
      <w:pPr>
        <w:rPr>
          <w:rFonts w:asciiTheme="majorHAnsi" w:eastAsiaTheme="majorEastAsia" w:hAnsiTheme="majorHAnsi" w:cstheme="majorBidi"/>
          <w:b/>
          <w:bCs/>
          <w:i/>
          <w:iCs/>
          <w:color w:val="4F81BD" w:themeColor="accent1"/>
        </w:rPr>
      </w:pPr>
      <w:r w:rsidRPr="00A9251C">
        <w:rPr>
          <w:rFonts w:asciiTheme="majorHAnsi" w:eastAsiaTheme="majorEastAsia" w:hAnsiTheme="majorHAnsi" w:cstheme="majorBidi"/>
          <w:b/>
          <w:bCs/>
          <w:i/>
          <w:iCs/>
          <w:color w:val="4F81BD" w:themeColor="accent1"/>
        </w:rPr>
        <w:lastRenderedPageBreak/>
        <w:t>Display employees sorted by salary in descending order:</w:t>
      </w:r>
    </w:p>
    <w:p w14:paraId="5BACDC15" w14:textId="77777777" w:rsidR="00A9251C" w:rsidRDefault="00A9251C" w:rsidP="00A9251C">
      <w:r>
        <w:t>SELECT FirstName, LastName, Salary</w:t>
      </w:r>
    </w:p>
    <w:p w14:paraId="1183FA15" w14:textId="77777777" w:rsidR="00A9251C" w:rsidRDefault="00A9251C" w:rsidP="00A9251C">
      <w:r>
        <w:t>FROM Employees</w:t>
      </w:r>
    </w:p>
    <w:p w14:paraId="1D847640" w14:textId="0F1DB30D" w:rsidR="00A9251C" w:rsidRPr="00A9251C" w:rsidRDefault="00A9251C" w:rsidP="00A9251C">
      <w:r>
        <w:t>ORDER BY Salary DESC;</w:t>
      </w:r>
    </w:p>
    <w:p w14:paraId="74169350" w14:textId="4E2C7595" w:rsidR="00A9251C" w:rsidRDefault="00A9251C">
      <w:r w:rsidRPr="00A9251C">
        <w:drawing>
          <wp:inline distT="0" distB="0" distL="0" distR="0" wp14:anchorId="1AA7B4AA" wp14:editId="2F997549">
            <wp:extent cx="3810532" cy="581106"/>
            <wp:effectExtent l="0" t="0" r="0" b="9525"/>
            <wp:docPr id="266581842" name="Picture 1" descr="A close 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581842" name="Picture 1" descr="A close up of a text&#10;&#10;Description automatically generated"/>
                    <pic:cNvPicPr/>
                  </pic:nvPicPr>
                  <pic:blipFill>
                    <a:blip r:embed="rId28"/>
                    <a:stretch>
                      <a:fillRect/>
                    </a:stretch>
                  </pic:blipFill>
                  <pic:spPr>
                    <a:xfrm>
                      <a:off x="0" y="0"/>
                      <a:ext cx="3810532" cy="581106"/>
                    </a:xfrm>
                    <a:prstGeom prst="rect">
                      <a:avLst/>
                    </a:prstGeom>
                  </pic:spPr>
                </pic:pic>
              </a:graphicData>
            </a:graphic>
          </wp:inline>
        </w:drawing>
      </w:r>
    </w:p>
    <w:p w14:paraId="4E6648A5" w14:textId="77777777" w:rsidR="00A9251C" w:rsidRPr="00A9251C" w:rsidRDefault="00A9251C" w:rsidP="00A9251C">
      <w:pPr>
        <w:pStyle w:val="Heading3"/>
      </w:pPr>
      <w:r w:rsidRPr="00A9251C">
        <w:t>List clients whose email contains "gmail":</w:t>
      </w:r>
    </w:p>
    <w:p w14:paraId="44FDBBB5" w14:textId="77777777" w:rsidR="00A9251C" w:rsidRPr="00A9251C" w:rsidRDefault="00A9251C" w:rsidP="00A9251C">
      <w:r w:rsidRPr="00A9251C">
        <w:t>SELECT FirstName, LastName, Email</w:t>
      </w:r>
    </w:p>
    <w:p w14:paraId="5516D975" w14:textId="77777777" w:rsidR="00A9251C" w:rsidRPr="00A9251C" w:rsidRDefault="00A9251C" w:rsidP="00A9251C">
      <w:r w:rsidRPr="00A9251C">
        <w:t>FROM Clients</w:t>
      </w:r>
    </w:p>
    <w:p w14:paraId="0C61D64F" w14:textId="7FBD9717" w:rsidR="00A9251C" w:rsidRDefault="00A9251C" w:rsidP="00A9251C">
      <w:r w:rsidRPr="00A9251C">
        <w:t>WHERE Email LIKE '%gmail.com';</w:t>
      </w:r>
    </w:p>
    <w:p w14:paraId="6CCA25EA" w14:textId="5C1936DF" w:rsidR="00A9251C" w:rsidRPr="00A9251C" w:rsidRDefault="00A9251C" w:rsidP="00A9251C">
      <w:r w:rsidRPr="00A9251C">
        <w:drawing>
          <wp:inline distT="0" distB="0" distL="0" distR="0" wp14:anchorId="4E5AE0AD" wp14:editId="79579D35">
            <wp:extent cx="4763165" cy="905001"/>
            <wp:effectExtent l="0" t="0" r="0" b="9525"/>
            <wp:docPr id="86006307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63079" name="Picture 1" descr="A screenshot of a computer&#10;&#10;Description automatically generated"/>
                    <pic:cNvPicPr/>
                  </pic:nvPicPr>
                  <pic:blipFill>
                    <a:blip r:embed="rId29"/>
                    <a:stretch>
                      <a:fillRect/>
                    </a:stretch>
                  </pic:blipFill>
                  <pic:spPr>
                    <a:xfrm>
                      <a:off x="0" y="0"/>
                      <a:ext cx="4763165" cy="905001"/>
                    </a:xfrm>
                    <a:prstGeom prst="rect">
                      <a:avLst/>
                    </a:prstGeom>
                  </pic:spPr>
                </pic:pic>
              </a:graphicData>
            </a:graphic>
          </wp:inline>
        </w:drawing>
      </w:r>
    </w:p>
    <w:p w14:paraId="1465E05D" w14:textId="7131CE1B" w:rsidR="00A9251C" w:rsidRDefault="00A9251C" w:rsidP="00A9251C">
      <w:pPr>
        <w:rPr>
          <w:rFonts w:asciiTheme="majorHAnsi" w:eastAsiaTheme="majorEastAsia" w:hAnsiTheme="majorHAnsi" w:cstheme="majorBidi"/>
          <w:b/>
          <w:bCs/>
          <w:color w:val="4F81BD" w:themeColor="accent1"/>
        </w:rPr>
      </w:pPr>
      <w:r w:rsidRPr="00A9251C">
        <w:rPr>
          <w:rFonts w:asciiTheme="majorHAnsi" w:eastAsiaTheme="majorEastAsia" w:hAnsiTheme="majorHAnsi" w:cstheme="majorBidi"/>
          <w:b/>
          <w:bCs/>
          <w:color w:val="4F81BD" w:themeColor="accent1"/>
        </w:rPr>
        <w:t>Find clients born before 1990:</w:t>
      </w:r>
    </w:p>
    <w:p w14:paraId="769EDDA2" w14:textId="5B4B078D" w:rsidR="00A9251C" w:rsidRDefault="00A9251C" w:rsidP="00A9251C">
      <w:r w:rsidRPr="00A9251C">
        <w:t>SELECT FirstName, LastName, DateOfBirth FROM Clients WHERE DateOfBirth &lt; TO_DATE('1990-01-01', 'YYYY-MM-DD');</w:t>
      </w:r>
    </w:p>
    <w:p w14:paraId="2EFCAD42" w14:textId="49E631B3" w:rsidR="00A9251C" w:rsidRPr="00A9251C" w:rsidRDefault="00A9251C" w:rsidP="00A9251C">
      <w:r w:rsidRPr="00A9251C">
        <w:drawing>
          <wp:inline distT="0" distB="0" distL="0" distR="0" wp14:anchorId="1F0D7453" wp14:editId="0CA98646">
            <wp:extent cx="4505954" cy="1105054"/>
            <wp:effectExtent l="0" t="0" r="9525" b="0"/>
            <wp:docPr id="1818228205"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228205" name="Picture 1" descr="A computer screen shot of a computer&#10;&#10;Description automatically generated"/>
                    <pic:cNvPicPr/>
                  </pic:nvPicPr>
                  <pic:blipFill>
                    <a:blip r:embed="rId30"/>
                    <a:stretch>
                      <a:fillRect/>
                    </a:stretch>
                  </pic:blipFill>
                  <pic:spPr>
                    <a:xfrm>
                      <a:off x="0" y="0"/>
                      <a:ext cx="4505954" cy="1105054"/>
                    </a:xfrm>
                    <a:prstGeom prst="rect">
                      <a:avLst/>
                    </a:prstGeom>
                  </pic:spPr>
                </pic:pic>
              </a:graphicData>
            </a:graphic>
          </wp:inline>
        </w:drawing>
      </w:r>
    </w:p>
    <w:p w14:paraId="31A57DFF" w14:textId="77777777" w:rsidR="00A9251C" w:rsidRDefault="00A9251C" w:rsidP="00A9251C">
      <w:pPr>
        <w:rPr>
          <w:rFonts w:asciiTheme="majorHAnsi" w:eastAsiaTheme="majorEastAsia" w:hAnsiTheme="majorHAnsi" w:cstheme="majorBidi"/>
          <w:b/>
          <w:bCs/>
          <w:color w:val="4F81BD" w:themeColor="accent1"/>
        </w:rPr>
      </w:pPr>
      <w:r w:rsidRPr="00A9251C">
        <w:rPr>
          <w:rFonts w:asciiTheme="majorHAnsi" w:eastAsiaTheme="majorEastAsia" w:hAnsiTheme="majorHAnsi" w:cstheme="majorBidi"/>
          <w:b/>
          <w:bCs/>
          <w:color w:val="4F81BD" w:themeColor="accent1"/>
        </w:rPr>
        <w:t>Display employees earning above the average salary:</w:t>
      </w:r>
    </w:p>
    <w:p w14:paraId="13A9D0EF" w14:textId="69EC8489" w:rsidR="00A9251C" w:rsidRPr="00A9251C" w:rsidRDefault="00A9251C" w:rsidP="00A9251C">
      <w:r w:rsidRPr="00A9251C">
        <w:t>SELECT FirstName, LastName, Salary FROM Employees WHERE Salary &gt; (SELECT AVG(Salary) FROM Employees);</w:t>
      </w:r>
    </w:p>
    <w:p w14:paraId="545DF47A" w14:textId="68ECE976" w:rsidR="00A9251C" w:rsidRDefault="00A9251C" w:rsidP="00A9251C">
      <w:r w:rsidRPr="00A9251C">
        <w:drawing>
          <wp:inline distT="0" distB="0" distL="0" distR="0" wp14:anchorId="63C540E3" wp14:editId="27D8F500">
            <wp:extent cx="4725059" cy="676369"/>
            <wp:effectExtent l="0" t="0" r="0" b="9525"/>
            <wp:docPr id="455821163" name="Picture 1" descr="A close up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821163" name="Picture 1" descr="A close up of a computer screen&#10;&#10;Description automatically generated"/>
                    <pic:cNvPicPr/>
                  </pic:nvPicPr>
                  <pic:blipFill>
                    <a:blip r:embed="rId31"/>
                    <a:stretch>
                      <a:fillRect/>
                    </a:stretch>
                  </pic:blipFill>
                  <pic:spPr>
                    <a:xfrm>
                      <a:off x="0" y="0"/>
                      <a:ext cx="4725059" cy="676369"/>
                    </a:xfrm>
                    <a:prstGeom prst="rect">
                      <a:avLst/>
                    </a:prstGeom>
                  </pic:spPr>
                </pic:pic>
              </a:graphicData>
            </a:graphic>
          </wp:inline>
        </w:drawing>
      </w:r>
    </w:p>
    <w:p w14:paraId="4D1567F1" w14:textId="77777777" w:rsidR="00A9251C" w:rsidRDefault="00A9251C" w:rsidP="00A9251C">
      <w:pPr>
        <w:pStyle w:val="Heading3"/>
      </w:pPr>
      <w:r w:rsidRPr="00A9251C">
        <w:lastRenderedPageBreak/>
        <w:t>Display all clients without a passport number:</w:t>
      </w:r>
    </w:p>
    <w:p w14:paraId="40DD441E" w14:textId="421BB3FE" w:rsidR="00A9251C" w:rsidRPr="00A9251C" w:rsidRDefault="00A9251C" w:rsidP="00A9251C">
      <w:r w:rsidRPr="00A9251C">
        <w:t>SELECT FirstName, LastName FROM Clients WHERE PassportNumber IS NULL;</w:t>
      </w:r>
    </w:p>
    <w:p w14:paraId="79A484DE" w14:textId="3D846B9B" w:rsidR="00A9251C" w:rsidRDefault="00A9251C" w:rsidP="00A9251C">
      <w:r>
        <w:rPr>
          <w:noProof/>
        </w:rPr>
        <w:drawing>
          <wp:inline distT="0" distB="0" distL="0" distR="0" wp14:anchorId="1C20EF7B" wp14:editId="2D6533B3">
            <wp:extent cx="3933333" cy="495238"/>
            <wp:effectExtent l="0" t="0" r="0" b="635"/>
            <wp:docPr id="999567485" name="Picture 1" descr="A white rectangular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567485" name="Picture 1" descr="A white rectangular sign with black text&#10;&#10;Description automatically generated"/>
                    <pic:cNvPicPr/>
                  </pic:nvPicPr>
                  <pic:blipFill>
                    <a:blip r:embed="rId32"/>
                    <a:stretch>
                      <a:fillRect/>
                    </a:stretch>
                  </pic:blipFill>
                  <pic:spPr>
                    <a:xfrm>
                      <a:off x="0" y="0"/>
                      <a:ext cx="3933333" cy="495238"/>
                    </a:xfrm>
                    <a:prstGeom prst="rect">
                      <a:avLst/>
                    </a:prstGeom>
                  </pic:spPr>
                </pic:pic>
              </a:graphicData>
            </a:graphic>
          </wp:inline>
        </w:drawing>
      </w:r>
    </w:p>
    <w:p w14:paraId="673097AC" w14:textId="2291E1E8" w:rsidR="00C06481" w:rsidRDefault="00C06481" w:rsidP="00C06481">
      <w:pPr>
        <w:pStyle w:val="Heading3"/>
      </w:pPr>
      <w:r w:rsidRPr="00C06481">
        <w:t>Find clients whose names start with 'A' or 'B':</w:t>
      </w:r>
    </w:p>
    <w:p w14:paraId="37C5CB03" w14:textId="1AD22BCB" w:rsidR="00C06481" w:rsidRDefault="00C06481" w:rsidP="00C06481">
      <w:r w:rsidRPr="00C06481">
        <w:t>SELECT FirstName, LastName FROM Clients WHERE FirstName LIKE 'A%' OR FirstName LIKE 'B%';</w:t>
      </w:r>
    </w:p>
    <w:p w14:paraId="0270AE07" w14:textId="217AE62C" w:rsidR="00C06481" w:rsidRDefault="00C06481" w:rsidP="00C06481">
      <w:r w:rsidRPr="00C06481">
        <w:drawing>
          <wp:inline distT="0" distB="0" distL="0" distR="0" wp14:anchorId="02DCE873" wp14:editId="7CFB0C20">
            <wp:extent cx="5001323" cy="695422"/>
            <wp:effectExtent l="0" t="0" r="8890" b="9525"/>
            <wp:docPr id="1432405230"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405230" name="Picture 1" descr="A close up of a sign&#10;&#10;Description automatically generated"/>
                    <pic:cNvPicPr/>
                  </pic:nvPicPr>
                  <pic:blipFill>
                    <a:blip r:embed="rId33"/>
                    <a:stretch>
                      <a:fillRect/>
                    </a:stretch>
                  </pic:blipFill>
                  <pic:spPr>
                    <a:xfrm>
                      <a:off x="0" y="0"/>
                      <a:ext cx="5001323" cy="695422"/>
                    </a:xfrm>
                    <a:prstGeom prst="rect">
                      <a:avLst/>
                    </a:prstGeom>
                  </pic:spPr>
                </pic:pic>
              </a:graphicData>
            </a:graphic>
          </wp:inline>
        </w:drawing>
      </w:r>
    </w:p>
    <w:p w14:paraId="01CBC7D0" w14:textId="11D10C5E" w:rsidR="00C06481" w:rsidRDefault="00C06481" w:rsidP="00C06481">
      <w:pPr>
        <w:pStyle w:val="Heading3"/>
      </w:pPr>
      <w:r w:rsidRPr="00C06481">
        <w:t>List services that have never been applied for:</w:t>
      </w:r>
    </w:p>
    <w:p w14:paraId="7F8C9627" w14:textId="10DF6CEA" w:rsidR="00C06481" w:rsidRDefault="00C06481" w:rsidP="00C06481">
      <w:r w:rsidRPr="00C06481">
        <w:t>SELECT serviceName FROM Services s LEFT JOIN Applications a ON s.serviceID = a.serviceID WHERE a.serviceID IS NULL;</w:t>
      </w:r>
    </w:p>
    <w:p w14:paraId="02912111" w14:textId="19AC49EC" w:rsidR="00C06481" w:rsidRDefault="00C06481" w:rsidP="00C06481">
      <w:r w:rsidRPr="00C06481">
        <w:drawing>
          <wp:inline distT="0" distB="0" distL="0" distR="0" wp14:anchorId="019C9F6E" wp14:editId="145CD142">
            <wp:extent cx="3572374" cy="933580"/>
            <wp:effectExtent l="0" t="0" r="9525" b="0"/>
            <wp:docPr id="1931464169"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464169" name="Picture 1" descr="A computer screen shot of a computer&#10;&#10;Description automatically generated"/>
                    <pic:cNvPicPr/>
                  </pic:nvPicPr>
                  <pic:blipFill>
                    <a:blip r:embed="rId34"/>
                    <a:stretch>
                      <a:fillRect/>
                    </a:stretch>
                  </pic:blipFill>
                  <pic:spPr>
                    <a:xfrm>
                      <a:off x="0" y="0"/>
                      <a:ext cx="3572374" cy="933580"/>
                    </a:xfrm>
                    <a:prstGeom prst="rect">
                      <a:avLst/>
                    </a:prstGeom>
                  </pic:spPr>
                </pic:pic>
              </a:graphicData>
            </a:graphic>
          </wp:inline>
        </w:drawing>
      </w:r>
    </w:p>
    <w:p w14:paraId="1FC2EF23" w14:textId="7D53187E" w:rsidR="00C06481" w:rsidRDefault="004E3007" w:rsidP="004E3007">
      <w:pPr>
        <w:pStyle w:val="Heading3"/>
      </w:pPr>
      <w:r w:rsidRPr="004E3007">
        <w:t>Find the most common document type:</w:t>
      </w:r>
    </w:p>
    <w:p w14:paraId="2A50F2C8" w14:textId="5366B0EE" w:rsidR="004E3007" w:rsidRDefault="004E3007" w:rsidP="004E3007">
      <w:r w:rsidRPr="004E3007">
        <w:t>SELECT docType, COUNT(*) AS Total FROM Documents GROUP BY docType ORDER BY Total DESC FETCH FIRST 1 ROWS ONLY;</w:t>
      </w:r>
    </w:p>
    <w:p w14:paraId="4AF21445" w14:textId="00BE1519" w:rsidR="004E3007" w:rsidRDefault="004E3007" w:rsidP="004E3007">
      <w:r w:rsidRPr="004E3007">
        <w:drawing>
          <wp:inline distT="0" distB="0" distL="0" distR="0" wp14:anchorId="173BFE48" wp14:editId="2A6CB0C0">
            <wp:extent cx="3943900" cy="781159"/>
            <wp:effectExtent l="0" t="0" r="0" b="0"/>
            <wp:docPr id="181085511" name="Picture 1" descr="A white box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85511" name="Picture 1" descr="A white box with black text&#10;&#10;Description automatically generated"/>
                    <pic:cNvPicPr/>
                  </pic:nvPicPr>
                  <pic:blipFill>
                    <a:blip r:embed="rId35"/>
                    <a:stretch>
                      <a:fillRect/>
                    </a:stretch>
                  </pic:blipFill>
                  <pic:spPr>
                    <a:xfrm>
                      <a:off x="0" y="0"/>
                      <a:ext cx="3943900" cy="781159"/>
                    </a:xfrm>
                    <a:prstGeom prst="rect">
                      <a:avLst/>
                    </a:prstGeom>
                  </pic:spPr>
                </pic:pic>
              </a:graphicData>
            </a:graphic>
          </wp:inline>
        </w:drawing>
      </w:r>
    </w:p>
    <w:p w14:paraId="7F84FAAD" w14:textId="6AF2AC83" w:rsidR="004E3007" w:rsidRDefault="004E3007" w:rsidP="004E3007">
      <w:pPr>
        <w:pStyle w:val="Heading3"/>
      </w:pPr>
      <w:r w:rsidRPr="004E3007">
        <w:t>Retrieve the most recently uploaded document:</w:t>
      </w:r>
    </w:p>
    <w:p w14:paraId="42A6C948" w14:textId="77777777" w:rsidR="004E3007" w:rsidRDefault="004E3007" w:rsidP="004E3007">
      <w:r>
        <w:t>SELECT *</w:t>
      </w:r>
    </w:p>
    <w:p w14:paraId="1384A6C0" w14:textId="77777777" w:rsidR="004E3007" w:rsidRDefault="004E3007" w:rsidP="004E3007">
      <w:r>
        <w:t>FROM Documents</w:t>
      </w:r>
    </w:p>
    <w:p w14:paraId="62FDD430" w14:textId="77777777" w:rsidR="004E3007" w:rsidRDefault="004E3007" w:rsidP="004E3007">
      <w:r>
        <w:t>ORDER BY uploadDate DESC</w:t>
      </w:r>
    </w:p>
    <w:p w14:paraId="136263AB" w14:textId="3EC2175F" w:rsidR="004E3007" w:rsidRPr="004E3007" w:rsidRDefault="004E3007" w:rsidP="004E3007">
      <w:r>
        <w:t>FETCH FIRST 1 ROWS ONLY;</w:t>
      </w:r>
    </w:p>
    <w:p w14:paraId="12273E5E" w14:textId="7571468D" w:rsidR="004E3007" w:rsidRDefault="004E3007" w:rsidP="004E3007">
      <w:r w:rsidRPr="004E3007">
        <w:lastRenderedPageBreak/>
        <w:drawing>
          <wp:inline distT="0" distB="0" distL="0" distR="0" wp14:anchorId="15AC96C5" wp14:editId="442E6BEF">
            <wp:extent cx="5486400" cy="1039495"/>
            <wp:effectExtent l="0" t="0" r="0" b="8255"/>
            <wp:docPr id="84227562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275624" name="Picture 1" descr="A screenshot of a computer&#10;&#10;Description automatically generated"/>
                    <pic:cNvPicPr/>
                  </pic:nvPicPr>
                  <pic:blipFill>
                    <a:blip r:embed="rId36"/>
                    <a:stretch>
                      <a:fillRect/>
                    </a:stretch>
                  </pic:blipFill>
                  <pic:spPr>
                    <a:xfrm>
                      <a:off x="0" y="0"/>
                      <a:ext cx="5486400" cy="1039495"/>
                    </a:xfrm>
                    <a:prstGeom prst="rect">
                      <a:avLst/>
                    </a:prstGeom>
                  </pic:spPr>
                </pic:pic>
              </a:graphicData>
            </a:graphic>
          </wp:inline>
        </w:drawing>
      </w:r>
    </w:p>
    <w:p w14:paraId="658E9811" w14:textId="7EC7760A" w:rsidR="004E3007" w:rsidRDefault="004E3007" w:rsidP="004E3007">
      <w:pPr>
        <w:pStyle w:val="Heading3"/>
      </w:pPr>
      <w:r w:rsidRPr="004E3007">
        <w:t>List services with fees not in a specific range:</w:t>
      </w:r>
    </w:p>
    <w:p w14:paraId="4EAABD53" w14:textId="34533246" w:rsidR="004E3007" w:rsidRPr="004E3007" w:rsidRDefault="004E3007" w:rsidP="004E3007">
      <w:r w:rsidRPr="004E3007">
        <w:t>SELECT serviceName, fee FROM Services WHERE fee NOT BETWEEN 50 AND 200;</w:t>
      </w:r>
    </w:p>
    <w:p w14:paraId="4F6421EC" w14:textId="384CABB4" w:rsidR="004E3007" w:rsidRDefault="004E3007" w:rsidP="004E3007">
      <w:r w:rsidRPr="004E3007">
        <w:drawing>
          <wp:inline distT="0" distB="0" distL="0" distR="0" wp14:anchorId="7063E38B" wp14:editId="513F39C7">
            <wp:extent cx="4210638" cy="600159"/>
            <wp:effectExtent l="0" t="0" r="0" b="9525"/>
            <wp:docPr id="718501768"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501768" name="Picture 1" descr="A close up of a sign&#10;&#10;Description automatically generated"/>
                    <pic:cNvPicPr/>
                  </pic:nvPicPr>
                  <pic:blipFill>
                    <a:blip r:embed="rId37"/>
                    <a:stretch>
                      <a:fillRect/>
                    </a:stretch>
                  </pic:blipFill>
                  <pic:spPr>
                    <a:xfrm>
                      <a:off x="0" y="0"/>
                      <a:ext cx="4210638" cy="600159"/>
                    </a:xfrm>
                    <a:prstGeom prst="rect">
                      <a:avLst/>
                    </a:prstGeom>
                  </pic:spPr>
                </pic:pic>
              </a:graphicData>
            </a:graphic>
          </wp:inline>
        </w:drawing>
      </w:r>
    </w:p>
    <w:p w14:paraId="00B42D74" w14:textId="4935A48A" w:rsidR="004E3007" w:rsidRDefault="004E3007" w:rsidP="004E3007">
      <w:pPr>
        <w:pStyle w:val="Heading3"/>
      </w:pPr>
      <w:r w:rsidRPr="004E3007">
        <w:t>Retrieve the first 5 highest-paid employees:</w:t>
      </w:r>
    </w:p>
    <w:p w14:paraId="237B28E9" w14:textId="5B0CCB6A" w:rsidR="004E3007" w:rsidRDefault="004E3007" w:rsidP="004E3007">
      <w:r w:rsidRPr="004E3007">
        <w:t>SELECT FirstName, LastName, Salary FROM Employees ORDER BY Salary DESC FETCH FIRST 5 ROWS ONLY;</w:t>
      </w:r>
    </w:p>
    <w:p w14:paraId="26D963FB" w14:textId="7C2E0C92" w:rsidR="004E3007" w:rsidRPr="004E3007" w:rsidRDefault="004E3007" w:rsidP="004E3007">
      <w:r w:rsidRPr="004E3007">
        <w:drawing>
          <wp:inline distT="0" distB="0" distL="0" distR="0" wp14:anchorId="0DA538F9" wp14:editId="64629486">
            <wp:extent cx="4372585" cy="1143160"/>
            <wp:effectExtent l="0" t="0" r="0" b="0"/>
            <wp:docPr id="90075658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756586" name="Picture 1" descr="A screenshot of a computer&#10;&#10;Description automatically generated"/>
                    <pic:cNvPicPr/>
                  </pic:nvPicPr>
                  <pic:blipFill>
                    <a:blip r:embed="rId38"/>
                    <a:stretch>
                      <a:fillRect/>
                    </a:stretch>
                  </pic:blipFill>
                  <pic:spPr>
                    <a:xfrm>
                      <a:off x="0" y="0"/>
                      <a:ext cx="4372585" cy="1143160"/>
                    </a:xfrm>
                    <a:prstGeom prst="rect">
                      <a:avLst/>
                    </a:prstGeom>
                  </pic:spPr>
                </pic:pic>
              </a:graphicData>
            </a:graphic>
          </wp:inline>
        </w:drawing>
      </w:r>
    </w:p>
    <w:p w14:paraId="46426A76" w14:textId="2EFFC621" w:rsidR="00C06481" w:rsidRDefault="004E3007" w:rsidP="004E3007">
      <w:pPr>
        <w:pStyle w:val="Heading3"/>
      </w:pPr>
      <w:r w:rsidRPr="004E3007">
        <w:t>Retrieve clients who haven't applied for any service:</w:t>
      </w:r>
    </w:p>
    <w:p w14:paraId="4CD1B305" w14:textId="07CCC531" w:rsidR="004E3007" w:rsidRDefault="004E3007" w:rsidP="004E3007">
      <w:r w:rsidRPr="004E3007">
        <w:t>SELECT c.FirstName, c.LastName FROM Clients c LEFT JOIN Applications a ON c.clientID = a.clientID WHERE a.applicationID IS NULL;</w:t>
      </w:r>
    </w:p>
    <w:p w14:paraId="442210C6" w14:textId="79A33540" w:rsidR="004E3007" w:rsidRDefault="004E3007" w:rsidP="004E3007">
      <w:r w:rsidRPr="004E3007">
        <w:drawing>
          <wp:inline distT="0" distB="0" distL="0" distR="0" wp14:anchorId="053ECE91" wp14:editId="7296F4E5">
            <wp:extent cx="3448531" cy="1209844"/>
            <wp:effectExtent l="0" t="0" r="0" b="9525"/>
            <wp:docPr id="207604768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047689" name="Picture 1" descr="A screenshot of a computer&#10;&#10;Description automatically generated"/>
                    <pic:cNvPicPr/>
                  </pic:nvPicPr>
                  <pic:blipFill>
                    <a:blip r:embed="rId39"/>
                    <a:stretch>
                      <a:fillRect/>
                    </a:stretch>
                  </pic:blipFill>
                  <pic:spPr>
                    <a:xfrm>
                      <a:off x="0" y="0"/>
                      <a:ext cx="3448531" cy="1209844"/>
                    </a:xfrm>
                    <a:prstGeom prst="rect">
                      <a:avLst/>
                    </a:prstGeom>
                  </pic:spPr>
                </pic:pic>
              </a:graphicData>
            </a:graphic>
          </wp:inline>
        </w:drawing>
      </w:r>
    </w:p>
    <w:p w14:paraId="1C0B24FE" w14:textId="3ABA52E7" w:rsidR="004E3007" w:rsidRDefault="004E3007" w:rsidP="004E3007">
      <w:pPr>
        <w:pStyle w:val="Heading3"/>
      </w:pPr>
      <w:r w:rsidRPr="004E3007">
        <w:t>Find all clients whose last name contains 'son':</w:t>
      </w:r>
    </w:p>
    <w:p w14:paraId="09B9121C" w14:textId="473EE8B5" w:rsidR="004E3007" w:rsidRDefault="004E3007" w:rsidP="004E3007">
      <w:pPr>
        <w:rPr>
          <w:noProof/>
        </w:rPr>
      </w:pPr>
      <w:r w:rsidRPr="004E3007">
        <w:t>SELECT FirstName, LastName FROM Clients WHERE LastName LIKE '%son%';</w:t>
      </w:r>
      <w:r w:rsidRPr="004E3007">
        <w:rPr>
          <w:noProof/>
        </w:rPr>
        <w:t xml:space="preserve"> </w:t>
      </w:r>
      <w:r>
        <w:rPr>
          <w:noProof/>
        </w:rPr>
        <w:drawing>
          <wp:inline distT="0" distB="0" distL="0" distR="0" wp14:anchorId="53D60A75" wp14:editId="4E8EEC37">
            <wp:extent cx="3971429" cy="1057143"/>
            <wp:effectExtent l="0" t="0" r="0" b="0"/>
            <wp:docPr id="31549141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491415" name="Picture 1" descr="A screenshot of a computer&#10;&#10;Description automatically generated"/>
                    <pic:cNvPicPr/>
                  </pic:nvPicPr>
                  <pic:blipFill>
                    <a:blip r:embed="rId40"/>
                    <a:stretch>
                      <a:fillRect/>
                    </a:stretch>
                  </pic:blipFill>
                  <pic:spPr>
                    <a:xfrm>
                      <a:off x="0" y="0"/>
                      <a:ext cx="3971429" cy="1057143"/>
                    </a:xfrm>
                    <a:prstGeom prst="rect">
                      <a:avLst/>
                    </a:prstGeom>
                  </pic:spPr>
                </pic:pic>
              </a:graphicData>
            </a:graphic>
          </wp:inline>
        </w:drawing>
      </w:r>
    </w:p>
    <w:p w14:paraId="5D508751" w14:textId="060E939D" w:rsidR="004E3007" w:rsidRDefault="004E3007" w:rsidP="004E3007">
      <w:pPr>
        <w:pStyle w:val="Heading3"/>
      </w:pPr>
      <w:r w:rsidRPr="004E3007">
        <w:lastRenderedPageBreak/>
        <w:t>Retrieve the most recent application submitted:</w:t>
      </w:r>
    </w:p>
    <w:p w14:paraId="62E79F7A" w14:textId="77777777" w:rsidR="004E3007" w:rsidRDefault="004E3007" w:rsidP="004E3007">
      <w:r>
        <w:t>SELECT *</w:t>
      </w:r>
    </w:p>
    <w:p w14:paraId="6ADE09B9" w14:textId="77777777" w:rsidR="004E3007" w:rsidRDefault="004E3007" w:rsidP="004E3007">
      <w:r>
        <w:t>FROM Applications</w:t>
      </w:r>
    </w:p>
    <w:p w14:paraId="3772C37A" w14:textId="6327E874" w:rsidR="004E3007" w:rsidRPr="004E3007" w:rsidRDefault="004E3007" w:rsidP="004E3007">
      <w:r>
        <w:t>WHERE applicationDate = (SELECT MAX(applicationDate) FROM Applications);</w:t>
      </w:r>
    </w:p>
    <w:p w14:paraId="283388D3" w14:textId="122B5F32" w:rsidR="00A9251C" w:rsidRDefault="004E3007" w:rsidP="00A9251C">
      <w:r w:rsidRPr="004E3007">
        <w:drawing>
          <wp:inline distT="0" distB="0" distL="0" distR="0" wp14:anchorId="24EFB5FE" wp14:editId="1A975527">
            <wp:extent cx="5486400" cy="563880"/>
            <wp:effectExtent l="0" t="0" r="0" b="7620"/>
            <wp:docPr id="491733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733689" name=""/>
                    <pic:cNvPicPr/>
                  </pic:nvPicPr>
                  <pic:blipFill>
                    <a:blip r:embed="rId41"/>
                    <a:stretch>
                      <a:fillRect/>
                    </a:stretch>
                  </pic:blipFill>
                  <pic:spPr>
                    <a:xfrm>
                      <a:off x="0" y="0"/>
                      <a:ext cx="5486400" cy="563880"/>
                    </a:xfrm>
                    <a:prstGeom prst="rect">
                      <a:avLst/>
                    </a:prstGeom>
                  </pic:spPr>
                </pic:pic>
              </a:graphicData>
            </a:graphic>
          </wp:inline>
        </w:drawing>
      </w:r>
    </w:p>
    <w:p w14:paraId="5DD46017" w14:textId="36976DCD" w:rsidR="004E3007" w:rsidRDefault="004E3007" w:rsidP="004E3007">
      <w:pPr>
        <w:pStyle w:val="Heading3"/>
      </w:pPr>
      <w:r w:rsidRPr="004E3007">
        <w:t>Use INTERSECT to find clients with both 'Pending' and 'Approved' applications:</w:t>
      </w:r>
    </w:p>
    <w:p w14:paraId="48A44A60" w14:textId="77777777" w:rsidR="009728B8" w:rsidRPr="009728B8" w:rsidRDefault="009728B8" w:rsidP="009728B8">
      <w:pPr>
        <w:rPr>
          <w:lang w:val="ro-RO"/>
        </w:rPr>
      </w:pPr>
      <w:r w:rsidRPr="009728B8">
        <w:rPr>
          <w:lang w:val="ro-RO"/>
        </w:rPr>
        <w:t>SELECT clientID</w:t>
      </w:r>
    </w:p>
    <w:p w14:paraId="61C611D3" w14:textId="032E8AB6" w:rsidR="009728B8" w:rsidRPr="009728B8" w:rsidRDefault="009728B8" w:rsidP="009728B8">
      <w:pPr>
        <w:rPr>
          <w:lang w:val="ro-RO"/>
        </w:rPr>
      </w:pPr>
      <w:r w:rsidRPr="009728B8">
        <w:rPr>
          <w:lang w:val="ro-RO"/>
        </w:rPr>
        <w:t>FROM Applications</w:t>
      </w:r>
    </w:p>
    <w:p w14:paraId="06A6BA66" w14:textId="77777777" w:rsidR="009728B8" w:rsidRPr="009728B8" w:rsidRDefault="009728B8" w:rsidP="009728B8">
      <w:pPr>
        <w:rPr>
          <w:lang w:val="ro-RO"/>
        </w:rPr>
      </w:pPr>
      <w:r w:rsidRPr="009728B8">
        <w:rPr>
          <w:lang w:val="ro-RO"/>
        </w:rPr>
        <w:t>WHERE applicationStatus = 'Pending'</w:t>
      </w:r>
    </w:p>
    <w:p w14:paraId="4549A05D" w14:textId="77777777" w:rsidR="009728B8" w:rsidRPr="009728B8" w:rsidRDefault="009728B8" w:rsidP="009728B8">
      <w:pPr>
        <w:rPr>
          <w:lang w:val="ro-RO"/>
        </w:rPr>
      </w:pPr>
      <w:r w:rsidRPr="009728B8">
        <w:rPr>
          <w:lang w:val="ro-RO"/>
        </w:rPr>
        <w:t>INTERSECT</w:t>
      </w:r>
    </w:p>
    <w:p w14:paraId="3499EA4D" w14:textId="77777777" w:rsidR="009728B8" w:rsidRPr="009728B8" w:rsidRDefault="009728B8" w:rsidP="009728B8">
      <w:pPr>
        <w:rPr>
          <w:lang w:val="ro-RO"/>
        </w:rPr>
      </w:pPr>
      <w:r w:rsidRPr="009728B8">
        <w:rPr>
          <w:lang w:val="ro-RO"/>
        </w:rPr>
        <w:t>SELECT clientID</w:t>
      </w:r>
    </w:p>
    <w:p w14:paraId="0FBE4FA3" w14:textId="7456D268" w:rsidR="009728B8" w:rsidRPr="009728B8" w:rsidRDefault="009728B8" w:rsidP="009728B8">
      <w:pPr>
        <w:rPr>
          <w:lang w:val="ro-RO"/>
        </w:rPr>
      </w:pPr>
      <w:r w:rsidRPr="009728B8">
        <w:rPr>
          <w:lang w:val="ro-RO"/>
        </w:rPr>
        <w:t>FROM Applications</w:t>
      </w:r>
    </w:p>
    <w:p w14:paraId="16AE9ACA" w14:textId="1301D485" w:rsidR="004E3007" w:rsidRDefault="009728B8" w:rsidP="009728B8">
      <w:pPr>
        <w:rPr>
          <w:lang w:val="ro-RO"/>
        </w:rPr>
      </w:pPr>
      <w:r w:rsidRPr="009728B8">
        <w:rPr>
          <w:lang w:val="ro-RO"/>
        </w:rPr>
        <w:t>WHERE applicationStatus = 'Approved';</w:t>
      </w:r>
    </w:p>
    <w:p w14:paraId="34AB9359" w14:textId="2D75B55B" w:rsidR="009728B8" w:rsidRPr="009728B8" w:rsidRDefault="009728B8" w:rsidP="009728B8">
      <w:pPr>
        <w:rPr>
          <w:lang w:val="ro-RO"/>
        </w:rPr>
      </w:pPr>
      <w:r w:rsidRPr="009728B8">
        <w:rPr>
          <w:lang w:val="ro-RO"/>
        </w:rPr>
        <w:drawing>
          <wp:inline distT="0" distB="0" distL="0" distR="0" wp14:anchorId="17BB26D3" wp14:editId="1C565AD3">
            <wp:extent cx="4134427" cy="1105054"/>
            <wp:effectExtent l="0" t="0" r="0" b="0"/>
            <wp:docPr id="316394976"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94976" name="Picture 1" descr="A computer screen shot of a computer&#10;&#10;Description automatically generated"/>
                    <pic:cNvPicPr/>
                  </pic:nvPicPr>
                  <pic:blipFill>
                    <a:blip r:embed="rId42"/>
                    <a:stretch>
                      <a:fillRect/>
                    </a:stretch>
                  </pic:blipFill>
                  <pic:spPr>
                    <a:xfrm>
                      <a:off x="0" y="0"/>
                      <a:ext cx="4134427" cy="1105054"/>
                    </a:xfrm>
                    <a:prstGeom prst="rect">
                      <a:avLst/>
                    </a:prstGeom>
                  </pic:spPr>
                </pic:pic>
              </a:graphicData>
            </a:graphic>
          </wp:inline>
        </w:drawing>
      </w:r>
    </w:p>
    <w:sectPr w:rsidR="009728B8" w:rsidRPr="009728B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C9E5A1C"/>
    <w:multiLevelType w:val="multilevel"/>
    <w:tmpl w:val="570CE84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8E2384"/>
    <w:multiLevelType w:val="multilevel"/>
    <w:tmpl w:val="8B605C1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3759204">
    <w:abstractNumId w:val="8"/>
  </w:num>
  <w:num w:numId="2" w16cid:durableId="1161044542">
    <w:abstractNumId w:val="6"/>
  </w:num>
  <w:num w:numId="3" w16cid:durableId="174811818">
    <w:abstractNumId w:val="5"/>
  </w:num>
  <w:num w:numId="4" w16cid:durableId="1810366651">
    <w:abstractNumId w:val="4"/>
  </w:num>
  <w:num w:numId="5" w16cid:durableId="1622883006">
    <w:abstractNumId w:val="7"/>
  </w:num>
  <w:num w:numId="6" w16cid:durableId="2143766706">
    <w:abstractNumId w:val="3"/>
  </w:num>
  <w:num w:numId="7" w16cid:durableId="1414082221">
    <w:abstractNumId w:val="2"/>
  </w:num>
  <w:num w:numId="8" w16cid:durableId="1227762856">
    <w:abstractNumId w:val="1"/>
  </w:num>
  <w:num w:numId="9" w16cid:durableId="1976837759">
    <w:abstractNumId w:val="0"/>
  </w:num>
  <w:num w:numId="10" w16cid:durableId="1059665741">
    <w:abstractNumId w:val="9"/>
  </w:num>
  <w:num w:numId="11" w16cid:durableId="18769176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0C6D"/>
    <w:rsid w:val="0015074B"/>
    <w:rsid w:val="0029639D"/>
    <w:rsid w:val="00326F90"/>
    <w:rsid w:val="00387461"/>
    <w:rsid w:val="00447763"/>
    <w:rsid w:val="004511D9"/>
    <w:rsid w:val="004E3007"/>
    <w:rsid w:val="0063099E"/>
    <w:rsid w:val="00647DED"/>
    <w:rsid w:val="006525A0"/>
    <w:rsid w:val="008B1CD6"/>
    <w:rsid w:val="009728B8"/>
    <w:rsid w:val="00A9251C"/>
    <w:rsid w:val="00AA1D8D"/>
    <w:rsid w:val="00AC1620"/>
    <w:rsid w:val="00B47730"/>
    <w:rsid w:val="00C06481"/>
    <w:rsid w:val="00CB0664"/>
    <w:rsid w:val="00D92DB2"/>
    <w:rsid w:val="00E956C9"/>
    <w:rsid w:val="00FC693F"/>
    <w:rsid w:val="00FD7F10"/>
    <w:rsid w:val="00FF7C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899F12"/>
  <w14:defaultImageDpi w14:val="300"/>
  <w15:docId w15:val="{32577B6B-87C8-4175-80AF-DF376C953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1D9"/>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5647">
      <w:bodyDiv w:val="1"/>
      <w:marLeft w:val="0"/>
      <w:marRight w:val="0"/>
      <w:marTop w:val="0"/>
      <w:marBottom w:val="0"/>
      <w:divBdr>
        <w:top w:val="none" w:sz="0" w:space="0" w:color="auto"/>
        <w:left w:val="none" w:sz="0" w:space="0" w:color="auto"/>
        <w:bottom w:val="none" w:sz="0" w:space="0" w:color="auto"/>
        <w:right w:val="none" w:sz="0" w:space="0" w:color="auto"/>
      </w:divBdr>
      <w:divsChild>
        <w:div w:id="1184128036">
          <w:marLeft w:val="0"/>
          <w:marRight w:val="0"/>
          <w:marTop w:val="0"/>
          <w:marBottom w:val="0"/>
          <w:divBdr>
            <w:top w:val="none" w:sz="0" w:space="0" w:color="auto"/>
            <w:left w:val="none" w:sz="0" w:space="0" w:color="auto"/>
            <w:bottom w:val="none" w:sz="0" w:space="0" w:color="auto"/>
            <w:right w:val="none" w:sz="0" w:space="0" w:color="auto"/>
          </w:divBdr>
          <w:divsChild>
            <w:div w:id="319192805">
              <w:marLeft w:val="0"/>
              <w:marRight w:val="0"/>
              <w:marTop w:val="0"/>
              <w:marBottom w:val="0"/>
              <w:divBdr>
                <w:top w:val="none" w:sz="0" w:space="0" w:color="auto"/>
                <w:left w:val="none" w:sz="0" w:space="0" w:color="auto"/>
                <w:bottom w:val="none" w:sz="0" w:space="0" w:color="auto"/>
                <w:right w:val="none" w:sz="0" w:space="0" w:color="auto"/>
              </w:divBdr>
              <w:divsChild>
                <w:div w:id="1439251988">
                  <w:marLeft w:val="0"/>
                  <w:marRight w:val="0"/>
                  <w:marTop w:val="0"/>
                  <w:marBottom w:val="0"/>
                  <w:divBdr>
                    <w:top w:val="none" w:sz="0" w:space="0" w:color="auto"/>
                    <w:left w:val="none" w:sz="0" w:space="0" w:color="auto"/>
                    <w:bottom w:val="none" w:sz="0" w:space="0" w:color="auto"/>
                    <w:right w:val="none" w:sz="0" w:space="0" w:color="auto"/>
                  </w:divBdr>
                  <w:divsChild>
                    <w:div w:id="20421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26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30676">
      <w:bodyDiv w:val="1"/>
      <w:marLeft w:val="0"/>
      <w:marRight w:val="0"/>
      <w:marTop w:val="0"/>
      <w:marBottom w:val="0"/>
      <w:divBdr>
        <w:top w:val="none" w:sz="0" w:space="0" w:color="auto"/>
        <w:left w:val="none" w:sz="0" w:space="0" w:color="auto"/>
        <w:bottom w:val="none" w:sz="0" w:space="0" w:color="auto"/>
        <w:right w:val="none" w:sz="0" w:space="0" w:color="auto"/>
      </w:divBdr>
    </w:div>
    <w:div w:id="112213360">
      <w:bodyDiv w:val="1"/>
      <w:marLeft w:val="0"/>
      <w:marRight w:val="0"/>
      <w:marTop w:val="0"/>
      <w:marBottom w:val="0"/>
      <w:divBdr>
        <w:top w:val="none" w:sz="0" w:space="0" w:color="auto"/>
        <w:left w:val="none" w:sz="0" w:space="0" w:color="auto"/>
        <w:bottom w:val="none" w:sz="0" w:space="0" w:color="auto"/>
        <w:right w:val="none" w:sz="0" w:space="0" w:color="auto"/>
      </w:divBdr>
    </w:div>
    <w:div w:id="205921540">
      <w:bodyDiv w:val="1"/>
      <w:marLeft w:val="0"/>
      <w:marRight w:val="0"/>
      <w:marTop w:val="0"/>
      <w:marBottom w:val="0"/>
      <w:divBdr>
        <w:top w:val="none" w:sz="0" w:space="0" w:color="auto"/>
        <w:left w:val="none" w:sz="0" w:space="0" w:color="auto"/>
        <w:bottom w:val="none" w:sz="0" w:space="0" w:color="auto"/>
        <w:right w:val="none" w:sz="0" w:space="0" w:color="auto"/>
      </w:divBdr>
    </w:div>
    <w:div w:id="372845813">
      <w:bodyDiv w:val="1"/>
      <w:marLeft w:val="0"/>
      <w:marRight w:val="0"/>
      <w:marTop w:val="0"/>
      <w:marBottom w:val="0"/>
      <w:divBdr>
        <w:top w:val="none" w:sz="0" w:space="0" w:color="auto"/>
        <w:left w:val="none" w:sz="0" w:space="0" w:color="auto"/>
        <w:bottom w:val="none" w:sz="0" w:space="0" w:color="auto"/>
        <w:right w:val="none" w:sz="0" w:space="0" w:color="auto"/>
      </w:divBdr>
    </w:div>
    <w:div w:id="438068767">
      <w:bodyDiv w:val="1"/>
      <w:marLeft w:val="0"/>
      <w:marRight w:val="0"/>
      <w:marTop w:val="0"/>
      <w:marBottom w:val="0"/>
      <w:divBdr>
        <w:top w:val="none" w:sz="0" w:space="0" w:color="auto"/>
        <w:left w:val="none" w:sz="0" w:space="0" w:color="auto"/>
        <w:bottom w:val="none" w:sz="0" w:space="0" w:color="auto"/>
        <w:right w:val="none" w:sz="0" w:space="0" w:color="auto"/>
      </w:divBdr>
    </w:div>
    <w:div w:id="657001818">
      <w:bodyDiv w:val="1"/>
      <w:marLeft w:val="0"/>
      <w:marRight w:val="0"/>
      <w:marTop w:val="0"/>
      <w:marBottom w:val="0"/>
      <w:divBdr>
        <w:top w:val="none" w:sz="0" w:space="0" w:color="auto"/>
        <w:left w:val="none" w:sz="0" w:space="0" w:color="auto"/>
        <w:bottom w:val="none" w:sz="0" w:space="0" w:color="auto"/>
        <w:right w:val="none" w:sz="0" w:space="0" w:color="auto"/>
      </w:divBdr>
    </w:div>
    <w:div w:id="826827495">
      <w:bodyDiv w:val="1"/>
      <w:marLeft w:val="0"/>
      <w:marRight w:val="0"/>
      <w:marTop w:val="0"/>
      <w:marBottom w:val="0"/>
      <w:divBdr>
        <w:top w:val="none" w:sz="0" w:space="0" w:color="auto"/>
        <w:left w:val="none" w:sz="0" w:space="0" w:color="auto"/>
        <w:bottom w:val="none" w:sz="0" w:space="0" w:color="auto"/>
        <w:right w:val="none" w:sz="0" w:space="0" w:color="auto"/>
      </w:divBdr>
    </w:div>
    <w:div w:id="859708079">
      <w:bodyDiv w:val="1"/>
      <w:marLeft w:val="0"/>
      <w:marRight w:val="0"/>
      <w:marTop w:val="0"/>
      <w:marBottom w:val="0"/>
      <w:divBdr>
        <w:top w:val="none" w:sz="0" w:space="0" w:color="auto"/>
        <w:left w:val="none" w:sz="0" w:space="0" w:color="auto"/>
        <w:bottom w:val="none" w:sz="0" w:space="0" w:color="auto"/>
        <w:right w:val="none" w:sz="0" w:space="0" w:color="auto"/>
      </w:divBdr>
    </w:div>
    <w:div w:id="864905700">
      <w:bodyDiv w:val="1"/>
      <w:marLeft w:val="0"/>
      <w:marRight w:val="0"/>
      <w:marTop w:val="0"/>
      <w:marBottom w:val="0"/>
      <w:divBdr>
        <w:top w:val="none" w:sz="0" w:space="0" w:color="auto"/>
        <w:left w:val="none" w:sz="0" w:space="0" w:color="auto"/>
        <w:bottom w:val="none" w:sz="0" w:space="0" w:color="auto"/>
        <w:right w:val="none" w:sz="0" w:space="0" w:color="auto"/>
      </w:divBdr>
    </w:div>
    <w:div w:id="928923936">
      <w:bodyDiv w:val="1"/>
      <w:marLeft w:val="0"/>
      <w:marRight w:val="0"/>
      <w:marTop w:val="0"/>
      <w:marBottom w:val="0"/>
      <w:divBdr>
        <w:top w:val="none" w:sz="0" w:space="0" w:color="auto"/>
        <w:left w:val="none" w:sz="0" w:space="0" w:color="auto"/>
        <w:bottom w:val="none" w:sz="0" w:space="0" w:color="auto"/>
        <w:right w:val="none" w:sz="0" w:space="0" w:color="auto"/>
      </w:divBdr>
    </w:div>
    <w:div w:id="939679663">
      <w:bodyDiv w:val="1"/>
      <w:marLeft w:val="0"/>
      <w:marRight w:val="0"/>
      <w:marTop w:val="0"/>
      <w:marBottom w:val="0"/>
      <w:divBdr>
        <w:top w:val="none" w:sz="0" w:space="0" w:color="auto"/>
        <w:left w:val="none" w:sz="0" w:space="0" w:color="auto"/>
        <w:bottom w:val="none" w:sz="0" w:space="0" w:color="auto"/>
        <w:right w:val="none" w:sz="0" w:space="0" w:color="auto"/>
      </w:divBdr>
    </w:div>
    <w:div w:id="980698005">
      <w:bodyDiv w:val="1"/>
      <w:marLeft w:val="0"/>
      <w:marRight w:val="0"/>
      <w:marTop w:val="0"/>
      <w:marBottom w:val="0"/>
      <w:divBdr>
        <w:top w:val="none" w:sz="0" w:space="0" w:color="auto"/>
        <w:left w:val="none" w:sz="0" w:space="0" w:color="auto"/>
        <w:bottom w:val="none" w:sz="0" w:space="0" w:color="auto"/>
        <w:right w:val="none" w:sz="0" w:space="0" w:color="auto"/>
      </w:divBdr>
      <w:divsChild>
        <w:div w:id="1691372104">
          <w:marLeft w:val="0"/>
          <w:marRight w:val="0"/>
          <w:marTop w:val="0"/>
          <w:marBottom w:val="0"/>
          <w:divBdr>
            <w:top w:val="none" w:sz="0" w:space="0" w:color="auto"/>
            <w:left w:val="none" w:sz="0" w:space="0" w:color="auto"/>
            <w:bottom w:val="none" w:sz="0" w:space="0" w:color="auto"/>
            <w:right w:val="none" w:sz="0" w:space="0" w:color="auto"/>
          </w:divBdr>
          <w:divsChild>
            <w:div w:id="568688321">
              <w:marLeft w:val="0"/>
              <w:marRight w:val="0"/>
              <w:marTop w:val="0"/>
              <w:marBottom w:val="0"/>
              <w:divBdr>
                <w:top w:val="none" w:sz="0" w:space="0" w:color="auto"/>
                <w:left w:val="none" w:sz="0" w:space="0" w:color="auto"/>
                <w:bottom w:val="none" w:sz="0" w:space="0" w:color="auto"/>
                <w:right w:val="none" w:sz="0" w:space="0" w:color="auto"/>
              </w:divBdr>
              <w:divsChild>
                <w:div w:id="2108648773">
                  <w:marLeft w:val="0"/>
                  <w:marRight w:val="0"/>
                  <w:marTop w:val="0"/>
                  <w:marBottom w:val="0"/>
                  <w:divBdr>
                    <w:top w:val="none" w:sz="0" w:space="0" w:color="auto"/>
                    <w:left w:val="none" w:sz="0" w:space="0" w:color="auto"/>
                    <w:bottom w:val="none" w:sz="0" w:space="0" w:color="auto"/>
                    <w:right w:val="none" w:sz="0" w:space="0" w:color="auto"/>
                  </w:divBdr>
                  <w:divsChild>
                    <w:div w:id="40711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31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216128">
      <w:bodyDiv w:val="1"/>
      <w:marLeft w:val="0"/>
      <w:marRight w:val="0"/>
      <w:marTop w:val="0"/>
      <w:marBottom w:val="0"/>
      <w:divBdr>
        <w:top w:val="none" w:sz="0" w:space="0" w:color="auto"/>
        <w:left w:val="none" w:sz="0" w:space="0" w:color="auto"/>
        <w:bottom w:val="none" w:sz="0" w:space="0" w:color="auto"/>
        <w:right w:val="none" w:sz="0" w:space="0" w:color="auto"/>
      </w:divBdr>
      <w:divsChild>
        <w:div w:id="173882454">
          <w:marLeft w:val="0"/>
          <w:marRight w:val="0"/>
          <w:marTop w:val="0"/>
          <w:marBottom w:val="0"/>
          <w:divBdr>
            <w:top w:val="none" w:sz="0" w:space="0" w:color="auto"/>
            <w:left w:val="none" w:sz="0" w:space="0" w:color="auto"/>
            <w:bottom w:val="none" w:sz="0" w:space="0" w:color="auto"/>
            <w:right w:val="none" w:sz="0" w:space="0" w:color="auto"/>
          </w:divBdr>
          <w:divsChild>
            <w:div w:id="737745231">
              <w:marLeft w:val="0"/>
              <w:marRight w:val="0"/>
              <w:marTop w:val="0"/>
              <w:marBottom w:val="0"/>
              <w:divBdr>
                <w:top w:val="none" w:sz="0" w:space="0" w:color="auto"/>
                <w:left w:val="none" w:sz="0" w:space="0" w:color="auto"/>
                <w:bottom w:val="none" w:sz="0" w:space="0" w:color="auto"/>
                <w:right w:val="none" w:sz="0" w:space="0" w:color="auto"/>
              </w:divBdr>
              <w:divsChild>
                <w:div w:id="1016082890">
                  <w:marLeft w:val="0"/>
                  <w:marRight w:val="0"/>
                  <w:marTop w:val="0"/>
                  <w:marBottom w:val="0"/>
                  <w:divBdr>
                    <w:top w:val="none" w:sz="0" w:space="0" w:color="auto"/>
                    <w:left w:val="none" w:sz="0" w:space="0" w:color="auto"/>
                    <w:bottom w:val="none" w:sz="0" w:space="0" w:color="auto"/>
                    <w:right w:val="none" w:sz="0" w:space="0" w:color="auto"/>
                  </w:divBdr>
                  <w:divsChild>
                    <w:div w:id="151738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81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137117">
      <w:bodyDiv w:val="1"/>
      <w:marLeft w:val="0"/>
      <w:marRight w:val="0"/>
      <w:marTop w:val="0"/>
      <w:marBottom w:val="0"/>
      <w:divBdr>
        <w:top w:val="none" w:sz="0" w:space="0" w:color="auto"/>
        <w:left w:val="none" w:sz="0" w:space="0" w:color="auto"/>
        <w:bottom w:val="none" w:sz="0" w:space="0" w:color="auto"/>
        <w:right w:val="none" w:sz="0" w:space="0" w:color="auto"/>
      </w:divBdr>
    </w:div>
    <w:div w:id="1191186092">
      <w:bodyDiv w:val="1"/>
      <w:marLeft w:val="0"/>
      <w:marRight w:val="0"/>
      <w:marTop w:val="0"/>
      <w:marBottom w:val="0"/>
      <w:divBdr>
        <w:top w:val="none" w:sz="0" w:space="0" w:color="auto"/>
        <w:left w:val="none" w:sz="0" w:space="0" w:color="auto"/>
        <w:bottom w:val="none" w:sz="0" w:space="0" w:color="auto"/>
        <w:right w:val="none" w:sz="0" w:space="0" w:color="auto"/>
      </w:divBdr>
    </w:div>
    <w:div w:id="1212884663">
      <w:bodyDiv w:val="1"/>
      <w:marLeft w:val="0"/>
      <w:marRight w:val="0"/>
      <w:marTop w:val="0"/>
      <w:marBottom w:val="0"/>
      <w:divBdr>
        <w:top w:val="none" w:sz="0" w:space="0" w:color="auto"/>
        <w:left w:val="none" w:sz="0" w:space="0" w:color="auto"/>
        <w:bottom w:val="none" w:sz="0" w:space="0" w:color="auto"/>
        <w:right w:val="none" w:sz="0" w:space="0" w:color="auto"/>
      </w:divBdr>
    </w:div>
    <w:div w:id="1242175658">
      <w:bodyDiv w:val="1"/>
      <w:marLeft w:val="0"/>
      <w:marRight w:val="0"/>
      <w:marTop w:val="0"/>
      <w:marBottom w:val="0"/>
      <w:divBdr>
        <w:top w:val="none" w:sz="0" w:space="0" w:color="auto"/>
        <w:left w:val="none" w:sz="0" w:space="0" w:color="auto"/>
        <w:bottom w:val="none" w:sz="0" w:space="0" w:color="auto"/>
        <w:right w:val="none" w:sz="0" w:space="0" w:color="auto"/>
      </w:divBdr>
    </w:div>
    <w:div w:id="1385056267">
      <w:bodyDiv w:val="1"/>
      <w:marLeft w:val="0"/>
      <w:marRight w:val="0"/>
      <w:marTop w:val="0"/>
      <w:marBottom w:val="0"/>
      <w:divBdr>
        <w:top w:val="none" w:sz="0" w:space="0" w:color="auto"/>
        <w:left w:val="none" w:sz="0" w:space="0" w:color="auto"/>
        <w:bottom w:val="none" w:sz="0" w:space="0" w:color="auto"/>
        <w:right w:val="none" w:sz="0" w:space="0" w:color="auto"/>
      </w:divBdr>
    </w:div>
    <w:div w:id="1475877672">
      <w:bodyDiv w:val="1"/>
      <w:marLeft w:val="0"/>
      <w:marRight w:val="0"/>
      <w:marTop w:val="0"/>
      <w:marBottom w:val="0"/>
      <w:divBdr>
        <w:top w:val="none" w:sz="0" w:space="0" w:color="auto"/>
        <w:left w:val="none" w:sz="0" w:space="0" w:color="auto"/>
        <w:bottom w:val="none" w:sz="0" w:space="0" w:color="auto"/>
        <w:right w:val="none" w:sz="0" w:space="0" w:color="auto"/>
      </w:divBdr>
    </w:div>
    <w:div w:id="1532718670">
      <w:bodyDiv w:val="1"/>
      <w:marLeft w:val="0"/>
      <w:marRight w:val="0"/>
      <w:marTop w:val="0"/>
      <w:marBottom w:val="0"/>
      <w:divBdr>
        <w:top w:val="none" w:sz="0" w:space="0" w:color="auto"/>
        <w:left w:val="none" w:sz="0" w:space="0" w:color="auto"/>
        <w:bottom w:val="none" w:sz="0" w:space="0" w:color="auto"/>
        <w:right w:val="none" w:sz="0" w:space="0" w:color="auto"/>
      </w:divBdr>
    </w:div>
    <w:div w:id="1603875433">
      <w:bodyDiv w:val="1"/>
      <w:marLeft w:val="0"/>
      <w:marRight w:val="0"/>
      <w:marTop w:val="0"/>
      <w:marBottom w:val="0"/>
      <w:divBdr>
        <w:top w:val="none" w:sz="0" w:space="0" w:color="auto"/>
        <w:left w:val="none" w:sz="0" w:space="0" w:color="auto"/>
        <w:bottom w:val="none" w:sz="0" w:space="0" w:color="auto"/>
        <w:right w:val="none" w:sz="0" w:space="0" w:color="auto"/>
      </w:divBdr>
    </w:div>
    <w:div w:id="1695109191">
      <w:bodyDiv w:val="1"/>
      <w:marLeft w:val="0"/>
      <w:marRight w:val="0"/>
      <w:marTop w:val="0"/>
      <w:marBottom w:val="0"/>
      <w:divBdr>
        <w:top w:val="none" w:sz="0" w:space="0" w:color="auto"/>
        <w:left w:val="none" w:sz="0" w:space="0" w:color="auto"/>
        <w:bottom w:val="none" w:sz="0" w:space="0" w:color="auto"/>
        <w:right w:val="none" w:sz="0" w:space="0" w:color="auto"/>
      </w:divBdr>
      <w:divsChild>
        <w:div w:id="225844472">
          <w:marLeft w:val="0"/>
          <w:marRight w:val="0"/>
          <w:marTop w:val="0"/>
          <w:marBottom w:val="0"/>
          <w:divBdr>
            <w:top w:val="none" w:sz="0" w:space="0" w:color="auto"/>
            <w:left w:val="none" w:sz="0" w:space="0" w:color="auto"/>
            <w:bottom w:val="none" w:sz="0" w:space="0" w:color="auto"/>
            <w:right w:val="none" w:sz="0" w:space="0" w:color="auto"/>
          </w:divBdr>
          <w:divsChild>
            <w:div w:id="205603974">
              <w:marLeft w:val="0"/>
              <w:marRight w:val="0"/>
              <w:marTop w:val="0"/>
              <w:marBottom w:val="0"/>
              <w:divBdr>
                <w:top w:val="none" w:sz="0" w:space="0" w:color="auto"/>
                <w:left w:val="none" w:sz="0" w:space="0" w:color="auto"/>
                <w:bottom w:val="none" w:sz="0" w:space="0" w:color="auto"/>
                <w:right w:val="none" w:sz="0" w:space="0" w:color="auto"/>
              </w:divBdr>
            </w:div>
            <w:div w:id="1920020117">
              <w:marLeft w:val="0"/>
              <w:marRight w:val="0"/>
              <w:marTop w:val="0"/>
              <w:marBottom w:val="0"/>
              <w:divBdr>
                <w:top w:val="none" w:sz="0" w:space="0" w:color="auto"/>
                <w:left w:val="none" w:sz="0" w:space="0" w:color="auto"/>
                <w:bottom w:val="none" w:sz="0" w:space="0" w:color="auto"/>
                <w:right w:val="none" w:sz="0" w:space="0" w:color="auto"/>
              </w:divBdr>
              <w:divsChild>
                <w:div w:id="568613704">
                  <w:marLeft w:val="0"/>
                  <w:marRight w:val="0"/>
                  <w:marTop w:val="0"/>
                  <w:marBottom w:val="0"/>
                  <w:divBdr>
                    <w:top w:val="none" w:sz="0" w:space="0" w:color="auto"/>
                    <w:left w:val="none" w:sz="0" w:space="0" w:color="auto"/>
                    <w:bottom w:val="none" w:sz="0" w:space="0" w:color="auto"/>
                    <w:right w:val="none" w:sz="0" w:space="0" w:color="auto"/>
                  </w:divBdr>
                  <w:divsChild>
                    <w:div w:id="153303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720630">
      <w:bodyDiv w:val="1"/>
      <w:marLeft w:val="0"/>
      <w:marRight w:val="0"/>
      <w:marTop w:val="0"/>
      <w:marBottom w:val="0"/>
      <w:divBdr>
        <w:top w:val="none" w:sz="0" w:space="0" w:color="auto"/>
        <w:left w:val="none" w:sz="0" w:space="0" w:color="auto"/>
        <w:bottom w:val="none" w:sz="0" w:space="0" w:color="auto"/>
        <w:right w:val="none" w:sz="0" w:space="0" w:color="auto"/>
      </w:divBdr>
      <w:divsChild>
        <w:div w:id="854416600">
          <w:marLeft w:val="0"/>
          <w:marRight w:val="0"/>
          <w:marTop w:val="0"/>
          <w:marBottom w:val="0"/>
          <w:divBdr>
            <w:top w:val="none" w:sz="0" w:space="0" w:color="auto"/>
            <w:left w:val="none" w:sz="0" w:space="0" w:color="auto"/>
            <w:bottom w:val="none" w:sz="0" w:space="0" w:color="auto"/>
            <w:right w:val="none" w:sz="0" w:space="0" w:color="auto"/>
          </w:divBdr>
          <w:divsChild>
            <w:div w:id="1960213771">
              <w:marLeft w:val="0"/>
              <w:marRight w:val="0"/>
              <w:marTop w:val="0"/>
              <w:marBottom w:val="0"/>
              <w:divBdr>
                <w:top w:val="none" w:sz="0" w:space="0" w:color="auto"/>
                <w:left w:val="none" w:sz="0" w:space="0" w:color="auto"/>
                <w:bottom w:val="none" w:sz="0" w:space="0" w:color="auto"/>
                <w:right w:val="none" w:sz="0" w:space="0" w:color="auto"/>
              </w:divBdr>
              <w:divsChild>
                <w:div w:id="55982944">
                  <w:marLeft w:val="0"/>
                  <w:marRight w:val="0"/>
                  <w:marTop w:val="0"/>
                  <w:marBottom w:val="0"/>
                  <w:divBdr>
                    <w:top w:val="none" w:sz="0" w:space="0" w:color="auto"/>
                    <w:left w:val="none" w:sz="0" w:space="0" w:color="auto"/>
                    <w:bottom w:val="none" w:sz="0" w:space="0" w:color="auto"/>
                    <w:right w:val="none" w:sz="0" w:space="0" w:color="auto"/>
                  </w:divBdr>
                  <w:divsChild>
                    <w:div w:id="21045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93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109614">
      <w:bodyDiv w:val="1"/>
      <w:marLeft w:val="0"/>
      <w:marRight w:val="0"/>
      <w:marTop w:val="0"/>
      <w:marBottom w:val="0"/>
      <w:divBdr>
        <w:top w:val="none" w:sz="0" w:space="0" w:color="auto"/>
        <w:left w:val="none" w:sz="0" w:space="0" w:color="auto"/>
        <w:bottom w:val="none" w:sz="0" w:space="0" w:color="auto"/>
        <w:right w:val="none" w:sz="0" w:space="0" w:color="auto"/>
      </w:divBdr>
    </w:div>
    <w:div w:id="1947880647">
      <w:bodyDiv w:val="1"/>
      <w:marLeft w:val="0"/>
      <w:marRight w:val="0"/>
      <w:marTop w:val="0"/>
      <w:marBottom w:val="0"/>
      <w:divBdr>
        <w:top w:val="none" w:sz="0" w:space="0" w:color="auto"/>
        <w:left w:val="none" w:sz="0" w:space="0" w:color="auto"/>
        <w:bottom w:val="none" w:sz="0" w:space="0" w:color="auto"/>
        <w:right w:val="none" w:sz="0" w:space="0" w:color="auto"/>
      </w:divBdr>
    </w:div>
    <w:div w:id="2039500387">
      <w:bodyDiv w:val="1"/>
      <w:marLeft w:val="0"/>
      <w:marRight w:val="0"/>
      <w:marTop w:val="0"/>
      <w:marBottom w:val="0"/>
      <w:divBdr>
        <w:top w:val="none" w:sz="0" w:space="0" w:color="auto"/>
        <w:left w:val="none" w:sz="0" w:space="0" w:color="auto"/>
        <w:bottom w:val="none" w:sz="0" w:space="0" w:color="auto"/>
        <w:right w:val="none" w:sz="0" w:space="0" w:color="auto"/>
      </w:divBdr>
    </w:div>
    <w:div w:id="2064481720">
      <w:bodyDiv w:val="1"/>
      <w:marLeft w:val="0"/>
      <w:marRight w:val="0"/>
      <w:marTop w:val="0"/>
      <w:marBottom w:val="0"/>
      <w:divBdr>
        <w:top w:val="none" w:sz="0" w:space="0" w:color="auto"/>
        <w:left w:val="none" w:sz="0" w:space="0" w:color="auto"/>
        <w:bottom w:val="none" w:sz="0" w:space="0" w:color="auto"/>
        <w:right w:val="none" w:sz="0" w:space="0" w:color="auto"/>
      </w:divBdr>
      <w:divsChild>
        <w:div w:id="741683653">
          <w:marLeft w:val="0"/>
          <w:marRight w:val="0"/>
          <w:marTop w:val="0"/>
          <w:marBottom w:val="0"/>
          <w:divBdr>
            <w:top w:val="none" w:sz="0" w:space="0" w:color="auto"/>
            <w:left w:val="none" w:sz="0" w:space="0" w:color="auto"/>
            <w:bottom w:val="none" w:sz="0" w:space="0" w:color="auto"/>
            <w:right w:val="none" w:sz="0" w:space="0" w:color="auto"/>
          </w:divBdr>
          <w:divsChild>
            <w:div w:id="548957142">
              <w:marLeft w:val="0"/>
              <w:marRight w:val="0"/>
              <w:marTop w:val="0"/>
              <w:marBottom w:val="0"/>
              <w:divBdr>
                <w:top w:val="none" w:sz="0" w:space="0" w:color="auto"/>
                <w:left w:val="none" w:sz="0" w:space="0" w:color="auto"/>
                <w:bottom w:val="none" w:sz="0" w:space="0" w:color="auto"/>
                <w:right w:val="none" w:sz="0" w:space="0" w:color="auto"/>
              </w:divBdr>
            </w:div>
            <w:div w:id="1994602161">
              <w:marLeft w:val="0"/>
              <w:marRight w:val="0"/>
              <w:marTop w:val="0"/>
              <w:marBottom w:val="0"/>
              <w:divBdr>
                <w:top w:val="none" w:sz="0" w:space="0" w:color="auto"/>
                <w:left w:val="none" w:sz="0" w:space="0" w:color="auto"/>
                <w:bottom w:val="none" w:sz="0" w:space="0" w:color="auto"/>
                <w:right w:val="none" w:sz="0" w:space="0" w:color="auto"/>
              </w:divBdr>
              <w:divsChild>
                <w:div w:id="1695570296">
                  <w:marLeft w:val="0"/>
                  <w:marRight w:val="0"/>
                  <w:marTop w:val="0"/>
                  <w:marBottom w:val="0"/>
                  <w:divBdr>
                    <w:top w:val="none" w:sz="0" w:space="0" w:color="auto"/>
                    <w:left w:val="none" w:sz="0" w:space="0" w:color="auto"/>
                    <w:bottom w:val="none" w:sz="0" w:space="0" w:color="auto"/>
                    <w:right w:val="none" w:sz="0" w:space="0" w:color="auto"/>
                  </w:divBdr>
                  <w:divsChild>
                    <w:div w:id="16483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924275">
      <w:bodyDiv w:val="1"/>
      <w:marLeft w:val="0"/>
      <w:marRight w:val="0"/>
      <w:marTop w:val="0"/>
      <w:marBottom w:val="0"/>
      <w:divBdr>
        <w:top w:val="none" w:sz="0" w:space="0" w:color="auto"/>
        <w:left w:val="none" w:sz="0" w:space="0" w:color="auto"/>
        <w:bottom w:val="none" w:sz="0" w:space="0" w:color="auto"/>
        <w:right w:val="none" w:sz="0" w:space="0" w:color="auto"/>
      </w:divBdr>
    </w:div>
    <w:div w:id="21444973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fontTable" Target="fontTable.xml"/><Relationship Id="rId8" Type="http://schemas.openxmlformats.org/officeDocument/2006/relationships/image" Target="media/image3.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1320</Words>
  <Characters>7526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Nooruldeen Al Sammarraie</cp:lastModifiedBy>
  <cp:revision>1</cp:revision>
  <dcterms:created xsi:type="dcterms:W3CDTF">2025-01-23T05:33:00Z</dcterms:created>
  <dcterms:modified xsi:type="dcterms:W3CDTF">2025-01-23T05:57:00Z</dcterms:modified>
  <cp:category/>
</cp:coreProperties>
</file>