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E7EF0E" w14:textId="77777777" w:rsidR="003F034E" w:rsidRPr="007D18F1" w:rsidRDefault="003F034E" w:rsidP="003F034E">
      <w:pPr>
        <w:pStyle w:val="Title"/>
      </w:pPr>
      <w:r w:rsidRPr="007D18F1">
        <w:t>Immigration Database Project – Semester 2</w:t>
      </w:r>
    </w:p>
    <w:p w14:paraId="1ECABECF" w14:textId="77777777" w:rsidR="003F034E" w:rsidRPr="007D18F1" w:rsidRDefault="003F034E" w:rsidP="003F034E">
      <w:pPr>
        <w:rPr>
          <w:rStyle w:val="Emphasis"/>
        </w:rPr>
      </w:pPr>
      <w:r w:rsidRPr="007D18F1">
        <w:rPr>
          <w:rStyle w:val="Emphasis"/>
        </w:rPr>
        <w:t>Student: Al Sammarraie Nooruldeen Sameer Fawzi</w:t>
      </w:r>
      <w:r w:rsidRPr="007D18F1">
        <w:rPr>
          <w:rStyle w:val="Emphasis"/>
        </w:rPr>
        <w:br/>
        <w:t>Group: 1074</w:t>
      </w:r>
    </w:p>
    <w:p w14:paraId="6306D30E" w14:textId="77777777" w:rsidR="003F034E" w:rsidRPr="007D18F1" w:rsidRDefault="003F034E" w:rsidP="003F034E">
      <w:pPr>
        <w:pStyle w:val="Heading2"/>
      </w:pPr>
      <w:r w:rsidRPr="007D18F1">
        <w:t>Table of Contents</w:t>
      </w:r>
    </w:p>
    <w:p w14:paraId="17DBA158" w14:textId="77777777" w:rsidR="003F034E" w:rsidRPr="007D18F1" w:rsidRDefault="003F034E" w:rsidP="003F034E">
      <w:r w:rsidRPr="007D18F1">
        <w:t>Introduction</w:t>
      </w:r>
    </w:p>
    <w:p w14:paraId="5FC97DF7" w14:textId="77777777" w:rsidR="003F034E" w:rsidRPr="007D18F1" w:rsidRDefault="003F034E" w:rsidP="003F034E">
      <w:r w:rsidRPr="007D18F1">
        <w:t>Conceptual Schema</w:t>
      </w:r>
      <w:r w:rsidRPr="007D18F1">
        <w:br/>
        <w:t>2.1. Semester 1 Schema</w:t>
      </w:r>
      <w:r w:rsidRPr="007D18F1">
        <w:br/>
        <w:t>2.2. Semester 2 Schema</w:t>
      </w:r>
    </w:p>
    <w:p w14:paraId="4FF25422" w14:textId="31DB0F9D" w:rsidR="003F034E" w:rsidRPr="007D18F1" w:rsidRDefault="003F034E" w:rsidP="00240D8F">
      <w:r w:rsidRPr="007D18F1">
        <w:t>Implementation</w:t>
      </w:r>
      <w:r w:rsidR="00240D8F">
        <w:t xml:space="preserve"> and  problems </w:t>
      </w:r>
    </w:p>
    <w:p w14:paraId="1E92694E" w14:textId="4FCDA659" w:rsidR="003F034E" w:rsidRPr="007D18F1" w:rsidRDefault="003F034E" w:rsidP="00240D8F">
      <w:r w:rsidRPr="007D18F1">
        <w:t>Conclusion</w:t>
      </w:r>
    </w:p>
    <w:p w14:paraId="71DE9DB7" w14:textId="77777777" w:rsidR="003F034E" w:rsidRPr="007D18F1" w:rsidRDefault="003F034E" w:rsidP="003F034E">
      <w:pPr>
        <w:pStyle w:val="Heading2"/>
      </w:pPr>
      <w:r w:rsidRPr="007D18F1">
        <w:t>Introduction</w:t>
      </w:r>
    </w:p>
    <w:p w14:paraId="04556128" w14:textId="77777777" w:rsidR="003F034E" w:rsidRPr="007D18F1" w:rsidRDefault="003F034E" w:rsidP="003F034E">
      <w:r w:rsidRPr="007D18F1">
        <w:t>This project involves the design and implementation of an Oracle database for an immigration management system. In Semester 1, the focus was on developing the conceptual schema, defining the primary entities (such as immigrants and visa applications) and their relationships. Semester 2 builds on this foundation by refining the schema (adding new tables and columns) and implementing advanced database functionality using PL/SQL. The PL/SQL components include stored procedures, functions, packages, triggers for business rules and auditing, as well as various programming constructs (loops, conditional logic, cursors, collections, and exception handling). The goal is to demonstrate a robust solution that manages immigration data and ensures data integrity, auditability, and maintainability. The following report presents the final schema design (both original and enhanced versions) and 30 PL/SQL code blocks with problem statements, fulfilling the project requirements for complexity and scope.</w:t>
      </w:r>
    </w:p>
    <w:p w14:paraId="5A7CEFC1" w14:textId="77777777" w:rsidR="003F034E" w:rsidRPr="007D18F1" w:rsidRDefault="003F034E" w:rsidP="003F034E">
      <w:pPr>
        <w:pStyle w:val="Heading2"/>
      </w:pPr>
      <w:r w:rsidRPr="007D18F1">
        <w:t>Conceptual Schema</w:t>
      </w:r>
    </w:p>
    <w:p w14:paraId="0606B01C" w14:textId="77777777" w:rsidR="003F034E" w:rsidRPr="007D18F1" w:rsidRDefault="003F034E" w:rsidP="003F034E">
      <w:pPr>
        <w:pStyle w:val="Heading3"/>
      </w:pPr>
      <w:r w:rsidRPr="007D18F1">
        <w:t>Semester 1 Schema</w:t>
      </w:r>
    </w:p>
    <w:p w14:paraId="499ED25A" w14:textId="77777777" w:rsidR="003F034E" w:rsidRPr="007D18F1" w:rsidRDefault="003F034E" w:rsidP="003F034E">
      <w:r w:rsidRPr="007D18F1">
        <w:t>In Semester 1, the database schema was designed to capture core information about immigrants and their visa applications. The primary entities and relationships were identified as follows:</w:t>
      </w:r>
    </w:p>
    <w:p w14:paraId="0CE60EDE" w14:textId="77777777" w:rsidR="003F034E" w:rsidRDefault="003F034E" w:rsidP="003F034E">
      <w:pPr>
        <w:rPr>
          <w:rStyle w:val="Heading3Char"/>
        </w:rPr>
      </w:pPr>
      <w:r>
        <w:rPr>
          <w:noProof/>
        </w:rPr>
        <w:lastRenderedPageBreak/>
        <w:drawing>
          <wp:inline distT="0" distB="0" distL="0" distR="0" wp14:anchorId="6661DE93" wp14:editId="7331691D">
            <wp:extent cx="5478145" cy="2433320"/>
            <wp:effectExtent l="0" t="0" r="8255" b="5080"/>
            <wp:docPr id="1359664998"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9664998" name="Picture 1" descr="A screenshot of a computer&#10;&#10;AI-generated content may be incorrect."/>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478145" cy="2433320"/>
                    </a:xfrm>
                    <a:prstGeom prst="rect">
                      <a:avLst/>
                    </a:prstGeom>
                    <a:noFill/>
                    <a:ln>
                      <a:noFill/>
                    </a:ln>
                  </pic:spPr>
                </pic:pic>
              </a:graphicData>
            </a:graphic>
          </wp:inline>
        </w:drawing>
      </w:r>
    </w:p>
    <w:p w14:paraId="70D50CC6" w14:textId="77777777" w:rsidR="003F034E" w:rsidRPr="007D18F1" w:rsidRDefault="003F034E" w:rsidP="003F034E">
      <w:pPr>
        <w:pStyle w:val="Heading3"/>
      </w:pPr>
      <w:r w:rsidRPr="007D18F1">
        <w:rPr>
          <w:rStyle w:val="Heading3Char"/>
        </w:rPr>
        <w:t>Semester 2 Schema</w:t>
      </w:r>
    </w:p>
    <w:p w14:paraId="3857F5A0" w14:textId="77777777" w:rsidR="003F034E" w:rsidRDefault="003F034E" w:rsidP="003F034E">
      <w:r w:rsidRPr="007D18F1">
        <w:t>In Semester 2, the schema was enhanced to improve data normalization and to support new requirements (such as auditing changes)</w:t>
      </w:r>
      <w:r>
        <w:t>:</w:t>
      </w:r>
    </w:p>
    <w:p w14:paraId="2176D1F8" w14:textId="5AD8E81E" w:rsidR="003F034E" w:rsidRDefault="00817459" w:rsidP="003F034E">
      <w:r w:rsidRPr="00817459">
        <w:drawing>
          <wp:inline distT="0" distB="0" distL="0" distR="0" wp14:anchorId="4E4DBD36" wp14:editId="34FF8566">
            <wp:extent cx="5486400" cy="4324985"/>
            <wp:effectExtent l="0" t="0" r="0" b="0"/>
            <wp:docPr id="17996378"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96378" name="Picture 1" descr="A screenshot of a computer&#10;&#10;AI-generated content may be incorrect."/>
                    <pic:cNvPicPr/>
                  </pic:nvPicPr>
                  <pic:blipFill>
                    <a:blip r:embed="rId7"/>
                    <a:stretch>
                      <a:fillRect/>
                    </a:stretch>
                  </pic:blipFill>
                  <pic:spPr>
                    <a:xfrm>
                      <a:off x="0" y="0"/>
                      <a:ext cx="5486400" cy="4324985"/>
                    </a:xfrm>
                    <a:prstGeom prst="rect">
                      <a:avLst/>
                    </a:prstGeom>
                  </pic:spPr>
                </pic:pic>
              </a:graphicData>
            </a:graphic>
          </wp:inline>
        </w:drawing>
      </w:r>
    </w:p>
    <w:p w14:paraId="4D4A9C9C" w14:textId="1EAECADF" w:rsidR="007430E6" w:rsidRDefault="00000000" w:rsidP="00240D8F">
      <w:pPr>
        <w:pStyle w:val="Heading1"/>
      </w:pPr>
      <w:r>
        <w:lastRenderedPageBreak/>
        <w:t xml:space="preserve">3. </w:t>
      </w:r>
      <w:r w:rsidR="00240D8F">
        <w:t xml:space="preserve">Implementations and problems </w:t>
      </w:r>
    </w:p>
    <w:p w14:paraId="4266E4B6" w14:textId="68E5C72D" w:rsidR="007430E6" w:rsidRPr="00067D79" w:rsidRDefault="004D4D93" w:rsidP="002C292E">
      <w:pPr>
        <w:pStyle w:val="IntenseQuote"/>
        <w:rPr>
          <w:rStyle w:val="Strong"/>
        </w:rPr>
      </w:pPr>
      <w:r>
        <w:rPr>
          <w:rStyle w:val="Strong"/>
        </w:rPr>
        <w:t xml:space="preserve">1. </w:t>
      </w:r>
      <w:r w:rsidR="00000000" w:rsidRPr="00067D79">
        <w:rPr>
          <w:rStyle w:val="Strong"/>
        </w:rPr>
        <w:t>Problem: Create the VISA_TYPES table</w:t>
      </w:r>
    </w:p>
    <w:p w14:paraId="3B1F05F9" w14:textId="77777777" w:rsidR="00067D79" w:rsidRDefault="00000000">
      <w:pPr>
        <w:rPr>
          <w:rFonts w:ascii="Courier New" w:hAnsi="Courier New"/>
          <w:sz w:val="20"/>
        </w:rPr>
      </w:pPr>
      <w:r>
        <w:rPr>
          <w:rFonts w:ascii="Courier New" w:hAnsi="Courier New"/>
          <w:sz w:val="20"/>
        </w:rPr>
        <w:t>CREATE TABLE VISA_TYPES (</w:t>
      </w:r>
      <w:r>
        <w:rPr>
          <w:rFonts w:ascii="Courier New" w:hAnsi="Courier New"/>
          <w:sz w:val="20"/>
        </w:rPr>
        <w:br/>
        <w:t xml:space="preserve">  VISA_TYPE_ID   NUMBER PRIMARY KEY,</w:t>
      </w:r>
      <w:r>
        <w:rPr>
          <w:rFonts w:ascii="Courier New" w:hAnsi="Courier New"/>
          <w:sz w:val="20"/>
        </w:rPr>
        <w:br/>
        <w:t xml:space="preserve">  TYPE_NAME      VARCHAR2(50) NOT NULL,</w:t>
      </w:r>
      <w:r>
        <w:rPr>
          <w:rFonts w:ascii="Courier New" w:hAnsi="Courier New"/>
          <w:sz w:val="20"/>
        </w:rPr>
        <w:br/>
        <w:t xml:space="preserve">  DURATION_MONTHS NUMBER(3)</w:t>
      </w:r>
      <w:r>
        <w:rPr>
          <w:rFonts w:ascii="Courier New" w:hAnsi="Courier New"/>
          <w:sz w:val="20"/>
        </w:rPr>
        <w:br/>
        <w:t>);</w:t>
      </w:r>
    </w:p>
    <w:p w14:paraId="0061045F" w14:textId="303500B1" w:rsidR="007430E6" w:rsidRDefault="00067D79" w:rsidP="002C292E">
      <w:pPr>
        <w:pStyle w:val="IntenseQuote"/>
      </w:pPr>
      <w:r w:rsidRPr="007D18F1">
        <w:drawing>
          <wp:inline distT="0" distB="0" distL="0" distR="0" wp14:anchorId="7C685AF7" wp14:editId="4A76BFAC">
            <wp:extent cx="2905530" cy="876422"/>
            <wp:effectExtent l="0" t="0" r="9525" b="0"/>
            <wp:docPr id="2038391475" name="Picture 1" descr="A black text on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8391475" name="Picture 1" descr="A black text on a white background&#10;&#10;AI-generated content may be incorrect."/>
                    <pic:cNvPicPr/>
                  </pic:nvPicPr>
                  <pic:blipFill>
                    <a:blip r:embed="rId8"/>
                    <a:stretch>
                      <a:fillRect/>
                    </a:stretch>
                  </pic:blipFill>
                  <pic:spPr>
                    <a:xfrm>
                      <a:off x="0" y="0"/>
                      <a:ext cx="2905530" cy="876422"/>
                    </a:xfrm>
                    <a:prstGeom prst="rect">
                      <a:avLst/>
                    </a:prstGeom>
                  </pic:spPr>
                </pic:pic>
              </a:graphicData>
            </a:graphic>
          </wp:inline>
        </w:drawing>
      </w:r>
      <w:r w:rsidR="00000000">
        <w:rPr>
          <w:rFonts w:ascii="Courier New" w:hAnsi="Courier New"/>
          <w:sz w:val="20"/>
        </w:rPr>
        <w:br/>
      </w:r>
    </w:p>
    <w:p w14:paraId="71636CF0" w14:textId="481B23AA" w:rsidR="004D4D93" w:rsidRPr="004D4D93" w:rsidRDefault="004D4D93" w:rsidP="002C292E">
      <w:pPr>
        <w:pStyle w:val="IntenseQuote"/>
      </w:pPr>
      <w:r>
        <w:t xml:space="preserve">2. </w:t>
      </w:r>
      <w:r w:rsidRPr="004D4D93">
        <w:t xml:space="preserve">Drop &amp; recreate a backup of </w:t>
      </w:r>
      <w:proofErr w:type="spellStart"/>
      <w:r w:rsidRPr="004D4D93">
        <w:t>applicationsN</w:t>
      </w:r>
      <w:proofErr w:type="spellEnd"/>
    </w:p>
    <w:p w14:paraId="0E573677" w14:textId="77777777" w:rsidR="004D4D93" w:rsidRPr="004D4D93" w:rsidRDefault="004D4D93" w:rsidP="002C292E">
      <w:pPr>
        <w:pStyle w:val="IntenseQuote"/>
      </w:pPr>
      <w:r w:rsidRPr="004D4D93">
        <w:t>Problem:</w:t>
      </w:r>
      <w:r w:rsidRPr="004D4D93">
        <w:br/>
        <w:t xml:space="preserve">Write a PL/SQL block that drops a table called </w:t>
      </w:r>
      <w:proofErr w:type="spellStart"/>
      <w:r w:rsidRPr="004D4D93">
        <w:t>applicationsN_Backup</w:t>
      </w:r>
      <w:proofErr w:type="spellEnd"/>
      <w:r w:rsidRPr="004D4D93">
        <w:t xml:space="preserve"> if it exists (suppressing “table does not exist”) and then creates it as a copy of </w:t>
      </w:r>
      <w:proofErr w:type="spellStart"/>
      <w:r w:rsidRPr="004D4D93">
        <w:t>applicationsN</w:t>
      </w:r>
      <w:proofErr w:type="spellEnd"/>
      <w:r w:rsidRPr="004D4D93">
        <w:t>.</w:t>
      </w:r>
    </w:p>
    <w:p w14:paraId="3FFF1E6A" w14:textId="77777777" w:rsidR="00CD4559" w:rsidRPr="00CD4559" w:rsidRDefault="00CD4559" w:rsidP="00CD4559">
      <w:r w:rsidRPr="00CD4559">
        <w:t>BEGIN</w:t>
      </w:r>
    </w:p>
    <w:p w14:paraId="393EA472" w14:textId="77777777" w:rsidR="00CD4559" w:rsidRPr="00CD4559" w:rsidRDefault="00CD4559" w:rsidP="00CD4559">
      <w:r w:rsidRPr="00CD4559">
        <w:t xml:space="preserve">  BEGIN</w:t>
      </w:r>
    </w:p>
    <w:p w14:paraId="33377E62" w14:textId="77777777" w:rsidR="00CD4559" w:rsidRPr="00CD4559" w:rsidRDefault="00CD4559" w:rsidP="00CD4559">
      <w:r w:rsidRPr="00CD4559">
        <w:t xml:space="preserve">    EXECUTE IMMEDIATE 'DROP TABLE </w:t>
      </w:r>
      <w:proofErr w:type="spellStart"/>
      <w:r w:rsidRPr="00CD4559">
        <w:t>applicationsN_Backup</w:t>
      </w:r>
      <w:proofErr w:type="spellEnd"/>
      <w:r w:rsidRPr="00CD4559">
        <w:t xml:space="preserve"> CASCADE CONSTRAINTS';</w:t>
      </w:r>
    </w:p>
    <w:p w14:paraId="72F84EB0" w14:textId="77777777" w:rsidR="00CD4559" w:rsidRPr="00CD4559" w:rsidRDefault="00CD4559" w:rsidP="00CD4559">
      <w:r w:rsidRPr="00CD4559">
        <w:t xml:space="preserve">  EXCEPTION</w:t>
      </w:r>
    </w:p>
    <w:p w14:paraId="3AEFB504" w14:textId="77777777" w:rsidR="00CD4559" w:rsidRPr="00CD4559" w:rsidRDefault="00CD4559" w:rsidP="00CD4559">
      <w:r w:rsidRPr="00CD4559">
        <w:t xml:space="preserve">    WHEN OTHERS THEN</w:t>
      </w:r>
    </w:p>
    <w:p w14:paraId="190036B1" w14:textId="77777777" w:rsidR="00CD4559" w:rsidRPr="00CD4559" w:rsidRDefault="00CD4559" w:rsidP="00CD4559">
      <w:r w:rsidRPr="00CD4559">
        <w:t xml:space="preserve">      IF SQLCODE != -942 THEN  -- ORA-00942: table or view does not exist</w:t>
      </w:r>
    </w:p>
    <w:p w14:paraId="383EEEC8" w14:textId="77777777" w:rsidR="00CD4559" w:rsidRPr="00CD4559" w:rsidRDefault="00CD4559" w:rsidP="00CD4559">
      <w:r w:rsidRPr="00CD4559">
        <w:t xml:space="preserve">        RAISE;</w:t>
      </w:r>
    </w:p>
    <w:p w14:paraId="615B3743" w14:textId="77777777" w:rsidR="00CD4559" w:rsidRPr="00CD4559" w:rsidRDefault="00CD4559" w:rsidP="00CD4559">
      <w:r w:rsidRPr="00CD4559">
        <w:t xml:space="preserve">      END IF;</w:t>
      </w:r>
    </w:p>
    <w:p w14:paraId="0363DF8F" w14:textId="77777777" w:rsidR="00CD4559" w:rsidRPr="00CD4559" w:rsidRDefault="00CD4559" w:rsidP="00CD4559">
      <w:r w:rsidRPr="00CD4559">
        <w:t xml:space="preserve">  END;</w:t>
      </w:r>
    </w:p>
    <w:p w14:paraId="298418BD" w14:textId="77777777" w:rsidR="00CD4559" w:rsidRPr="00CD4559" w:rsidRDefault="00CD4559" w:rsidP="00CD4559"/>
    <w:p w14:paraId="4BB5CF72" w14:textId="77777777" w:rsidR="00CD4559" w:rsidRPr="00CD4559" w:rsidRDefault="00CD4559" w:rsidP="00CD4559"/>
    <w:p w14:paraId="18E41884" w14:textId="77777777" w:rsidR="00CD4559" w:rsidRPr="00CD4559" w:rsidRDefault="00CD4559" w:rsidP="00CD4559">
      <w:r w:rsidRPr="00CD4559">
        <w:t xml:space="preserve">  EXECUTE IMMEDIATE 'CREATE TABLE </w:t>
      </w:r>
      <w:proofErr w:type="spellStart"/>
      <w:r w:rsidRPr="00CD4559">
        <w:t>applicationsN_Backup</w:t>
      </w:r>
      <w:proofErr w:type="spellEnd"/>
      <w:r w:rsidRPr="00CD4559">
        <w:t xml:space="preserve"> AS SELECT * FROM </w:t>
      </w:r>
      <w:proofErr w:type="spellStart"/>
      <w:r w:rsidRPr="00CD4559">
        <w:t>applicationsN</w:t>
      </w:r>
      <w:proofErr w:type="spellEnd"/>
      <w:r w:rsidRPr="00CD4559">
        <w:t>';</w:t>
      </w:r>
    </w:p>
    <w:p w14:paraId="018D3A1A" w14:textId="77777777" w:rsidR="00CD4559" w:rsidRPr="00CD4559" w:rsidRDefault="00CD4559" w:rsidP="00CD4559">
      <w:r w:rsidRPr="00CD4559">
        <w:lastRenderedPageBreak/>
        <w:t>END;</w:t>
      </w:r>
    </w:p>
    <w:p w14:paraId="21FAA920" w14:textId="77777777" w:rsidR="00CD4559" w:rsidRPr="00CD4559" w:rsidRDefault="00CD4559" w:rsidP="00CD4559">
      <w:r w:rsidRPr="00CD4559">
        <w:t>/</w:t>
      </w:r>
    </w:p>
    <w:p w14:paraId="2836F483" w14:textId="77777777" w:rsidR="00CD4559" w:rsidRPr="00CD4559" w:rsidRDefault="00CD4559" w:rsidP="00CD4559"/>
    <w:p w14:paraId="4503B115" w14:textId="5F4F1A4B" w:rsidR="007430E6" w:rsidRDefault="00CD4559" w:rsidP="00CD4559">
      <w:r w:rsidRPr="00CD4559">
        <w:t xml:space="preserve">SELECT * FROM </w:t>
      </w:r>
      <w:proofErr w:type="spellStart"/>
      <w:r w:rsidRPr="00CD4559">
        <w:t>applicationsN_Backup</w:t>
      </w:r>
      <w:proofErr w:type="spellEnd"/>
      <w:r w:rsidRPr="00CD4559">
        <w:t xml:space="preserve"> WHERE ROWNUM &lt;= 5;</w:t>
      </w:r>
      <w:r w:rsidR="004D4D93" w:rsidRPr="004D4D93">
        <w:drawing>
          <wp:inline distT="0" distB="0" distL="0" distR="0" wp14:anchorId="19DA1A5A" wp14:editId="1CAE60BE">
            <wp:extent cx="5486400" cy="1623060"/>
            <wp:effectExtent l="0" t="0" r="0" b="0"/>
            <wp:docPr id="1528615912"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8615912" name="Picture 1" descr="A screenshot of a computer&#10;&#10;AI-generated content may be incorrect."/>
                    <pic:cNvPicPr/>
                  </pic:nvPicPr>
                  <pic:blipFill>
                    <a:blip r:embed="rId9"/>
                    <a:stretch>
                      <a:fillRect/>
                    </a:stretch>
                  </pic:blipFill>
                  <pic:spPr>
                    <a:xfrm>
                      <a:off x="0" y="0"/>
                      <a:ext cx="5486400" cy="1623060"/>
                    </a:xfrm>
                    <a:prstGeom prst="rect">
                      <a:avLst/>
                    </a:prstGeom>
                  </pic:spPr>
                </pic:pic>
              </a:graphicData>
            </a:graphic>
          </wp:inline>
        </w:drawing>
      </w:r>
    </w:p>
    <w:p w14:paraId="4FD89122" w14:textId="6DD464A1" w:rsidR="004D4D93" w:rsidRPr="004D4D93" w:rsidRDefault="004D4D93" w:rsidP="002C292E">
      <w:pPr>
        <w:pStyle w:val="IntenseQuote"/>
      </w:pPr>
      <w:r>
        <w:t>3</w:t>
      </w:r>
      <w:r w:rsidRPr="004D4D93">
        <w:t xml:space="preserve">. Count rows in </w:t>
      </w:r>
      <w:proofErr w:type="spellStart"/>
      <w:r w:rsidRPr="004D4D93">
        <w:t>applicationsN_Backup</w:t>
      </w:r>
      <w:proofErr w:type="spellEnd"/>
      <w:r w:rsidRPr="004D4D93">
        <w:t xml:space="preserve"> via dynamic SQL</w:t>
      </w:r>
    </w:p>
    <w:p w14:paraId="42449BE5" w14:textId="10824E5F" w:rsidR="004D4D93" w:rsidRPr="004D4D93" w:rsidRDefault="004D4D93" w:rsidP="002C292E">
      <w:pPr>
        <w:pStyle w:val="IntenseQuote"/>
      </w:pPr>
      <w:r w:rsidRPr="004D4D93">
        <w:t>Problem:</w:t>
      </w:r>
      <w:r w:rsidRPr="004D4D93">
        <w:br/>
        <w:t xml:space="preserve">Write a PL/SQL block that uses EXECUTE IMMEDIATE to count the number of rows in </w:t>
      </w:r>
      <w:proofErr w:type="spellStart"/>
      <w:r w:rsidRPr="004D4D93">
        <w:t>applicationsN_Backup</w:t>
      </w:r>
      <w:proofErr w:type="spellEnd"/>
      <w:r w:rsidRPr="004D4D93">
        <w:t xml:space="preserve"> and prints the result.</w:t>
      </w:r>
      <w:r w:rsidR="002C292E">
        <w:t>`</w:t>
      </w:r>
    </w:p>
    <w:p w14:paraId="0AF6DA5E" w14:textId="031274A2" w:rsidR="004D4D93" w:rsidRDefault="004D4D93" w:rsidP="004D4D93">
      <w:r>
        <w:t xml:space="preserve">count rows in </w:t>
      </w:r>
      <w:proofErr w:type="spellStart"/>
      <w:r>
        <w:t>applicationsN_Backup</w:t>
      </w:r>
      <w:proofErr w:type="spellEnd"/>
      <w:r>
        <w:t>.</w:t>
      </w:r>
    </w:p>
    <w:p w14:paraId="3B23ECB7" w14:textId="77777777" w:rsidR="004D4D93" w:rsidRDefault="004D4D93" w:rsidP="004D4D93">
      <w:r>
        <w:t>DECLARE</w:t>
      </w:r>
    </w:p>
    <w:p w14:paraId="6C3CF488" w14:textId="77777777" w:rsidR="004D4D93" w:rsidRDefault="004D4D93" w:rsidP="004D4D93">
      <w:r>
        <w:t xml:space="preserve">  </w:t>
      </w:r>
      <w:proofErr w:type="spellStart"/>
      <w:r>
        <w:t>v_count</w:t>
      </w:r>
      <w:proofErr w:type="spellEnd"/>
      <w:r>
        <w:t xml:space="preserve">  NUMBER;</w:t>
      </w:r>
    </w:p>
    <w:p w14:paraId="797DED41" w14:textId="77777777" w:rsidR="004D4D93" w:rsidRDefault="004D4D93" w:rsidP="004D4D93">
      <w:r>
        <w:t>BEGIN</w:t>
      </w:r>
    </w:p>
    <w:p w14:paraId="6F03CD86" w14:textId="77777777" w:rsidR="004D4D93" w:rsidRDefault="004D4D93" w:rsidP="004D4D93">
      <w:r>
        <w:t xml:space="preserve">  EXECUTE IMMEDIATE 'SELECT COUNT(*) FROM </w:t>
      </w:r>
      <w:proofErr w:type="spellStart"/>
      <w:r>
        <w:t>applicationsN_Backup</w:t>
      </w:r>
      <w:proofErr w:type="spellEnd"/>
      <w:r>
        <w:t xml:space="preserve">' </w:t>
      </w:r>
    </w:p>
    <w:p w14:paraId="7FF071B5" w14:textId="77777777" w:rsidR="004D4D93" w:rsidRDefault="004D4D93" w:rsidP="004D4D93">
      <w:r>
        <w:t xml:space="preserve">    INTO </w:t>
      </w:r>
      <w:proofErr w:type="spellStart"/>
      <w:r>
        <w:t>v_count</w:t>
      </w:r>
      <w:proofErr w:type="spellEnd"/>
      <w:r>
        <w:t>;</w:t>
      </w:r>
    </w:p>
    <w:p w14:paraId="4647197A" w14:textId="77777777" w:rsidR="004D4D93" w:rsidRDefault="004D4D93" w:rsidP="004D4D93">
      <w:r>
        <w:t xml:space="preserve">  DBMS_OUTPUT.PUT_LINE('</w:t>
      </w:r>
      <w:proofErr w:type="spellStart"/>
      <w:r>
        <w:t>applicationsN_Backup</w:t>
      </w:r>
      <w:proofErr w:type="spellEnd"/>
      <w:r>
        <w:t xml:space="preserve"> has ' || </w:t>
      </w:r>
      <w:proofErr w:type="spellStart"/>
      <w:r>
        <w:t>v_count</w:t>
      </w:r>
      <w:proofErr w:type="spellEnd"/>
      <w:r>
        <w:t xml:space="preserve"> || ' row(s).');</w:t>
      </w:r>
    </w:p>
    <w:p w14:paraId="30A92660" w14:textId="77777777" w:rsidR="004D4D93" w:rsidRDefault="004D4D93" w:rsidP="004D4D93">
      <w:r>
        <w:t>END;</w:t>
      </w:r>
    </w:p>
    <w:p w14:paraId="6AC0AAC6" w14:textId="208C85EB" w:rsidR="004D4D93" w:rsidRDefault="004D4D93" w:rsidP="00660810">
      <w:r>
        <w:t>/</w:t>
      </w:r>
    </w:p>
    <w:p w14:paraId="06200474" w14:textId="1504B88A" w:rsidR="004D4D93" w:rsidRDefault="004D4D93" w:rsidP="004D4D93">
      <w:r w:rsidRPr="004D4D93">
        <w:lastRenderedPageBreak/>
        <w:drawing>
          <wp:inline distT="0" distB="0" distL="0" distR="0" wp14:anchorId="71284D16" wp14:editId="67D98014">
            <wp:extent cx="5010849" cy="1629002"/>
            <wp:effectExtent l="0" t="0" r="0" b="9525"/>
            <wp:docPr id="831248145" name="Picture 1" descr="A close up of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1248145" name="Picture 1" descr="A close up of text&#10;&#10;AI-generated content may be incorrect."/>
                    <pic:cNvPicPr/>
                  </pic:nvPicPr>
                  <pic:blipFill>
                    <a:blip r:embed="rId10"/>
                    <a:stretch>
                      <a:fillRect/>
                    </a:stretch>
                  </pic:blipFill>
                  <pic:spPr>
                    <a:xfrm>
                      <a:off x="0" y="0"/>
                      <a:ext cx="5010849" cy="1629002"/>
                    </a:xfrm>
                    <a:prstGeom prst="rect">
                      <a:avLst/>
                    </a:prstGeom>
                  </pic:spPr>
                </pic:pic>
              </a:graphicData>
            </a:graphic>
          </wp:inline>
        </w:drawing>
      </w:r>
    </w:p>
    <w:p w14:paraId="1DF720DC" w14:textId="1EBE4A47" w:rsidR="004D4D93" w:rsidRPr="004D4D93" w:rsidRDefault="004D4D93" w:rsidP="002C292E">
      <w:pPr>
        <w:pStyle w:val="IntenseQuote"/>
      </w:pPr>
      <w:r>
        <w:t>4</w:t>
      </w:r>
      <w:r w:rsidRPr="004D4D93">
        <w:t>. Display total fees paid by a given client</w:t>
      </w:r>
    </w:p>
    <w:p w14:paraId="2CB446FA" w14:textId="77777777" w:rsidR="004D4D93" w:rsidRPr="004D4D93" w:rsidRDefault="004D4D93" w:rsidP="002C292E">
      <w:pPr>
        <w:pStyle w:val="IntenseQuote"/>
      </w:pPr>
      <w:r w:rsidRPr="004D4D93">
        <w:t>Problem:</w:t>
      </w:r>
      <w:r w:rsidRPr="004D4D93">
        <w:br/>
        <w:t xml:space="preserve">Using an implicit cursor (SELECT INTO), compute the total sum of fee (from </w:t>
      </w:r>
      <w:proofErr w:type="spellStart"/>
      <w:r w:rsidRPr="004D4D93">
        <w:t>servicesN</w:t>
      </w:r>
      <w:proofErr w:type="spellEnd"/>
      <w:r w:rsidRPr="004D4D93">
        <w:t xml:space="preserve">) for all applications submitted by </w:t>
      </w:r>
      <w:proofErr w:type="spellStart"/>
      <w:r w:rsidRPr="004D4D93">
        <w:t>client_id</w:t>
      </w:r>
      <w:proofErr w:type="spellEnd"/>
      <w:r w:rsidRPr="004D4D93">
        <w:t xml:space="preserve"> = 1001. Print that total.</w:t>
      </w:r>
    </w:p>
    <w:p w14:paraId="403C5A7A" w14:textId="77777777" w:rsidR="004D4D93" w:rsidRDefault="004D4D93" w:rsidP="004D4D93"/>
    <w:p w14:paraId="6667CE50" w14:textId="77777777" w:rsidR="004D4D93" w:rsidRDefault="004D4D93" w:rsidP="004D4D93">
      <w:r>
        <w:t>DECLARE</w:t>
      </w:r>
    </w:p>
    <w:p w14:paraId="3762C4A8" w14:textId="77777777" w:rsidR="004D4D93" w:rsidRDefault="004D4D93" w:rsidP="004D4D93">
      <w:r>
        <w:t xml:space="preserve">  </w:t>
      </w:r>
      <w:proofErr w:type="spellStart"/>
      <w:r>
        <w:t>v_total_fee</w:t>
      </w:r>
      <w:proofErr w:type="spellEnd"/>
      <w:r>
        <w:t xml:space="preserve">  NUMBER;</w:t>
      </w:r>
    </w:p>
    <w:p w14:paraId="631F2297" w14:textId="77777777" w:rsidR="004D4D93" w:rsidRDefault="004D4D93" w:rsidP="004D4D93">
      <w:r>
        <w:t>BEGIN</w:t>
      </w:r>
    </w:p>
    <w:p w14:paraId="3C7EF896" w14:textId="77777777" w:rsidR="004D4D93" w:rsidRDefault="004D4D93" w:rsidP="004D4D93">
      <w:r>
        <w:t xml:space="preserve">  SELECT NVL(SUM(</w:t>
      </w:r>
      <w:proofErr w:type="spellStart"/>
      <w:r>
        <w:t>s.fee</w:t>
      </w:r>
      <w:proofErr w:type="spellEnd"/>
      <w:r>
        <w:t>), 0)</w:t>
      </w:r>
    </w:p>
    <w:p w14:paraId="6E136463" w14:textId="77777777" w:rsidR="004D4D93" w:rsidRDefault="004D4D93" w:rsidP="004D4D93">
      <w:r>
        <w:t xml:space="preserve">    INTO </w:t>
      </w:r>
      <w:proofErr w:type="spellStart"/>
      <w:r>
        <w:t>v_total_fee</w:t>
      </w:r>
      <w:proofErr w:type="spellEnd"/>
    </w:p>
    <w:p w14:paraId="78FF1842" w14:textId="77777777" w:rsidR="004D4D93" w:rsidRDefault="004D4D93" w:rsidP="004D4D93">
      <w:r>
        <w:t xml:space="preserve">    FROM </w:t>
      </w:r>
      <w:proofErr w:type="spellStart"/>
      <w:r>
        <w:t>applicationsN</w:t>
      </w:r>
      <w:proofErr w:type="spellEnd"/>
      <w:r>
        <w:t xml:space="preserve"> a</w:t>
      </w:r>
    </w:p>
    <w:p w14:paraId="6D528433" w14:textId="77777777" w:rsidR="004D4D93" w:rsidRDefault="004D4D93" w:rsidP="004D4D93">
      <w:r>
        <w:t xml:space="preserve">    JOIN </w:t>
      </w:r>
      <w:proofErr w:type="spellStart"/>
      <w:r>
        <w:t>servicesN</w:t>
      </w:r>
      <w:proofErr w:type="spellEnd"/>
      <w:r>
        <w:t xml:space="preserve">    s ON </w:t>
      </w:r>
      <w:proofErr w:type="spellStart"/>
      <w:r>
        <w:t>a.service_id</w:t>
      </w:r>
      <w:proofErr w:type="spellEnd"/>
      <w:r>
        <w:t xml:space="preserve"> = </w:t>
      </w:r>
      <w:proofErr w:type="spellStart"/>
      <w:r>
        <w:t>s.service_id</w:t>
      </w:r>
      <w:proofErr w:type="spellEnd"/>
    </w:p>
    <w:p w14:paraId="11A68BD8" w14:textId="77777777" w:rsidR="004D4D93" w:rsidRDefault="004D4D93" w:rsidP="004D4D93">
      <w:r>
        <w:t xml:space="preserve">   WHERE </w:t>
      </w:r>
      <w:proofErr w:type="spellStart"/>
      <w:r>
        <w:t>a.client_id</w:t>
      </w:r>
      <w:proofErr w:type="spellEnd"/>
      <w:r>
        <w:t xml:space="preserve"> = 1001;</w:t>
      </w:r>
    </w:p>
    <w:p w14:paraId="3D4FA5ED" w14:textId="77777777" w:rsidR="004D4D93" w:rsidRDefault="004D4D93" w:rsidP="004D4D93"/>
    <w:p w14:paraId="339D4160" w14:textId="77777777" w:rsidR="004D4D93" w:rsidRDefault="004D4D93" w:rsidP="004D4D93">
      <w:r>
        <w:t xml:space="preserve">  DBMS_OUTPUT.PUT_LINE('Total fees for client 1001: ' || </w:t>
      </w:r>
      <w:proofErr w:type="spellStart"/>
      <w:r>
        <w:t>v_total_fee</w:t>
      </w:r>
      <w:proofErr w:type="spellEnd"/>
      <w:r>
        <w:t>);</w:t>
      </w:r>
    </w:p>
    <w:p w14:paraId="32E1D645" w14:textId="77777777" w:rsidR="004D4D93" w:rsidRDefault="004D4D93" w:rsidP="004D4D93">
      <w:r>
        <w:t>END;</w:t>
      </w:r>
    </w:p>
    <w:p w14:paraId="51B013D0" w14:textId="1CE5D91B" w:rsidR="004D4D93" w:rsidRDefault="004D4D93" w:rsidP="004D4D93">
      <w:r>
        <w:t>/</w:t>
      </w:r>
    </w:p>
    <w:p w14:paraId="4356E1BA" w14:textId="40E9D3B3" w:rsidR="004D4D93" w:rsidRDefault="004D4D93" w:rsidP="004D4D93">
      <w:pPr>
        <w:rPr>
          <w:rtl/>
        </w:rPr>
      </w:pPr>
      <w:r w:rsidRPr="004D4D93">
        <w:lastRenderedPageBreak/>
        <w:drawing>
          <wp:inline distT="0" distB="0" distL="0" distR="0" wp14:anchorId="656B49F9" wp14:editId="4057B29C">
            <wp:extent cx="5153744" cy="1495634"/>
            <wp:effectExtent l="0" t="0" r="0" b="9525"/>
            <wp:docPr id="89554850" name="Picture 1" descr="A close-up of word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554850" name="Picture 1" descr="A close-up of words&#10;&#10;AI-generated content may be incorrect."/>
                    <pic:cNvPicPr/>
                  </pic:nvPicPr>
                  <pic:blipFill>
                    <a:blip r:embed="rId11"/>
                    <a:stretch>
                      <a:fillRect/>
                    </a:stretch>
                  </pic:blipFill>
                  <pic:spPr>
                    <a:xfrm>
                      <a:off x="0" y="0"/>
                      <a:ext cx="5153744" cy="1495634"/>
                    </a:xfrm>
                    <a:prstGeom prst="rect">
                      <a:avLst/>
                    </a:prstGeom>
                  </pic:spPr>
                </pic:pic>
              </a:graphicData>
            </a:graphic>
          </wp:inline>
        </w:drawing>
      </w:r>
    </w:p>
    <w:p w14:paraId="02B85496" w14:textId="7D25E6FC" w:rsidR="00660810" w:rsidRDefault="00660810" w:rsidP="004D4D93">
      <w:r w:rsidRPr="00660810">
        <w:drawing>
          <wp:inline distT="0" distB="0" distL="0" distR="0" wp14:anchorId="321B4DEE" wp14:editId="5C896B04">
            <wp:extent cx="5306165" cy="533474"/>
            <wp:effectExtent l="0" t="0" r="8890" b="0"/>
            <wp:docPr id="8950188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501888" name=""/>
                    <pic:cNvPicPr/>
                  </pic:nvPicPr>
                  <pic:blipFill>
                    <a:blip r:embed="rId12"/>
                    <a:stretch>
                      <a:fillRect/>
                    </a:stretch>
                  </pic:blipFill>
                  <pic:spPr>
                    <a:xfrm>
                      <a:off x="0" y="0"/>
                      <a:ext cx="5306165" cy="533474"/>
                    </a:xfrm>
                    <a:prstGeom prst="rect">
                      <a:avLst/>
                    </a:prstGeom>
                  </pic:spPr>
                </pic:pic>
              </a:graphicData>
            </a:graphic>
          </wp:inline>
        </w:drawing>
      </w:r>
    </w:p>
    <w:p w14:paraId="7140AB7E" w14:textId="683A1BAE" w:rsidR="004D4D93" w:rsidRPr="004D4D93" w:rsidRDefault="004D4D93" w:rsidP="002C292E">
      <w:pPr>
        <w:pStyle w:val="IntenseQuote"/>
      </w:pPr>
      <w:r>
        <w:t>5</w:t>
      </w:r>
      <w:r w:rsidRPr="004D4D93">
        <w:t>. Display average visa duration for a given visa type</w:t>
      </w:r>
    </w:p>
    <w:p w14:paraId="58FFEE3E" w14:textId="77777777" w:rsidR="004D4D93" w:rsidRPr="004D4D93" w:rsidRDefault="004D4D93" w:rsidP="002C292E">
      <w:pPr>
        <w:pStyle w:val="IntenseQuote"/>
      </w:pPr>
      <w:r w:rsidRPr="004D4D93">
        <w:t>Problem:</w:t>
      </w:r>
      <w:r w:rsidRPr="004D4D93">
        <w:br/>
        <w:t xml:space="preserve">Using AVG, compute the average duration (from </w:t>
      </w:r>
      <w:proofErr w:type="spellStart"/>
      <w:r w:rsidRPr="004D4D93">
        <w:t>visa_typesN</w:t>
      </w:r>
      <w:proofErr w:type="spellEnd"/>
      <w:r w:rsidRPr="004D4D93">
        <w:t xml:space="preserve">) for </w:t>
      </w:r>
      <w:proofErr w:type="spellStart"/>
      <w:r w:rsidRPr="004D4D93">
        <w:t>visa_type_id</w:t>
      </w:r>
      <w:proofErr w:type="spellEnd"/>
      <w:r w:rsidRPr="004D4D93">
        <w:t xml:space="preserve"> = 2 and round it to 2 decimal places. Print the result.</w:t>
      </w:r>
    </w:p>
    <w:p w14:paraId="12220886" w14:textId="77777777" w:rsidR="004D4D93" w:rsidRDefault="004D4D93" w:rsidP="004D4D93"/>
    <w:p w14:paraId="3EADBBFF" w14:textId="77777777" w:rsidR="004D4D93" w:rsidRDefault="004D4D93" w:rsidP="004D4D93">
      <w:r>
        <w:t>DECLARE</w:t>
      </w:r>
    </w:p>
    <w:p w14:paraId="2A11EBC5" w14:textId="77777777" w:rsidR="004D4D93" w:rsidRDefault="004D4D93" w:rsidP="004D4D93">
      <w:r>
        <w:t xml:space="preserve">  </w:t>
      </w:r>
      <w:proofErr w:type="spellStart"/>
      <w:r>
        <w:t>v_avg_duration</w:t>
      </w:r>
      <w:proofErr w:type="spellEnd"/>
      <w:r>
        <w:t xml:space="preserve">  NUMBER;</w:t>
      </w:r>
    </w:p>
    <w:p w14:paraId="0C8EBF02" w14:textId="77777777" w:rsidR="004D4D93" w:rsidRDefault="004D4D93" w:rsidP="004D4D93">
      <w:r>
        <w:t>BEGIN</w:t>
      </w:r>
    </w:p>
    <w:p w14:paraId="5B426C6B" w14:textId="77777777" w:rsidR="004D4D93" w:rsidRDefault="004D4D93" w:rsidP="004D4D93">
      <w:r>
        <w:t xml:space="preserve">  SELECT ROUND(NVL(AVG(duration), 0), 2)</w:t>
      </w:r>
    </w:p>
    <w:p w14:paraId="1E4623A8" w14:textId="77777777" w:rsidR="004D4D93" w:rsidRDefault="004D4D93" w:rsidP="004D4D93">
      <w:r>
        <w:t xml:space="preserve">    INTO </w:t>
      </w:r>
      <w:proofErr w:type="spellStart"/>
      <w:r>
        <w:t>v_avg_duration</w:t>
      </w:r>
      <w:proofErr w:type="spellEnd"/>
    </w:p>
    <w:p w14:paraId="03D2B542" w14:textId="77777777" w:rsidR="004D4D93" w:rsidRDefault="004D4D93" w:rsidP="004D4D93">
      <w:r>
        <w:t xml:space="preserve">    FROM </w:t>
      </w:r>
      <w:proofErr w:type="spellStart"/>
      <w:r>
        <w:t>visa_typesN</w:t>
      </w:r>
      <w:proofErr w:type="spellEnd"/>
    </w:p>
    <w:p w14:paraId="4580548E" w14:textId="77777777" w:rsidR="004D4D93" w:rsidRDefault="004D4D93" w:rsidP="004D4D93">
      <w:r>
        <w:t xml:space="preserve">   WHERE </w:t>
      </w:r>
      <w:proofErr w:type="spellStart"/>
      <w:r>
        <w:t>visa_type_id</w:t>
      </w:r>
      <w:proofErr w:type="spellEnd"/>
      <w:r>
        <w:t xml:space="preserve"> = 2;</w:t>
      </w:r>
    </w:p>
    <w:p w14:paraId="6738B289" w14:textId="77777777" w:rsidR="004D4D93" w:rsidRDefault="004D4D93" w:rsidP="004D4D93"/>
    <w:p w14:paraId="052621A4" w14:textId="77777777" w:rsidR="004D4D93" w:rsidRDefault="004D4D93" w:rsidP="004D4D93">
      <w:r>
        <w:t xml:space="preserve">  DBMS_OUTPUT.PUT_LINE('Average duration for </w:t>
      </w:r>
      <w:proofErr w:type="spellStart"/>
      <w:r>
        <w:t>visa_type_id</w:t>
      </w:r>
      <w:proofErr w:type="spellEnd"/>
      <w:r>
        <w:t xml:space="preserve"> 2: ' || </w:t>
      </w:r>
      <w:proofErr w:type="spellStart"/>
      <w:r>
        <w:t>v_avg_duration</w:t>
      </w:r>
      <w:proofErr w:type="spellEnd"/>
      <w:r>
        <w:t xml:space="preserve"> || ' days');</w:t>
      </w:r>
    </w:p>
    <w:p w14:paraId="22E54B53" w14:textId="77777777" w:rsidR="004D4D93" w:rsidRDefault="004D4D93" w:rsidP="004D4D93">
      <w:r>
        <w:t>END;</w:t>
      </w:r>
    </w:p>
    <w:p w14:paraId="211FC2B0" w14:textId="54357142" w:rsidR="004D4D93" w:rsidRDefault="004D4D93" w:rsidP="004D4D93">
      <w:r>
        <w:t>/</w:t>
      </w:r>
    </w:p>
    <w:p w14:paraId="7ABF4558" w14:textId="05B5E0BB" w:rsidR="004D4D93" w:rsidRDefault="004D4D93" w:rsidP="004D4D93">
      <w:pPr>
        <w:rPr>
          <w:rtl/>
        </w:rPr>
      </w:pPr>
      <w:r w:rsidRPr="004D4D93">
        <w:lastRenderedPageBreak/>
        <w:drawing>
          <wp:inline distT="0" distB="0" distL="0" distR="0" wp14:anchorId="2D7B1404" wp14:editId="6BC73D2F">
            <wp:extent cx="4620270" cy="981212"/>
            <wp:effectExtent l="0" t="0" r="8890" b="9525"/>
            <wp:docPr id="1125361521" name="Picture 1" descr="A black text on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5361521" name="Picture 1" descr="A black text on a white background&#10;&#10;AI-generated content may be incorrect."/>
                    <pic:cNvPicPr/>
                  </pic:nvPicPr>
                  <pic:blipFill>
                    <a:blip r:embed="rId13"/>
                    <a:stretch>
                      <a:fillRect/>
                    </a:stretch>
                  </pic:blipFill>
                  <pic:spPr>
                    <a:xfrm>
                      <a:off x="0" y="0"/>
                      <a:ext cx="4620270" cy="981212"/>
                    </a:xfrm>
                    <a:prstGeom prst="rect">
                      <a:avLst/>
                    </a:prstGeom>
                  </pic:spPr>
                </pic:pic>
              </a:graphicData>
            </a:graphic>
          </wp:inline>
        </w:drawing>
      </w:r>
    </w:p>
    <w:p w14:paraId="0AAC5B3B" w14:textId="22F51E20" w:rsidR="00660810" w:rsidRDefault="00660810" w:rsidP="004D4D93">
      <w:r w:rsidRPr="00660810">
        <w:drawing>
          <wp:inline distT="0" distB="0" distL="0" distR="0" wp14:anchorId="309181A6" wp14:editId="5ED2B8A1">
            <wp:extent cx="5153744" cy="647790"/>
            <wp:effectExtent l="0" t="0" r="8890" b="0"/>
            <wp:docPr id="652966008" name="Picture 1" descr="A close up of a computer scree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2966008" name="Picture 1" descr="A close up of a computer screen&#10;&#10;AI-generated content may be incorrect."/>
                    <pic:cNvPicPr/>
                  </pic:nvPicPr>
                  <pic:blipFill>
                    <a:blip r:embed="rId14"/>
                    <a:stretch>
                      <a:fillRect/>
                    </a:stretch>
                  </pic:blipFill>
                  <pic:spPr>
                    <a:xfrm>
                      <a:off x="0" y="0"/>
                      <a:ext cx="5153744" cy="647790"/>
                    </a:xfrm>
                    <a:prstGeom prst="rect">
                      <a:avLst/>
                    </a:prstGeom>
                  </pic:spPr>
                </pic:pic>
              </a:graphicData>
            </a:graphic>
          </wp:inline>
        </w:drawing>
      </w:r>
    </w:p>
    <w:p w14:paraId="1595B268" w14:textId="77777777" w:rsidR="00371108" w:rsidRPr="00371108" w:rsidRDefault="00371108" w:rsidP="002C292E">
      <w:pPr>
        <w:pStyle w:val="IntenseQuote"/>
      </w:pPr>
      <w:r w:rsidRPr="00371108">
        <w:t>6. Conditional message based on number of clients from a given country</w:t>
      </w:r>
    </w:p>
    <w:p w14:paraId="2AE9F3EF" w14:textId="77777777" w:rsidR="00371108" w:rsidRPr="00371108" w:rsidRDefault="00371108" w:rsidP="002C292E">
      <w:pPr>
        <w:pStyle w:val="IntenseQuote"/>
      </w:pPr>
      <w:r w:rsidRPr="00371108">
        <w:t>Problem:</w:t>
      </w:r>
      <w:r w:rsidRPr="00371108">
        <w:br/>
        <w:t xml:space="preserve">Count how many clients in </w:t>
      </w:r>
      <w:proofErr w:type="spellStart"/>
      <w:r w:rsidRPr="00371108">
        <w:t>clientsN</w:t>
      </w:r>
      <w:proofErr w:type="spellEnd"/>
      <w:r w:rsidRPr="00371108">
        <w:t xml:space="preserve"> have </w:t>
      </w:r>
      <w:proofErr w:type="spellStart"/>
      <w:r w:rsidRPr="00371108">
        <w:t>country_code</w:t>
      </w:r>
      <w:proofErr w:type="spellEnd"/>
      <w:r w:rsidRPr="00371108">
        <w:t xml:space="preserve"> = 'USA'.</w:t>
      </w:r>
    </w:p>
    <w:p w14:paraId="6C3FDB7B" w14:textId="77777777" w:rsidR="00371108" w:rsidRPr="00371108" w:rsidRDefault="00371108" w:rsidP="002C292E">
      <w:pPr>
        <w:pStyle w:val="IntenseQuote"/>
      </w:pPr>
      <w:r w:rsidRPr="00371108">
        <w:t>If 0, print “No clients from USA.”</w:t>
      </w:r>
    </w:p>
    <w:p w14:paraId="68D3FEB5" w14:textId="77777777" w:rsidR="00371108" w:rsidRPr="00371108" w:rsidRDefault="00371108" w:rsidP="002C292E">
      <w:pPr>
        <w:pStyle w:val="IntenseQuote"/>
      </w:pPr>
      <w:r w:rsidRPr="00371108">
        <w:t>If 1 or 2, print “Few clients from USA.”</w:t>
      </w:r>
    </w:p>
    <w:p w14:paraId="27DF5DDE" w14:textId="77777777" w:rsidR="00371108" w:rsidRPr="00371108" w:rsidRDefault="00371108" w:rsidP="002C292E">
      <w:pPr>
        <w:pStyle w:val="IntenseQuote"/>
      </w:pPr>
      <w:r w:rsidRPr="00371108">
        <w:t>Otherwise, print “Many clients from USA.”</w:t>
      </w:r>
    </w:p>
    <w:p w14:paraId="0E438330" w14:textId="77777777" w:rsidR="00371108" w:rsidRDefault="00371108" w:rsidP="00371108"/>
    <w:p w14:paraId="4F0C8355" w14:textId="77777777" w:rsidR="00371108" w:rsidRDefault="00371108" w:rsidP="00371108">
      <w:r>
        <w:t>DECLARE</w:t>
      </w:r>
    </w:p>
    <w:p w14:paraId="2E1724E1" w14:textId="77777777" w:rsidR="00371108" w:rsidRDefault="00371108" w:rsidP="00371108">
      <w:r>
        <w:t xml:space="preserve">  </w:t>
      </w:r>
      <w:proofErr w:type="spellStart"/>
      <w:r>
        <w:t>v_count_clients</w:t>
      </w:r>
      <w:proofErr w:type="spellEnd"/>
      <w:r>
        <w:t xml:space="preserve">  NUMBER;</w:t>
      </w:r>
    </w:p>
    <w:p w14:paraId="48EE8CC7" w14:textId="77777777" w:rsidR="00371108" w:rsidRDefault="00371108" w:rsidP="00371108">
      <w:r>
        <w:t>BEGIN</w:t>
      </w:r>
    </w:p>
    <w:p w14:paraId="029B7B40" w14:textId="77777777" w:rsidR="00371108" w:rsidRDefault="00371108" w:rsidP="00371108">
      <w:r>
        <w:t xml:space="preserve">  SELECT COUNT(*) </w:t>
      </w:r>
    </w:p>
    <w:p w14:paraId="21D3E845" w14:textId="77777777" w:rsidR="00371108" w:rsidRDefault="00371108" w:rsidP="00371108">
      <w:r>
        <w:t xml:space="preserve">    INTO </w:t>
      </w:r>
      <w:proofErr w:type="spellStart"/>
      <w:r>
        <w:t>v_count_clients</w:t>
      </w:r>
      <w:proofErr w:type="spellEnd"/>
    </w:p>
    <w:p w14:paraId="59826460" w14:textId="77777777" w:rsidR="00371108" w:rsidRDefault="00371108" w:rsidP="00371108">
      <w:r>
        <w:t xml:space="preserve">    FROM </w:t>
      </w:r>
      <w:proofErr w:type="spellStart"/>
      <w:r>
        <w:t>clientsN</w:t>
      </w:r>
      <w:proofErr w:type="spellEnd"/>
    </w:p>
    <w:p w14:paraId="7A51A863" w14:textId="77777777" w:rsidR="00371108" w:rsidRDefault="00371108" w:rsidP="00371108">
      <w:r>
        <w:t xml:space="preserve">   WHERE </w:t>
      </w:r>
      <w:proofErr w:type="spellStart"/>
      <w:r>
        <w:t>country_code</w:t>
      </w:r>
      <w:proofErr w:type="spellEnd"/>
      <w:r>
        <w:t xml:space="preserve"> = 'USA';</w:t>
      </w:r>
    </w:p>
    <w:p w14:paraId="29B5E549" w14:textId="77777777" w:rsidR="00371108" w:rsidRDefault="00371108" w:rsidP="00371108"/>
    <w:p w14:paraId="4229FD28" w14:textId="77777777" w:rsidR="00371108" w:rsidRDefault="00371108" w:rsidP="00371108">
      <w:r>
        <w:t xml:space="preserve">  IF </w:t>
      </w:r>
      <w:proofErr w:type="spellStart"/>
      <w:r>
        <w:t>v_count_clients</w:t>
      </w:r>
      <w:proofErr w:type="spellEnd"/>
      <w:r>
        <w:t xml:space="preserve"> = 0 THEN</w:t>
      </w:r>
    </w:p>
    <w:p w14:paraId="5FE1C6FD" w14:textId="77777777" w:rsidR="00371108" w:rsidRDefault="00371108" w:rsidP="00371108">
      <w:r>
        <w:t xml:space="preserve">    DBMS_OUTPUT.PUT_LINE('No clients from USA.');</w:t>
      </w:r>
    </w:p>
    <w:p w14:paraId="739BC17B" w14:textId="77777777" w:rsidR="00371108" w:rsidRDefault="00371108" w:rsidP="00371108">
      <w:r>
        <w:t xml:space="preserve">  ELSIF </w:t>
      </w:r>
      <w:proofErr w:type="spellStart"/>
      <w:r>
        <w:t>v_count_clients</w:t>
      </w:r>
      <w:proofErr w:type="spellEnd"/>
      <w:r>
        <w:t xml:space="preserve"> &lt;= 2 THEN</w:t>
      </w:r>
    </w:p>
    <w:p w14:paraId="395A8944" w14:textId="77777777" w:rsidR="00371108" w:rsidRDefault="00371108" w:rsidP="00371108">
      <w:r>
        <w:t xml:space="preserve">    DBMS_OUTPUT.PUT_LINE('Few clients from USA.');</w:t>
      </w:r>
    </w:p>
    <w:p w14:paraId="6150B9A9" w14:textId="77777777" w:rsidR="00371108" w:rsidRDefault="00371108" w:rsidP="00371108">
      <w:r>
        <w:lastRenderedPageBreak/>
        <w:t xml:space="preserve">  ELSE</w:t>
      </w:r>
    </w:p>
    <w:p w14:paraId="70EF7EEE" w14:textId="77777777" w:rsidR="00371108" w:rsidRDefault="00371108" w:rsidP="00371108">
      <w:r>
        <w:t xml:space="preserve">    DBMS_OUTPUT.PUT_LINE('Many clients from USA.');</w:t>
      </w:r>
    </w:p>
    <w:p w14:paraId="2EE557F0" w14:textId="77777777" w:rsidR="00371108" w:rsidRDefault="00371108" w:rsidP="00371108">
      <w:r>
        <w:t xml:space="preserve">  END IF;</w:t>
      </w:r>
    </w:p>
    <w:p w14:paraId="2F6B662F" w14:textId="77777777" w:rsidR="00371108" w:rsidRDefault="00371108" w:rsidP="00371108">
      <w:r>
        <w:t>END;</w:t>
      </w:r>
    </w:p>
    <w:p w14:paraId="37311A33" w14:textId="463BE44D" w:rsidR="004D4D93" w:rsidRDefault="00371108" w:rsidP="00371108">
      <w:r>
        <w:t>/</w:t>
      </w:r>
    </w:p>
    <w:p w14:paraId="0C305FED" w14:textId="06FABCEE" w:rsidR="00371108" w:rsidRDefault="00371108" w:rsidP="00371108">
      <w:pPr>
        <w:rPr>
          <w:rtl/>
        </w:rPr>
      </w:pPr>
      <w:r w:rsidRPr="00371108">
        <w:drawing>
          <wp:inline distT="0" distB="0" distL="0" distR="0" wp14:anchorId="5C2E9E06" wp14:editId="0371396B">
            <wp:extent cx="4791744" cy="562053"/>
            <wp:effectExtent l="0" t="0" r="8890" b="9525"/>
            <wp:docPr id="186876881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8768814" name=""/>
                    <pic:cNvPicPr/>
                  </pic:nvPicPr>
                  <pic:blipFill>
                    <a:blip r:embed="rId15"/>
                    <a:stretch>
                      <a:fillRect/>
                    </a:stretch>
                  </pic:blipFill>
                  <pic:spPr>
                    <a:xfrm>
                      <a:off x="0" y="0"/>
                      <a:ext cx="4791744" cy="562053"/>
                    </a:xfrm>
                    <a:prstGeom prst="rect">
                      <a:avLst/>
                    </a:prstGeom>
                  </pic:spPr>
                </pic:pic>
              </a:graphicData>
            </a:graphic>
          </wp:inline>
        </w:drawing>
      </w:r>
    </w:p>
    <w:p w14:paraId="2797FBC8" w14:textId="067BF3D3" w:rsidR="00660810" w:rsidRDefault="00660810" w:rsidP="00371108">
      <w:r w:rsidRPr="00660810">
        <w:drawing>
          <wp:inline distT="0" distB="0" distL="0" distR="0" wp14:anchorId="5C45A51D" wp14:editId="76DC43F7">
            <wp:extent cx="2876951" cy="362001"/>
            <wp:effectExtent l="0" t="0" r="0" b="0"/>
            <wp:docPr id="66251160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2511600" name=""/>
                    <pic:cNvPicPr/>
                  </pic:nvPicPr>
                  <pic:blipFill>
                    <a:blip r:embed="rId16"/>
                    <a:stretch>
                      <a:fillRect/>
                    </a:stretch>
                  </pic:blipFill>
                  <pic:spPr>
                    <a:xfrm>
                      <a:off x="0" y="0"/>
                      <a:ext cx="2876951" cy="362001"/>
                    </a:xfrm>
                    <a:prstGeom prst="rect">
                      <a:avLst/>
                    </a:prstGeom>
                  </pic:spPr>
                </pic:pic>
              </a:graphicData>
            </a:graphic>
          </wp:inline>
        </w:drawing>
      </w:r>
    </w:p>
    <w:p w14:paraId="2F8B2763" w14:textId="77777777" w:rsidR="00371108" w:rsidRPr="00371108" w:rsidRDefault="00371108" w:rsidP="002C292E">
      <w:pPr>
        <w:pStyle w:val="IntenseQuote"/>
      </w:pPr>
      <w:r w:rsidRPr="00371108">
        <w:t>7. Use a CASE expression to label visa durations</w:t>
      </w:r>
    </w:p>
    <w:p w14:paraId="0872C0E2" w14:textId="77777777" w:rsidR="00371108" w:rsidRPr="00371108" w:rsidRDefault="00371108" w:rsidP="002C292E">
      <w:pPr>
        <w:pStyle w:val="IntenseQuote"/>
      </w:pPr>
      <w:r w:rsidRPr="00371108">
        <w:t>Problem:</w:t>
      </w:r>
      <w:r w:rsidRPr="00371108">
        <w:br/>
        <w:t xml:space="preserve">Suppose you pass in a variable </w:t>
      </w:r>
      <w:proofErr w:type="spellStart"/>
      <w:r w:rsidRPr="00371108">
        <w:t>v_dur</w:t>
      </w:r>
      <w:proofErr w:type="spellEnd"/>
      <w:r w:rsidRPr="00371108">
        <w:t xml:space="preserve"> (visa duration in days).</w:t>
      </w:r>
      <w:r w:rsidRPr="00371108">
        <w:br/>
        <w:t>Using a CASE expression, label it:</w:t>
      </w:r>
    </w:p>
    <w:p w14:paraId="355E4F41" w14:textId="77777777" w:rsidR="00371108" w:rsidRPr="00371108" w:rsidRDefault="00371108" w:rsidP="00371108">
      <w:pPr>
        <w:numPr>
          <w:ilvl w:val="0"/>
          <w:numId w:val="11"/>
        </w:numPr>
      </w:pPr>
      <w:r w:rsidRPr="00371108">
        <w:t>&lt; 30 → "Short‐term"</w:t>
      </w:r>
    </w:p>
    <w:p w14:paraId="7E135071" w14:textId="77777777" w:rsidR="00371108" w:rsidRPr="00371108" w:rsidRDefault="00371108" w:rsidP="00371108">
      <w:pPr>
        <w:numPr>
          <w:ilvl w:val="0"/>
          <w:numId w:val="11"/>
        </w:numPr>
      </w:pPr>
      <w:r w:rsidRPr="00371108">
        <w:t>30 .. 180 → "Medium‐term"</w:t>
      </w:r>
    </w:p>
    <w:p w14:paraId="46020B77" w14:textId="77777777" w:rsidR="00371108" w:rsidRPr="00371108" w:rsidRDefault="00371108" w:rsidP="00371108">
      <w:pPr>
        <w:numPr>
          <w:ilvl w:val="0"/>
          <w:numId w:val="11"/>
        </w:numPr>
      </w:pPr>
      <w:r w:rsidRPr="00371108">
        <w:t>&gt; 180 → "Long‐term"</w:t>
      </w:r>
      <w:r w:rsidRPr="00371108">
        <w:br/>
        <w:t xml:space="preserve">Print the label for </w:t>
      </w:r>
      <w:proofErr w:type="spellStart"/>
      <w:r w:rsidRPr="00371108">
        <w:t>v_dur</w:t>
      </w:r>
      <w:proofErr w:type="spellEnd"/>
      <w:r w:rsidRPr="00371108">
        <w:t xml:space="preserve"> := 45.</w:t>
      </w:r>
    </w:p>
    <w:p w14:paraId="7DC82930" w14:textId="77777777" w:rsidR="00371108" w:rsidRDefault="00371108" w:rsidP="00371108"/>
    <w:p w14:paraId="02E117FE" w14:textId="77777777" w:rsidR="00371108" w:rsidRDefault="00371108" w:rsidP="00371108">
      <w:r>
        <w:t>DECLARE</w:t>
      </w:r>
    </w:p>
    <w:p w14:paraId="10622100" w14:textId="77777777" w:rsidR="00371108" w:rsidRDefault="00371108" w:rsidP="00371108">
      <w:r>
        <w:t xml:space="preserve">  </w:t>
      </w:r>
      <w:proofErr w:type="spellStart"/>
      <w:r>
        <w:t>v_dur</w:t>
      </w:r>
      <w:proofErr w:type="spellEnd"/>
      <w:r>
        <w:t xml:space="preserve">    NUMBER := 45;  -- example duration in days</w:t>
      </w:r>
    </w:p>
    <w:p w14:paraId="1F98B98C" w14:textId="77777777" w:rsidR="00371108" w:rsidRDefault="00371108" w:rsidP="00371108">
      <w:r>
        <w:t xml:space="preserve">  </w:t>
      </w:r>
      <w:proofErr w:type="spellStart"/>
      <w:r>
        <w:t>v_label</w:t>
      </w:r>
      <w:proofErr w:type="spellEnd"/>
      <w:r>
        <w:t xml:space="preserve">  VARCHAR2(20);</w:t>
      </w:r>
    </w:p>
    <w:p w14:paraId="4112F159" w14:textId="77777777" w:rsidR="00371108" w:rsidRDefault="00371108" w:rsidP="00371108">
      <w:r>
        <w:t>BEGIN</w:t>
      </w:r>
    </w:p>
    <w:p w14:paraId="0EC1B3BC" w14:textId="77777777" w:rsidR="00371108" w:rsidRDefault="00371108" w:rsidP="00371108">
      <w:r>
        <w:t xml:space="preserve">  SELECT CASE</w:t>
      </w:r>
    </w:p>
    <w:p w14:paraId="3818E2F4" w14:textId="77777777" w:rsidR="00371108" w:rsidRDefault="00371108" w:rsidP="00371108">
      <w:r>
        <w:t xml:space="preserve">           WHEN </w:t>
      </w:r>
      <w:proofErr w:type="spellStart"/>
      <w:r>
        <w:t>v_dur</w:t>
      </w:r>
      <w:proofErr w:type="spellEnd"/>
      <w:r>
        <w:t xml:space="preserve"> &lt; 30        THEN 'Short-term'</w:t>
      </w:r>
    </w:p>
    <w:p w14:paraId="2DC77233" w14:textId="77777777" w:rsidR="00371108" w:rsidRDefault="00371108" w:rsidP="00371108">
      <w:r>
        <w:t xml:space="preserve">           WHEN </w:t>
      </w:r>
      <w:proofErr w:type="spellStart"/>
      <w:r>
        <w:t>v_dur</w:t>
      </w:r>
      <w:proofErr w:type="spellEnd"/>
      <w:r>
        <w:t xml:space="preserve"> BETWEEN 30 AND 180 THEN 'Medium-term'</w:t>
      </w:r>
    </w:p>
    <w:p w14:paraId="5774D3E9" w14:textId="77777777" w:rsidR="00371108" w:rsidRDefault="00371108" w:rsidP="00371108">
      <w:r>
        <w:t xml:space="preserve">           ELSE 'Long-term'</w:t>
      </w:r>
    </w:p>
    <w:p w14:paraId="37F27321" w14:textId="77777777" w:rsidR="00371108" w:rsidRDefault="00371108" w:rsidP="00371108">
      <w:r>
        <w:t xml:space="preserve">         END</w:t>
      </w:r>
    </w:p>
    <w:p w14:paraId="6B377886" w14:textId="77777777" w:rsidR="00371108" w:rsidRDefault="00371108" w:rsidP="00371108">
      <w:r>
        <w:lastRenderedPageBreak/>
        <w:t xml:space="preserve">    INTO </w:t>
      </w:r>
      <w:proofErr w:type="spellStart"/>
      <w:r>
        <w:t>v_label</w:t>
      </w:r>
      <w:proofErr w:type="spellEnd"/>
    </w:p>
    <w:p w14:paraId="4A17AE15" w14:textId="77777777" w:rsidR="00371108" w:rsidRDefault="00371108" w:rsidP="00371108">
      <w:r>
        <w:t xml:space="preserve">    FROM dual;</w:t>
      </w:r>
    </w:p>
    <w:p w14:paraId="097E29C8" w14:textId="77777777" w:rsidR="00371108" w:rsidRDefault="00371108" w:rsidP="00371108"/>
    <w:p w14:paraId="4815A271" w14:textId="77777777" w:rsidR="00371108" w:rsidRDefault="00371108" w:rsidP="00371108">
      <w:pPr>
        <w:rPr>
          <w:rFonts w:hint="eastAsia"/>
        </w:rPr>
      </w:pPr>
      <w:r>
        <w:rPr>
          <w:rFonts w:hint="eastAsia"/>
        </w:rPr>
        <w:t xml:space="preserve">  DBMS_OUTPUT.PUT_LINE('Visa duration ' || </w:t>
      </w:r>
      <w:proofErr w:type="spellStart"/>
      <w:r>
        <w:rPr>
          <w:rFonts w:hint="eastAsia"/>
        </w:rPr>
        <w:t>v_dur</w:t>
      </w:r>
      <w:proofErr w:type="spellEnd"/>
      <w:r>
        <w:rPr>
          <w:rFonts w:hint="eastAsia"/>
        </w:rPr>
        <w:t xml:space="preserve"> || ' days </w:t>
      </w:r>
      <w:r>
        <w:rPr>
          <w:rFonts w:hint="eastAsia"/>
        </w:rPr>
        <w:t>→</w:t>
      </w:r>
      <w:r>
        <w:rPr>
          <w:rFonts w:hint="eastAsia"/>
        </w:rPr>
        <w:t xml:space="preserve"> ' || </w:t>
      </w:r>
      <w:proofErr w:type="spellStart"/>
      <w:r>
        <w:rPr>
          <w:rFonts w:hint="eastAsia"/>
        </w:rPr>
        <w:t>v_label</w:t>
      </w:r>
      <w:proofErr w:type="spellEnd"/>
      <w:r>
        <w:rPr>
          <w:rFonts w:hint="eastAsia"/>
        </w:rPr>
        <w:t>);</w:t>
      </w:r>
    </w:p>
    <w:p w14:paraId="01059927" w14:textId="77777777" w:rsidR="00371108" w:rsidRDefault="00371108" w:rsidP="00371108">
      <w:r>
        <w:t>END;</w:t>
      </w:r>
    </w:p>
    <w:p w14:paraId="1B9C22D3" w14:textId="77777777" w:rsidR="00371108" w:rsidRDefault="00371108" w:rsidP="00371108">
      <w:r>
        <w:t>/</w:t>
      </w:r>
    </w:p>
    <w:p w14:paraId="4FF0AEE6" w14:textId="77777777" w:rsidR="00371108" w:rsidRDefault="00371108" w:rsidP="00371108">
      <w:r>
        <w:t>DECLARE</w:t>
      </w:r>
    </w:p>
    <w:p w14:paraId="5F729AE0" w14:textId="77777777" w:rsidR="00371108" w:rsidRDefault="00371108" w:rsidP="00371108">
      <w:r>
        <w:t xml:space="preserve">  </w:t>
      </w:r>
      <w:proofErr w:type="spellStart"/>
      <w:r>
        <w:t>v_dur</w:t>
      </w:r>
      <w:proofErr w:type="spellEnd"/>
      <w:r>
        <w:t xml:space="preserve">    NUMBER := 45;  -- example duration in days</w:t>
      </w:r>
    </w:p>
    <w:p w14:paraId="4AAC5DBD" w14:textId="77777777" w:rsidR="00371108" w:rsidRDefault="00371108" w:rsidP="00371108">
      <w:r>
        <w:t xml:space="preserve">  </w:t>
      </w:r>
      <w:proofErr w:type="spellStart"/>
      <w:r>
        <w:t>v_label</w:t>
      </w:r>
      <w:proofErr w:type="spellEnd"/>
      <w:r>
        <w:t xml:space="preserve">  VARCHAR2(20);</w:t>
      </w:r>
    </w:p>
    <w:p w14:paraId="5194F7BF" w14:textId="77777777" w:rsidR="00371108" w:rsidRDefault="00371108" w:rsidP="00371108">
      <w:r>
        <w:t>BEGIN</w:t>
      </w:r>
    </w:p>
    <w:p w14:paraId="5AF13D4A" w14:textId="77777777" w:rsidR="00371108" w:rsidRDefault="00371108" w:rsidP="00371108">
      <w:r>
        <w:t xml:space="preserve">  SELECT CASE</w:t>
      </w:r>
    </w:p>
    <w:p w14:paraId="73C93717" w14:textId="77777777" w:rsidR="00371108" w:rsidRDefault="00371108" w:rsidP="00371108">
      <w:r>
        <w:t xml:space="preserve">           WHEN </w:t>
      </w:r>
      <w:proofErr w:type="spellStart"/>
      <w:r>
        <w:t>v_dur</w:t>
      </w:r>
      <w:proofErr w:type="spellEnd"/>
      <w:r>
        <w:t xml:space="preserve"> &lt; 30        THEN 'Short-term'</w:t>
      </w:r>
    </w:p>
    <w:p w14:paraId="09536D30" w14:textId="77777777" w:rsidR="00371108" w:rsidRDefault="00371108" w:rsidP="00371108">
      <w:r>
        <w:t xml:space="preserve">           WHEN </w:t>
      </w:r>
      <w:proofErr w:type="spellStart"/>
      <w:r>
        <w:t>v_dur</w:t>
      </w:r>
      <w:proofErr w:type="spellEnd"/>
      <w:r>
        <w:t xml:space="preserve"> BETWEEN 30 AND 180 THEN 'Medium-term'</w:t>
      </w:r>
    </w:p>
    <w:p w14:paraId="6090796A" w14:textId="77777777" w:rsidR="00371108" w:rsidRDefault="00371108" w:rsidP="00371108">
      <w:r>
        <w:t xml:space="preserve">           ELSE 'Long-term'</w:t>
      </w:r>
    </w:p>
    <w:p w14:paraId="218ED371" w14:textId="77777777" w:rsidR="00371108" w:rsidRDefault="00371108" w:rsidP="00371108">
      <w:r>
        <w:t xml:space="preserve">         END</w:t>
      </w:r>
    </w:p>
    <w:p w14:paraId="7F525A28" w14:textId="77777777" w:rsidR="00371108" w:rsidRDefault="00371108" w:rsidP="00371108">
      <w:r>
        <w:t xml:space="preserve">    INTO </w:t>
      </w:r>
      <w:proofErr w:type="spellStart"/>
      <w:r>
        <w:t>v_label</w:t>
      </w:r>
      <w:proofErr w:type="spellEnd"/>
    </w:p>
    <w:p w14:paraId="1559B502" w14:textId="77777777" w:rsidR="00371108" w:rsidRDefault="00371108" w:rsidP="00371108">
      <w:r>
        <w:t xml:space="preserve">    FROM dual;</w:t>
      </w:r>
    </w:p>
    <w:p w14:paraId="2D81C699" w14:textId="77777777" w:rsidR="00371108" w:rsidRDefault="00371108" w:rsidP="00371108"/>
    <w:p w14:paraId="66ACB040" w14:textId="77777777" w:rsidR="00371108" w:rsidRDefault="00371108" w:rsidP="00371108">
      <w:pPr>
        <w:rPr>
          <w:rFonts w:hint="eastAsia"/>
        </w:rPr>
      </w:pPr>
      <w:r>
        <w:rPr>
          <w:rFonts w:hint="eastAsia"/>
        </w:rPr>
        <w:t xml:space="preserve">  DBMS_OUTPUT.PUT_LINE('Visa duration ' || </w:t>
      </w:r>
      <w:proofErr w:type="spellStart"/>
      <w:r>
        <w:rPr>
          <w:rFonts w:hint="eastAsia"/>
        </w:rPr>
        <w:t>v_dur</w:t>
      </w:r>
      <w:proofErr w:type="spellEnd"/>
      <w:r>
        <w:rPr>
          <w:rFonts w:hint="eastAsia"/>
        </w:rPr>
        <w:t xml:space="preserve"> || ' days </w:t>
      </w:r>
      <w:r>
        <w:rPr>
          <w:rFonts w:hint="eastAsia"/>
        </w:rPr>
        <w:t>→</w:t>
      </w:r>
      <w:r>
        <w:rPr>
          <w:rFonts w:hint="eastAsia"/>
        </w:rPr>
        <w:t xml:space="preserve"> ' || </w:t>
      </w:r>
      <w:proofErr w:type="spellStart"/>
      <w:r>
        <w:rPr>
          <w:rFonts w:hint="eastAsia"/>
        </w:rPr>
        <w:t>v_label</w:t>
      </w:r>
      <w:proofErr w:type="spellEnd"/>
      <w:r>
        <w:rPr>
          <w:rFonts w:hint="eastAsia"/>
        </w:rPr>
        <w:t>);</w:t>
      </w:r>
    </w:p>
    <w:p w14:paraId="09F26AD5" w14:textId="77777777" w:rsidR="00371108" w:rsidRDefault="00371108" w:rsidP="00371108">
      <w:r>
        <w:t>END;</w:t>
      </w:r>
    </w:p>
    <w:p w14:paraId="0CEB584C" w14:textId="33F93037" w:rsidR="00371108" w:rsidRDefault="00371108" w:rsidP="00371108">
      <w:r>
        <w:t>/</w:t>
      </w:r>
    </w:p>
    <w:p w14:paraId="2A78D369" w14:textId="055C541F" w:rsidR="00371108" w:rsidRDefault="00371108" w:rsidP="00371108">
      <w:pPr>
        <w:rPr>
          <w:rtl/>
        </w:rPr>
      </w:pPr>
      <w:r>
        <w:rPr>
          <w:noProof/>
        </w:rPr>
        <w:drawing>
          <wp:inline distT="0" distB="0" distL="0" distR="0" wp14:anchorId="4213CB94" wp14:editId="0C75CDF3">
            <wp:extent cx="4790476" cy="561905"/>
            <wp:effectExtent l="0" t="0" r="0" b="0"/>
            <wp:docPr id="108678068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6780684" name=""/>
                    <pic:cNvPicPr/>
                  </pic:nvPicPr>
                  <pic:blipFill>
                    <a:blip r:embed="rId17"/>
                    <a:stretch>
                      <a:fillRect/>
                    </a:stretch>
                  </pic:blipFill>
                  <pic:spPr>
                    <a:xfrm>
                      <a:off x="0" y="0"/>
                      <a:ext cx="4790476" cy="561905"/>
                    </a:xfrm>
                    <a:prstGeom prst="rect">
                      <a:avLst/>
                    </a:prstGeom>
                  </pic:spPr>
                </pic:pic>
              </a:graphicData>
            </a:graphic>
          </wp:inline>
        </w:drawing>
      </w:r>
    </w:p>
    <w:p w14:paraId="5D878B8A" w14:textId="56F440D9" w:rsidR="00660810" w:rsidRDefault="00660810" w:rsidP="00371108">
      <w:r w:rsidRPr="00660810">
        <w:lastRenderedPageBreak/>
        <w:drawing>
          <wp:inline distT="0" distB="0" distL="0" distR="0" wp14:anchorId="736898AD" wp14:editId="787106D0">
            <wp:extent cx="5020376" cy="1000265"/>
            <wp:effectExtent l="0" t="0" r="0" b="9525"/>
            <wp:docPr id="1968156388" name="Picture 1" descr="A diagram of a diagram&#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8156388" name="Picture 1" descr="A diagram of a diagram&#10;&#10;AI-generated content may be incorrect."/>
                    <pic:cNvPicPr/>
                  </pic:nvPicPr>
                  <pic:blipFill>
                    <a:blip r:embed="rId18"/>
                    <a:stretch>
                      <a:fillRect/>
                    </a:stretch>
                  </pic:blipFill>
                  <pic:spPr>
                    <a:xfrm>
                      <a:off x="0" y="0"/>
                      <a:ext cx="5020376" cy="1000265"/>
                    </a:xfrm>
                    <a:prstGeom prst="rect">
                      <a:avLst/>
                    </a:prstGeom>
                  </pic:spPr>
                </pic:pic>
              </a:graphicData>
            </a:graphic>
          </wp:inline>
        </w:drawing>
      </w:r>
    </w:p>
    <w:p w14:paraId="79A54EE9" w14:textId="77777777" w:rsidR="00371108" w:rsidRPr="00371108" w:rsidRDefault="00371108" w:rsidP="002C292E">
      <w:pPr>
        <w:pStyle w:val="IntenseQuote"/>
      </w:pPr>
      <w:r w:rsidRPr="00371108">
        <w:t>8. Loop through the most recent 3 status history entries for an application</w:t>
      </w:r>
    </w:p>
    <w:p w14:paraId="55D148B7" w14:textId="77777777" w:rsidR="00371108" w:rsidRPr="00371108" w:rsidRDefault="00371108" w:rsidP="002C292E">
      <w:pPr>
        <w:pStyle w:val="IntenseQuote"/>
      </w:pPr>
      <w:r w:rsidRPr="00371108">
        <w:t>Problem:</w:t>
      </w:r>
      <w:r w:rsidRPr="00371108">
        <w:br/>
        <w:t xml:space="preserve">For </w:t>
      </w:r>
      <w:proofErr w:type="spellStart"/>
      <w:r w:rsidRPr="00371108">
        <w:t>application_id</w:t>
      </w:r>
      <w:proofErr w:type="spellEnd"/>
      <w:r w:rsidRPr="00371108">
        <w:t xml:space="preserve"> = 2001, retrieve the 3 most recent statuses from </w:t>
      </w:r>
      <w:proofErr w:type="spellStart"/>
      <w:r w:rsidRPr="00371108">
        <w:t>status_historyN</w:t>
      </w:r>
      <w:proofErr w:type="spellEnd"/>
      <w:r w:rsidRPr="00371108">
        <w:t xml:space="preserve"> (ordered by </w:t>
      </w:r>
      <w:proofErr w:type="spellStart"/>
      <w:r w:rsidRPr="00371108">
        <w:t>change_date</w:t>
      </w:r>
      <w:proofErr w:type="spellEnd"/>
      <w:r w:rsidRPr="00371108">
        <w:t xml:space="preserve"> DESC) and print each. If fewer than three exist, print “No status at position X” for that index.</w:t>
      </w:r>
    </w:p>
    <w:p w14:paraId="448111A5" w14:textId="77777777" w:rsidR="00371108" w:rsidRDefault="00371108" w:rsidP="00371108"/>
    <w:p w14:paraId="268EB22C" w14:textId="77777777" w:rsidR="00371108" w:rsidRDefault="00371108" w:rsidP="00371108">
      <w:r>
        <w:t>DECLARE</w:t>
      </w:r>
    </w:p>
    <w:p w14:paraId="4B56038C" w14:textId="77777777" w:rsidR="00371108" w:rsidRDefault="00371108" w:rsidP="00371108">
      <w:r>
        <w:t xml:space="preserve">  </w:t>
      </w:r>
      <w:proofErr w:type="spellStart"/>
      <w:r>
        <w:t>v_status</w:t>
      </w:r>
      <w:proofErr w:type="spellEnd"/>
      <w:r>
        <w:t xml:space="preserve">  VARCHAR2(50);</w:t>
      </w:r>
    </w:p>
    <w:p w14:paraId="3DD2E93A" w14:textId="77777777" w:rsidR="00371108" w:rsidRDefault="00371108" w:rsidP="00371108">
      <w:r>
        <w:t>BEGIN</w:t>
      </w:r>
    </w:p>
    <w:p w14:paraId="5F4A27F7" w14:textId="77777777" w:rsidR="00371108" w:rsidRDefault="00371108" w:rsidP="00371108">
      <w:r>
        <w:t xml:space="preserve">  FOR </w:t>
      </w:r>
      <w:proofErr w:type="spellStart"/>
      <w:r>
        <w:t>i</w:t>
      </w:r>
      <w:proofErr w:type="spellEnd"/>
      <w:r>
        <w:t xml:space="preserve"> IN 1..3 LOOP</w:t>
      </w:r>
    </w:p>
    <w:p w14:paraId="3AEC1D07" w14:textId="77777777" w:rsidR="00371108" w:rsidRDefault="00371108" w:rsidP="00371108">
      <w:r>
        <w:t xml:space="preserve">    BEGIN</w:t>
      </w:r>
    </w:p>
    <w:p w14:paraId="0F225769" w14:textId="77777777" w:rsidR="00371108" w:rsidRDefault="00371108" w:rsidP="00371108">
      <w:r>
        <w:t xml:space="preserve">      SELECT status</w:t>
      </w:r>
    </w:p>
    <w:p w14:paraId="337FFDA9" w14:textId="77777777" w:rsidR="00371108" w:rsidRDefault="00371108" w:rsidP="00371108">
      <w:r>
        <w:t xml:space="preserve">        INTO </w:t>
      </w:r>
      <w:proofErr w:type="spellStart"/>
      <w:r>
        <w:t>v_status</w:t>
      </w:r>
      <w:proofErr w:type="spellEnd"/>
    </w:p>
    <w:p w14:paraId="5032FDCE" w14:textId="77777777" w:rsidR="00371108" w:rsidRDefault="00371108" w:rsidP="00371108">
      <w:r>
        <w:t xml:space="preserve">        FROM (</w:t>
      </w:r>
    </w:p>
    <w:p w14:paraId="4F3FB7A1" w14:textId="77777777" w:rsidR="00371108" w:rsidRDefault="00371108" w:rsidP="00371108">
      <w:r>
        <w:t xml:space="preserve">          SELECT status,</w:t>
      </w:r>
    </w:p>
    <w:p w14:paraId="5A7475A0" w14:textId="77777777" w:rsidR="00371108" w:rsidRDefault="00371108" w:rsidP="00371108">
      <w:r>
        <w:t xml:space="preserve">                 ROW_NUMBER() OVER (ORDER BY </w:t>
      </w:r>
      <w:proofErr w:type="spellStart"/>
      <w:r>
        <w:t>change_date</w:t>
      </w:r>
      <w:proofErr w:type="spellEnd"/>
      <w:r>
        <w:t xml:space="preserve"> DESC) AS </w:t>
      </w:r>
      <w:proofErr w:type="spellStart"/>
      <w:r>
        <w:t>rn</w:t>
      </w:r>
      <w:proofErr w:type="spellEnd"/>
    </w:p>
    <w:p w14:paraId="40D168AC" w14:textId="77777777" w:rsidR="00371108" w:rsidRDefault="00371108" w:rsidP="00371108">
      <w:r>
        <w:t xml:space="preserve">            FROM </w:t>
      </w:r>
      <w:proofErr w:type="spellStart"/>
      <w:r>
        <w:t>status_historyN</w:t>
      </w:r>
      <w:proofErr w:type="spellEnd"/>
    </w:p>
    <w:p w14:paraId="3CA95764" w14:textId="77777777" w:rsidR="00371108" w:rsidRDefault="00371108" w:rsidP="00371108">
      <w:r>
        <w:t xml:space="preserve">           WHERE </w:t>
      </w:r>
      <w:proofErr w:type="spellStart"/>
      <w:r>
        <w:t>application_id</w:t>
      </w:r>
      <w:proofErr w:type="spellEnd"/>
      <w:r>
        <w:t xml:space="preserve"> = 2001</w:t>
      </w:r>
    </w:p>
    <w:p w14:paraId="478A670D" w14:textId="77777777" w:rsidR="00371108" w:rsidRDefault="00371108" w:rsidP="00371108">
      <w:r>
        <w:t xml:space="preserve">        )</w:t>
      </w:r>
    </w:p>
    <w:p w14:paraId="23A041C1" w14:textId="77777777" w:rsidR="00371108" w:rsidRDefault="00371108" w:rsidP="00371108">
      <w:r>
        <w:t xml:space="preserve">       WHERE </w:t>
      </w:r>
      <w:proofErr w:type="spellStart"/>
      <w:r>
        <w:t>rn</w:t>
      </w:r>
      <w:proofErr w:type="spellEnd"/>
      <w:r>
        <w:t xml:space="preserve"> = </w:t>
      </w:r>
      <w:proofErr w:type="spellStart"/>
      <w:r>
        <w:t>i</w:t>
      </w:r>
      <w:proofErr w:type="spellEnd"/>
      <w:r>
        <w:t>;</w:t>
      </w:r>
    </w:p>
    <w:p w14:paraId="56074F65" w14:textId="77777777" w:rsidR="00371108" w:rsidRDefault="00371108" w:rsidP="00371108"/>
    <w:p w14:paraId="717DBE10" w14:textId="77777777" w:rsidR="00371108" w:rsidRDefault="00371108" w:rsidP="00371108">
      <w:r>
        <w:t xml:space="preserve">      DBMS_OUTPUT.PUT_LINE('Status ' || </w:t>
      </w:r>
      <w:proofErr w:type="spellStart"/>
      <w:r>
        <w:t>i</w:t>
      </w:r>
      <w:proofErr w:type="spellEnd"/>
      <w:r>
        <w:t xml:space="preserve"> || ': ' || </w:t>
      </w:r>
      <w:proofErr w:type="spellStart"/>
      <w:r>
        <w:t>v_status</w:t>
      </w:r>
      <w:proofErr w:type="spellEnd"/>
      <w:r>
        <w:t>);</w:t>
      </w:r>
    </w:p>
    <w:p w14:paraId="7FF16CFC" w14:textId="77777777" w:rsidR="00371108" w:rsidRDefault="00371108" w:rsidP="00371108">
      <w:r>
        <w:t xml:space="preserve">    EXCEPTION</w:t>
      </w:r>
    </w:p>
    <w:p w14:paraId="6BEF0571" w14:textId="77777777" w:rsidR="00371108" w:rsidRDefault="00371108" w:rsidP="00371108">
      <w:r>
        <w:lastRenderedPageBreak/>
        <w:t xml:space="preserve">      WHEN NO_DATA_FOUND THEN</w:t>
      </w:r>
    </w:p>
    <w:p w14:paraId="4BB0B0AB" w14:textId="77777777" w:rsidR="00371108" w:rsidRDefault="00371108" w:rsidP="00371108">
      <w:r>
        <w:t xml:space="preserve">        DBMS_OUTPUT.PUT_LINE('No status at position ' || </w:t>
      </w:r>
      <w:proofErr w:type="spellStart"/>
      <w:r>
        <w:t>i</w:t>
      </w:r>
      <w:proofErr w:type="spellEnd"/>
      <w:r>
        <w:t>);</w:t>
      </w:r>
    </w:p>
    <w:p w14:paraId="54766A42" w14:textId="77777777" w:rsidR="00371108" w:rsidRDefault="00371108" w:rsidP="00371108">
      <w:r>
        <w:t xml:space="preserve">        EXIT;</w:t>
      </w:r>
    </w:p>
    <w:p w14:paraId="5DD75385" w14:textId="77777777" w:rsidR="00371108" w:rsidRDefault="00371108" w:rsidP="00371108">
      <w:r>
        <w:t xml:space="preserve">    END;</w:t>
      </w:r>
    </w:p>
    <w:p w14:paraId="28AC0496" w14:textId="77777777" w:rsidR="00371108" w:rsidRDefault="00371108" w:rsidP="00371108">
      <w:r>
        <w:t xml:space="preserve">  END LOOP;</w:t>
      </w:r>
    </w:p>
    <w:p w14:paraId="6A38BE37" w14:textId="77777777" w:rsidR="00371108" w:rsidRDefault="00371108" w:rsidP="00371108">
      <w:r>
        <w:t>END;</w:t>
      </w:r>
    </w:p>
    <w:p w14:paraId="4104DA4C" w14:textId="1DE62803" w:rsidR="00371108" w:rsidRDefault="00371108" w:rsidP="00371108">
      <w:r>
        <w:t>/</w:t>
      </w:r>
    </w:p>
    <w:p w14:paraId="229C41E4" w14:textId="6412D546" w:rsidR="00371108" w:rsidRDefault="00371108" w:rsidP="00371108">
      <w:pPr>
        <w:rPr>
          <w:rtl/>
        </w:rPr>
      </w:pPr>
      <w:r>
        <w:rPr>
          <w:noProof/>
        </w:rPr>
        <w:drawing>
          <wp:inline distT="0" distB="0" distL="0" distR="0" wp14:anchorId="418CD38B" wp14:editId="529C51AA">
            <wp:extent cx="4790476" cy="561905"/>
            <wp:effectExtent l="0" t="0" r="0" b="0"/>
            <wp:docPr id="179870791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8707915" name=""/>
                    <pic:cNvPicPr/>
                  </pic:nvPicPr>
                  <pic:blipFill>
                    <a:blip r:embed="rId17"/>
                    <a:stretch>
                      <a:fillRect/>
                    </a:stretch>
                  </pic:blipFill>
                  <pic:spPr>
                    <a:xfrm>
                      <a:off x="0" y="0"/>
                      <a:ext cx="4790476" cy="561905"/>
                    </a:xfrm>
                    <a:prstGeom prst="rect">
                      <a:avLst/>
                    </a:prstGeom>
                  </pic:spPr>
                </pic:pic>
              </a:graphicData>
            </a:graphic>
          </wp:inline>
        </w:drawing>
      </w:r>
    </w:p>
    <w:p w14:paraId="19D10B2F" w14:textId="0BFF6068" w:rsidR="00660810" w:rsidRDefault="00660810" w:rsidP="00371108">
      <w:r w:rsidRPr="00660810">
        <w:drawing>
          <wp:inline distT="0" distB="0" distL="0" distR="0" wp14:anchorId="5F223ADD" wp14:editId="0CFDE001">
            <wp:extent cx="3477110" cy="657317"/>
            <wp:effectExtent l="0" t="0" r="0" b="9525"/>
            <wp:docPr id="1163265246" name="Picture 1" descr="A black and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3265246" name="Picture 1" descr="A black and white text&#10;&#10;AI-generated content may be incorrect."/>
                    <pic:cNvPicPr/>
                  </pic:nvPicPr>
                  <pic:blipFill>
                    <a:blip r:embed="rId19"/>
                    <a:stretch>
                      <a:fillRect/>
                    </a:stretch>
                  </pic:blipFill>
                  <pic:spPr>
                    <a:xfrm>
                      <a:off x="0" y="0"/>
                      <a:ext cx="3477110" cy="657317"/>
                    </a:xfrm>
                    <a:prstGeom prst="rect">
                      <a:avLst/>
                    </a:prstGeom>
                  </pic:spPr>
                </pic:pic>
              </a:graphicData>
            </a:graphic>
          </wp:inline>
        </w:drawing>
      </w:r>
    </w:p>
    <w:p w14:paraId="530A68D3" w14:textId="77777777" w:rsidR="00371108" w:rsidRPr="00371108" w:rsidRDefault="00371108" w:rsidP="002C292E">
      <w:pPr>
        <w:pStyle w:val="IntenseQuote"/>
      </w:pPr>
      <w:r w:rsidRPr="00371108">
        <w:t xml:space="preserve">9. Generate a unique 6‐digit </w:t>
      </w:r>
      <w:proofErr w:type="spellStart"/>
      <w:r w:rsidRPr="00371108">
        <w:t>document_id</w:t>
      </w:r>
      <w:proofErr w:type="spellEnd"/>
      <w:r w:rsidRPr="00371108">
        <w:t xml:space="preserve"> using a WHILE loop</w:t>
      </w:r>
    </w:p>
    <w:p w14:paraId="516458B1" w14:textId="77777777" w:rsidR="00371108" w:rsidRPr="00371108" w:rsidRDefault="00371108" w:rsidP="002C292E">
      <w:pPr>
        <w:pStyle w:val="IntenseQuote"/>
      </w:pPr>
      <w:r w:rsidRPr="00371108">
        <w:t>Problem:</w:t>
      </w:r>
      <w:r w:rsidRPr="00371108">
        <w:br/>
        <w:t xml:space="preserve">Use a WHILE loop starting from </w:t>
      </w:r>
      <w:proofErr w:type="spellStart"/>
      <w:r w:rsidRPr="00371108">
        <w:t>v_doc_id</w:t>
      </w:r>
      <w:proofErr w:type="spellEnd"/>
      <w:r w:rsidRPr="00371108">
        <w:t xml:space="preserve"> := 100000 up to 100010.</w:t>
      </w:r>
      <w:r w:rsidRPr="00371108">
        <w:br/>
        <w:t xml:space="preserve">On each iteration, check if there exists a row in </w:t>
      </w:r>
      <w:proofErr w:type="spellStart"/>
      <w:r w:rsidRPr="00371108">
        <w:t>documentsN</w:t>
      </w:r>
      <w:proofErr w:type="spellEnd"/>
      <w:r w:rsidRPr="00371108">
        <w:t xml:space="preserve"> with that </w:t>
      </w:r>
      <w:proofErr w:type="spellStart"/>
      <w:r w:rsidRPr="00371108">
        <w:t>document_id</w:t>
      </w:r>
      <w:proofErr w:type="spellEnd"/>
      <w:r w:rsidRPr="00371108">
        <w:t>.</w:t>
      </w:r>
    </w:p>
    <w:p w14:paraId="11AB69AD" w14:textId="77777777" w:rsidR="00371108" w:rsidRPr="00371108" w:rsidRDefault="00371108" w:rsidP="002C292E">
      <w:pPr>
        <w:pStyle w:val="IntenseQuote"/>
      </w:pPr>
      <w:r w:rsidRPr="00371108">
        <w:t xml:space="preserve">If none exists, print “First unused </w:t>
      </w:r>
      <w:proofErr w:type="spellStart"/>
      <w:r w:rsidRPr="00371108">
        <w:t>document_id</w:t>
      </w:r>
      <w:proofErr w:type="spellEnd"/>
      <w:r w:rsidRPr="00371108">
        <w:t>: &lt;id&gt;” and exit.</w:t>
      </w:r>
    </w:p>
    <w:p w14:paraId="7801D07C" w14:textId="77777777" w:rsidR="00371108" w:rsidRPr="00371108" w:rsidRDefault="00371108" w:rsidP="002C292E">
      <w:pPr>
        <w:pStyle w:val="IntenseQuote"/>
      </w:pPr>
      <w:r w:rsidRPr="00371108">
        <w:t>If an error occurs, catch it and print “Error checking id &lt;id&gt;”.</w:t>
      </w:r>
    </w:p>
    <w:p w14:paraId="4D32906D" w14:textId="77777777" w:rsidR="00371108" w:rsidRDefault="00371108" w:rsidP="00371108"/>
    <w:p w14:paraId="27DB8881" w14:textId="77777777" w:rsidR="00371108" w:rsidRDefault="00371108" w:rsidP="00371108">
      <w:r>
        <w:t>DECLARE</w:t>
      </w:r>
    </w:p>
    <w:p w14:paraId="2C108DB6" w14:textId="77777777" w:rsidR="00371108" w:rsidRDefault="00371108" w:rsidP="00371108">
      <w:r>
        <w:t xml:space="preserve">  </w:t>
      </w:r>
      <w:proofErr w:type="spellStart"/>
      <w:r>
        <w:t>v_doc_id</w:t>
      </w:r>
      <w:proofErr w:type="spellEnd"/>
      <w:r>
        <w:t xml:space="preserve">   NUMBER := 100000;</w:t>
      </w:r>
    </w:p>
    <w:p w14:paraId="12195896" w14:textId="77777777" w:rsidR="00371108" w:rsidRDefault="00371108" w:rsidP="00371108">
      <w:r>
        <w:t xml:space="preserve">  </w:t>
      </w:r>
      <w:proofErr w:type="spellStart"/>
      <w:r>
        <w:t>v_cnt</w:t>
      </w:r>
      <w:proofErr w:type="spellEnd"/>
      <w:r>
        <w:t xml:space="preserve">      NUMBER;</w:t>
      </w:r>
    </w:p>
    <w:p w14:paraId="71682152" w14:textId="77777777" w:rsidR="00371108" w:rsidRDefault="00371108" w:rsidP="00371108">
      <w:r>
        <w:t>BEGIN</w:t>
      </w:r>
    </w:p>
    <w:p w14:paraId="42D334C9" w14:textId="77777777" w:rsidR="00371108" w:rsidRDefault="00371108" w:rsidP="00371108">
      <w:r>
        <w:t xml:space="preserve">  WHILE </w:t>
      </w:r>
      <w:proofErr w:type="spellStart"/>
      <w:r>
        <w:t>v_doc_id</w:t>
      </w:r>
      <w:proofErr w:type="spellEnd"/>
      <w:r>
        <w:t xml:space="preserve"> &lt;= 100010 LOOP</w:t>
      </w:r>
    </w:p>
    <w:p w14:paraId="3B9CCF5F" w14:textId="77777777" w:rsidR="00371108" w:rsidRDefault="00371108" w:rsidP="00371108">
      <w:r>
        <w:t xml:space="preserve">    BEGIN</w:t>
      </w:r>
    </w:p>
    <w:p w14:paraId="09CC4CE0" w14:textId="77777777" w:rsidR="00371108" w:rsidRDefault="00371108" w:rsidP="00371108">
      <w:r>
        <w:t xml:space="preserve">      SELECT COUNT(*) </w:t>
      </w:r>
    </w:p>
    <w:p w14:paraId="7DADED49" w14:textId="77777777" w:rsidR="00371108" w:rsidRDefault="00371108" w:rsidP="00371108">
      <w:r>
        <w:lastRenderedPageBreak/>
        <w:t xml:space="preserve">        INTO </w:t>
      </w:r>
      <w:proofErr w:type="spellStart"/>
      <w:r>
        <w:t>v_cnt</w:t>
      </w:r>
      <w:proofErr w:type="spellEnd"/>
    </w:p>
    <w:p w14:paraId="14750767" w14:textId="77777777" w:rsidR="00371108" w:rsidRDefault="00371108" w:rsidP="00371108">
      <w:r>
        <w:t xml:space="preserve">        FROM </w:t>
      </w:r>
      <w:proofErr w:type="spellStart"/>
      <w:r>
        <w:t>documentsN</w:t>
      </w:r>
      <w:proofErr w:type="spellEnd"/>
    </w:p>
    <w:p w14:paraId="68A9B3E3" w14:textId="77777777" w:rsidR="00371108" w:rsidRDefault="00371108" w:rsidP="00371108">
      <w:r>
        <w:t xml:space="preserve">       WHERE </w:t>
      </w:r>
      <w:proofErr w:type="spellStart"/>
      <w:r>
        <w:t>document_id</w:t>
      </w:r>
      <w:proofErr w:type="spellEnd"/>
      <w:r>
        <w:t xml:space="preserve"> = </w:t>
      </w:r>
      <w:proofErr w:type="spellStart"/>
      <w:r>
        <w:t>v_doc_id</w:t>
      </w:r>
      <w:proofErr w:type="spellEnd"/>
      <w:r>
        <w:t>;</w:t>
      </w:r>
    </w:p>
    <w:p w14:paraId="5166F184" w14:textId="77777777" w:rsidR="00371108" w:rsidRDefault="00371108" w:rsidP="00371108"/>
    <w:p w14:paraId="754C3DED" w14:textId="77777777" w:rsidR="00371108" w:rsidRDefault="00371108" w:rsidP="00371108">
      <w:r>
        <w:t xml:space="preserve">      IF </w:t>
      </w:r>
      <w:proofErr w:type="spellStart"/>
      <w:r>
        <w:t>v_cnt</w:t>
      </w:r>
      <w:proofErr w:type="spellEnd"/>
      <w:r>
        <w:t xml:space="preserve"> = 0 THEN</w:t>
      </w:r>
    </w:p>
    <w:p w14:paraId="08F0994C" w14:textId="77777777" w:rsidR="00371108" w:rsidRDefault="00371108" w:rsidP="00371108">
      <w:r>
        <w:t xml:space="preserve">        DBMS_OUTPUT.PUT_LINE('First unused </w:t>
      </w:r>
      <w:proofErr w:type="spellStart"/>
      <w:r>
        <w:t>document_id</w:t>
      </w:r>
      <w:proofErr w:type="spellEnd"/>
      <w:r>
        <w:t xml:space="preserve">: ' || </w:t>
      </w:r>
      <w:proofErr w:type="spellStart"/>
      <w:r>
        <w:t>v_doc_id</w:t>
      </w:r>
      <w:proofErr w:type="spellEnd"/>
      <w:r>
        <w:t>);</w:t>
      </w:r>
    </w:p>
    <w:p w14:paraId="1135B72D" w14:textId="77777777" w:rsidR="00371108" w:rsidRDefault="00371108" w:rsidP="00371108">
      <w:r>
        <w:t xml:space="preserve">        EXIT;</w:t>
      </w:r>
    </w:p>
    <w:p w14:paraId="54C10686" w14:textId="77777777" w:rsidR="00371108" w:rsidRDefault="00371108" w:rsidP="00371108">
      <w:r>
        <w:t xml:space="preserve">      END IF;</w:t>
      </w:r>
    </w:p>
    <w:p w14:paraId="0C241FF8" w14:textId="77777777" w:rsidR="00371108" w:rsidRDefault="00371108" w:rsidP="00371108">
      <w:r>
        <w:t xml:space="preserve">    EXCEPTION</w:t>
      </w:r>
    </w:p>
    <w:p w14:paraId="60EB260A" w14:textId="77777777" w:rsidR="00371108" w:rsidRDefault="00371108" w:rsidP="00371108">
      <w:r>
        <w:t xml:space="preserve">      WHEN OTHERS THEN</w:t>
      </w:r>
    </w:p>
    <w:p w14:paraId="381F2945" w14:textId="77777777" w:rsidR="00371108" w:rsidRDefault="00371108" w:rsidP="00371108">
      <w:r>
        <w:t xml:space="preserve">        DBMS_OUTPUT.PUT_LINE('Error checking </w:t>
      </w:r>
      <w:proofErr w:type="spellStart"/>
      <w:r>
        <w:t>document_id</w:t>
      </w:r>
      <w:proofErr w:type="spellEnd"/>
      <w:r>
        <w:t xml:space="preserve"> ' || </w:t>
      </w:r>
      <w:proofErr w:type="spellStart"/>
      <w:r>
        <w:t>v_doc_id</w:t>
      </w:r>
      <w:proofErr w:type="spellEnd"/>
      <w:r>
        <w:t>);</w:t>
      </w:r>
    </w:p>
    <w:p w14:paraId="1E7F1B87" w14:textId="77777777" w:rsidR="00371108" w:rsidRDefault="00371108" w:rsidP="00371108">
      <w:r>
        <w:t xml:space="preserve">    END;</w:t>
      </w:r>
    </w:p>
    <w:p w14:paraId="0D4FCD42" w14:textId="77777777" w:rsidR="00371108" w:rsidRDefault="00371108" w:rsidP="00371108"/>
    <w:p w14:paraId="49820DD4" w14:textId="77777777" w:rsidR="00371108" w:rsidRDefault="00371108" w:rsidP="00371108">
      <w:r>
        <w:t xml:space="preserve">    </w:t>
      </w:r>
      <w:proofErr w:type="spellStart"/>
      <w:r>
        <w:t>v_doc_id</w:t>
      </w:r>
      <w:proofErr w:type="spellEnd"/>
      <w:r>
        <w:t xml:space="preserve"> := </w:t>
      </w:r>
      <w:proofErr w:type="spellStart"/>
      <w:r>
        <w:t>v_doc_id</w:t>
      </w:r>
      <w:proofErr w:type="spellEnd"/>
      <w:r>
        <w:t xml:space="preserve"> + 1;</w:t>
      </w:r>
    </w:p>
    <w:p w14:paraId="1D596857" w14:textId="77777777" w:rsidR="00371108" w:rsidRDefault="00371108" w:rsidP="00371108">
      <w:r>
        <w:t xml:space="preserve">  END LOOP;</w:t>
      </w:r>
    </w:p>
    <w:p w14:paraId="0A04A1C8" w14:textId="77777777" w:rsidR="00371108" w:rsidRDefault="00371108" w:rsidP="00371108">
      <w:r>
        <w:t>END;</w:t>
      </w:r>
    </w:p>
    <w:p w14:paraId="6BFE5BF0" w14:textId="6EBF36C4" w:rsidR="00371108" w:rsidRDefault="00371108" w:rsidP="00371108">
      <w:r>
        <w:t>/</w:t>
      </w:r>
    </w:p>
    <w:p w14:paraId="2BB73AAC" w14:textId="1BB67736" w:rsidR="00371108" w:rsidRDefault="00660810" w:rsidP="00371108">
      <w:r w:rsidRPr="00660810">
        <w:lastRenderedPageBreak/>
        <w:drawing>
          <wp:inline distT="0" distB="0" distL="0" distR="0" wp14:anchorId="42081621" wp14:editId="4D659252">
            <wp:extent cx="5087060" cy="2886478"/>
            <wp:effectExtent l="0" t="0" r="0" b="9525"/>
            <wp:docPr id="1425588480" name="Picture 1" descr="A screenshot of a computer erro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5588480" name="Picture 1" descr="A screenshot of a computer error&#10;&#10;AI-generated content may be incorrect."/>
                    <pic:cNvPicPr/>
                  </pic:nvPicPr>
                  <pic:blipFill>
                    <a:blip r:embed="rId20"/>
                    <a:stretch>
                      <a:fillRect/>
                    </a:stretch>
                  </pic:blipFill>
                  <pic:spPr>
                    <a:xfrm>
                      <a:off x="0" y="0"/>
                      <a:ext cx="5087060" cy="2886478"/>
                    </a:xfrm>
                    <a:prstGeom prst="rect">
                      <a:avLst/>
                    </a:prstGeom>
                  </pic:spPr>
                </pic:pic>
              </a:graphicData>
            </a:graphic>
          </wp:inline>
        </w:drawing>
      </w:r>
    </w:p>
    <w:p w14:paraId="3AAAD0F8" w14:textId="77777777" w:rsidR="00371108" w:rsidRPr="00371108" w:rsidRDefault="00371108" w:rsidP="002C292E">
      <w:pPr>
        <w:pStyle w:val="IntenseQuote"/>
      </w:pPr>
      <w:r w:rsidRPr="00371108">
        <w:t xml:space="preserve">10. Loop through </w:t>
      </w:r>
      <w:proofErr w:type="spellStart"/>
      <w:r w:rsidRPr="00371108">
        <w:t>documentsN</w:t>
      </w:r>
      <w:proofErr w:type="spellEnd"/>
      <w:r w:rsidRPr="00371108">
        <w:t xml:space="preserve"> and stop at first PDF</w:t>
      </w:r>
    </w:p>
    <w:p w14:paraId="461F97E7" w14:textId="77777777" w:rsidR="00371108" w:rsidRDefault="00371108" w:rsidP="002C292E">
      <w:pPr>
        <w:pStyle w:val="IntenseQuote"/>
        <w:rPr>
          <w:rtl/>
        </w:rPr>
      </w:pPr>
      <w:r w:rsidRPr="00371108">
        <w:t>Problem:</w:t>
      </w:r>
      <w:r w:rsidRPr="00371108">
        <w:br/>
        <w:t xml:space="preserve">Use an explicit LOOP … EXIT with a cursor over </w:t>
      </w:r>
      <w:proofErr w:type="spellStart"/>
      <w:r w:rsidRPr="00371108">
        <w:t>documentsN</w:t>
      </w:r>
      <w:proofErr w:type="spellEnd"/>
      <w:r w:rsidRPr="00371108">
        <w:t xml:space="preserve"> ordered by </w:t>
      </w:r>
      <w:proofErr w:type="spellStart"/>
      <w:r w:rsidRPr="00371108">
        <w:t>upload_date</w:t>
      </w:r>
      <w:proofErr w:type="spellEnd"/>
      <w:r w:rsidRPr="00371108">
        <w:t>.</w:t>
      </w:r>
      <w:r w:rsidRPr="00371108">
        <w:br/>
        <w:t>Fetch (</w:t>
      </w:r>
      <w:proofErr w:type="spellStart"/>
      <w:r w:rsidRPr="00371108">
        <w:t>document_id</w:t>
      </w:r>
      <w:proofErr w:type="spellEnd"/>
      <w:r w:rsidRPr="00371108">
        <w:t xml:space="preserve">, </w:t>
      </w:r>
      <w:proofErr w:type="spellStart"/>
      <w:r w:rsidRPr="00371108">
        <w:t>doc_type</w:t>
      </w:r>
      <w:proofErr w:type="spellEnd"/>
      <w:r w:rsidRPr="00371108">
        <w:t xml:space="preserve">) and exit the loop as soon as </w:t>
      </w:r>
      <w:proofErr w:type="spellStart"/>
      <w:r w:rsidRPr="00371108">
        <w:t>doc_type</w:t>
      </w:r>
      <w:proofErr w:type="spellEnd"/>
      <w:r w:rsidRPr="00371108">
        <w:t xml:space="preserve"> = 'PDF', printing “Found PDF document: &lt;id&gt;”. If none found, exit naturally.</w:t>
      </w:r>
    </w:p>
    <w:p w14:paraId="6B7A6D7A" w14:textId="77777777" w:rsidR="00660810" w:rsidRDefault="00660810" w:rsidP="00660810"/>
    <w:p w14:paraId="52C6C80C" w14:textId="77777777" w:rsidR="00660810" w:rsidRDefault="00660810" w:rsidP="00660810">
      <w:r>
        <w:t>DECLARE</w:t>
      </w:r>
    </w:p>
    <w:p w14:paraId="2EF54F66" w14:textId="77777777" w:rsidR="00660810" w:rsidRDefault="00660810" w:rsidP="00660810">
      <w:r>
        <w:t xml:space="preserve">  CURSOR </w:t>
      </w:r>
      <w:proofErr w:type="spellStart"/>
      <w:r>
        <w:t>c_docs</w:t>
      </w:r>
      <w:proofErr w:type="spellEnd"/>
      <w:r>
        <w:t xml:space="preserve"> IS</w:t>
      </w:r>
    </w:p>
    <w:p w14:paraId="13F3CA22" w14:textId="77777777" w:rsidR="00660810" w:rsidRDefault="00660810" w:rsidP="00660810">
      <w:r>
        <w:t xml:space="preserve">    SELECT </w:t>
      </w:r>
      <w:proofErr w:type="spellStart"/>
      <w:r>
        <w:t>document_id</w:t>
      </w:r>
      <w:proofErr w:type="spellEnd"/>
      <w:r>
        <w:t xml:space="preserve">, </w:t>
      </w:r>
      <w:proofErr w:type="spellStart"/>
      <w:r>
        <w:t>doc_type</w:t>
      </w:r>
      <w:proofErr w:type="spellEnd"/>
    </w:p>
    <w:p w14:paraId="0A9E382C" w14:textId="77777777" w:rsidR="00660810" w:rsidRDefault="00660810" w:rsidP="00660810">
      <w:r>
        <w:t xml:space="preserve">      FROM </w:t>
      </w:r>
      <w:proofErr w:type="spellStart"/>
      <w:r>
        <w:t>documentsN</w:t>
      </w:r>
      <w:proofErr w:type="spellEnd"/>
    </w:p>
    <w:p w14:paraId="72DD9DD6" w14:textId="77777777" w:rsidR="00660810" w:rsidRDefault="00660810" w:rsidP="00660810">
      <w:r>
        <w:t xml:space="preserve">     ORDER BY </w:t>
      </w:r>
      <w:proofErr w:type="spellStart"/>
      <w:r>
        <w:t>upload_date</w:t>
      </w:r>
      <w:proofErr w:type="spellEnd"/>
      <w:r>
        <w:t>;</w:t>
      </w:r>
    </w:p>
    <w:p w14:paraId="3AFD213D" w14:textId="77777777" w:rsidR="00660810" w:rsidRDefault="00660810" w:rsidP="00660810">
      <w:r>
        <w:t xml:space="preserve">  </w:t>
      </w:r>
    </w:p>
    <w:p w14:paraId="1BF0FCCD" w14:textId="77777777" w:rsidR="00660810" w:rsidRDefault="00660810" w:rsidP="00660810">
      <w:r>
        <w:t xml:space="preserve">  </w:t>
      </w:r>
      <w:proofErr w:type="spellStart"/>
      <w:r>
        <w:t>v_id</w:t>
      </w:r>
      <w:proofErr w:type="spellEnd"/>
      <w:r>
        <w:t xml:space="preserve">    </w:t>
      </w:r>
      <w:proofErr w:type="spellStart"/>
      <w:r>
        <w:t>documentsN.document_id%TYPE</w:t>
      </w:r>
      <w:proofErr w:type="spellEnd"/>
      <w:r>
        <w:t>;</w:t>
      </w:r>
    </w:p>
    <w:p w14:paraId="071EFD92" w14:textId="77777777" w:rsidR="00660810" w:rsidRDefault="00660810" w:rsidP="00660810">
      <w:r>
        <w:t xml:space="preserve">  </w:t>
      </w:r>
      <w:proofErr w:type="spellStart"/>
      <w:r>
        <w:t>v_type</w:t>
      </w:r>
      <w:proofErr w:type="spellEnd"/>
      <w:r>
        <w:t xml:space="preserve">  </w:t>
      </w:r>
      <w:proofErr w:type="spellStart"/>
      <w:r>
        <w:t>documentsN.doc_type%TYPE</w:t>
      </w:r>
      <w:proofErr w:type="spellEnd"/>
      <w:r>
        <w:t>;</w:t>
      </w:r>
    </w:p>
    <w:p w14:paraId="4AF28D40" w14:textId="77777777" w:rsidR="00660810" w:rsidRDefault="00660810" w:rsidP="00660810">
      <w:r>
        <w:t>BEGIN</w:t>
      </w:r>
    </w:p>
    <w:p w14:paraId="5621A777" w14:textId="77777777" w:rsidR="00660810" w:rsidRDefault="00660810" w:rsidP="00660810">
      <w:r>
        <w:t xml:space="preserve">  OPEN </w:t>
      </w:r>
      <w:proofErr w:type="spellStart"/>
      <w:r>
        <w:t>c_docs</w:t>
      </w:r>
      <w:proofErr w:type="spellEnd"/>
      <w:r>
        <w:t>;</w:t>
      </w:r>
    </w:p>
    <w:p w14:paraId="64226A8D" w14:textId="77777777" w:rsidR="00660810" w:rsidRDefault="00660810" w:rsidP="00660810">
      <w:r>
        <w:lastRenderedPageBreak/>
        <w:t xml:space="preserve">  LOOP</w:t>
      </w:r>
    </w:p>
    <w:p w14:paraId="175E99C3" w14:textId="77777777" w:rsidR="00660810" w:rsidRDefault="00660810" w:rsidP="00660810">
      <w:r>
        <w:t xml:space="preserve">    FETCH </w:t>
      </w:r>
      <w:proofErr w:type="spellStart"/>
      <w:r>
        <w:t>c_docs</w:t>
      </w:r>
      <w:proofErr w:type="spellEnd"/>
      <w:r>
        <w:t xml:space="preserve"> INTO </w:t>
      </w:r>
      <w:proofErr w:type="spellStart"/>
      <w:r>
        <w:t>v_id</w:t>
      </w:r>
      <w:proofErr w:type="spellEnd"/>
      <w:r>
        <w:t xml:space="preserve">, </w:t>
      </w:r>
      <w:proofErr w:type="spellStart"/>
      <w:r>
        <w:t>v_type</w:t>
      </w:r>
      <w:proofErr w:type="spellEnd"/>
      <w:r>
        <w:t>;</w:t>
      </w:r>
    </w:p>
    <w:p w14:paraId="233D8EF4" w14:textId="77777777" w:rsidR="00660810" w:rsidRDefault="00660810" w:rsidP="00660810">
      <w:r>
        <w:t xml:space="preserve">    EXIT WHEN </w:t>
      </w:r>
      <w:proofErr w:type="spellStart"/>
      <w:r>
        <w:t>c_docs%NOTFOUND</w:t>
      </w:r>
      <w:proofErr w:type="spellEnd"/>
      <w:r>
        <w:t>;</w:t>
      </w:r>
    </w:p>
    <w:p w14:paraId="0BA1FA90" w14:textId="77777777" w:rsidR="00660810" w:rsidRDefault="00660810" w:rsidP="00660810"/>
    <w:p w14:paraId="60162A92" w14:textId="77777777" w:rsidR="00660810" w:rsidRDefault="00660810" w:rsidP="00660810">
      <w:r>
        <w:t xml:space="preserve">    IF UPPER(</w:t>
      </w:r>
      <w:proofErr w:type="spellStart"/>
      <w:r>
        <w:t>v_type</w:t>
      </w:r>
      <w:proofErr w:type="spellEnd"/>
      <w:r>
        <w:t>) = 'PDF' THEN</w:t>
      </w:r>
    </w:p>
    <w:p w14:paraId="4D6C0F16" w14:textId="77777777" w:rsidR="00660810" w:rsidRDefault="00660810" w:rsidP="00660810">
      <w:r>
        <w:t xml:space="preserve">      DBMS_OUTPUT.PUT_LINE('Found PDF document with ID: ' || </w:t>
      </w:r>
      <w:proofErr w:type="spellStart"/>
      <w:r>
        <w:t>v_id</w:t>
      </w:r>
      <w:proofErr w:type="spellEnd"/>
      <w:r>
        <w:t>);</w:t>
      </w:r>
    </w:p>
    <w:p w14:paraId="458B95FC" w14:textId="77777777" w:rsidR="00660810" w:rsidRDefault="00660810" w:rsidP="00660810">
      <w:r>
        <w:t xml:space="preserve">      EXIT;</w:t>
      </w:r>
    </w:p>
    <w:p w14:paraId="1705B9F8" w14:textId="77777777" w:rsidR="00660810" w:rsidRDefault="00660810" w:rsidP="00660810">
      <w:r>
        <w:t xml:space="preserve">    END IF;</w:t>
      </w:r>
    </w:p>
    <w:p w14:paraId="51BC1544" w14:textId="77777777" w:rsidR="00660810" w:rsidRDefault="00660810" w:rsidP="00660810">
      <w:r>
        <w:t xml:space="preserve">  END LOOP;</w:t>
      </w:r>
    </w:p>
    <w:p w14:paraId="3788B80E" w14:textId="77777777" w:rsidR="00660810" w:rsidRDefault="00660810" w:rsidP="00660810">
      <w:r>
        <w:t xml:space="preserve">  CLOSE </w:t>
      </w:r>
      <w:proofErr w:type="spellStart"/>
      <w:r>
        <w:t>c_docs</w:t>
      </w:r>
      <w:proofErr w:type="spellEnd"/>
      <w:r>
        <w:t>;</w:t>
      </w:r>
    </w:p>
    <w:p w14:paraId="1309CF93" w14:textId="77777777" w:rsidR="00660810" w:rsidRDefault="00660810" w:rsidP="00660810">
      <w:r>
        <w:t>END;</w:t>
      </w:r>
    </w:p>
    <w:p w14:paraId="74DC7241" w14:textId="7A6CEFC0" w:rsidR="00660810" w:rsidRPr="00371108" w:rsidRDefault="00660810" w:rsidP="00660810">
      <w:r>
        <w:t>/</w:t>
      </w:r>
    </w:p>
    <w:p w14:paraId="4A1D75BA" w14:textId="348457C2" w:rsidR="00371108" w:rsidRDefault="00660810" w:rsidP="00371108">
      <w:pPr>
        <w:rPr>
          <w:rtl/>
        </w:rPr>
      </w:pPr>
      <w:r w:rsidRPr="00660810">
        <w:drawing>
          <wp:inline distT="0" distB="0" distL="0" distR="0" wp14:anchorId="5427764E" wp14:editId="374FAC18">
            <wp:extent cx="5486400" cy="1388110"/>
            <wp:effectExtent l="0" t="0" r="0" b="2540"/>
            <wp:docPr id="537566190" name="Picture 1" descr="A close up of word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7566190" name="Picture 1" descr="A close up of words&#10;&#10;AI-generated content may be incorrect."/>
                    <pic:cNvPicPr/>
                  </pic:nvPicPr>
                  <pic:blipFill>
                    <a:blip r:embed="rId21"/>
                    <a:stretch>
                      <a:fillRect/>
                    </a:stretch>
                  </pic:blipFill>
                  <pic:spPr>
                    <a:xfrm>
                      <a:off x="0" y="0"/>
                      <a:ext cx="5486400" cy="1388110"/>
                    </a:xfrm>
                    <a:prstGeom prst="rect">
                      <a:avLst/>
                    </a:prstGeom>
                  </pic:spPr>
                </pic:pic>
              </a:graphicData>
            </a:graphic>
          </wp:inline>
        </w:drawing>
      </w:r>
    </w:p>
    <w:p w14:paraId="080FF413" w14:textId="6FB899D9" w:rsidR="00660810" w:rsidRDefault="00CD4559" w:rsidP="002C292E">
      <w:pPr>
        <w:pStyle w:val="IntenseQuote"/>
      </w:pPr>
      <w:r w:rsidRPr="00CD4559">
        <w:t>11. Use an associative array (INDEX BY) to map each client’s ID to their number of applications, then print “Client &lt;ID&gt;: &lt;count&gt;” only for those with at least three application.</w:t>
      </w:r>
    </w:p>
    <w:p w14:paraId="56695A25" w14:textId="77777777" w:rsidR="000C7FDB" w:rsidRPr="000C7FDB" w:rsidRDefault="000C7FDB" w:rsidP="000C7FDB">
      <w:r w:rsidRPr="000C7FDB">
        <w:t>SET SERVEROUTPUT ON;</w:t>
      </w:r>
    </w:p>
    <w:p w14:paraId="22B41E7A" w14:textId="77777777" w:rsidR="000C7FDB" w:rsidRPr="000C7FDB" w:rsidRDefault="000C7FDB" w:rsidP="000C7FDB">
      <w:r w:rsidRPr="000C7FDB">
        <w:t>DECLARE</w:t>
      </w:r>
    </w:p>
    <w:p w14:paraId="7301EA69" w14:textId="77777777" w:rsidR="000C7FDB" w:rsidRPr="000C7FDB" w:rsidRDefault="000C7FDB" w:rsidP="000C7FDB">
      <w:r w:rsidRPr="000C7FDB">
        <w:t xml:space="preserve">  TYPE </w:t>
      </w:r>
      <w:proofErr w:type="spellStart"/>
      <w:r w:rsidRPr="000C7FDB">
        <w:t>t_app_cnt</w:t>
      </w:r>
      <w:proofErr w:type="spellEnd"/>
      <w:r w:rsidRPr="000C7FDB">
        <w:t xml:space="preserve"> IS TABLE OF NUMBER INDEX BY PLS_INTEGER;</w:t>
      </w:r>
    </w:p>
    <w:p w14:paraId="2B8AB1E9" w14:textId="77777777" w:rsidR="000C7FDB" w:rsidRPr="000C7FDB" w:rsidRDefault="000C7FDB" w:rsidP="000C7FDB">
      <w:r w:rsidRPr="000C7FDB">
        <w:t xml:space="preserve">  </w:t>
      </w:r>
      <w:proofErr w:type="spellStart"/>
      <w:r w:rsidRPr="000C7FDB">
        <w:t>v_cnts</w:t>
      </w:r>
      <w:proofErr w:type="spellEnd"/>
      <w:r w:rsidRPr="000C7FDB">
        <w:t xml:space="preserve">   </w:t>
      </w:r>
      <w:proofErr w:type="spellStart"/>
      <w:r w:rsidRPr="000C7FDB">
        <w:t>t_app_cnt</w:t>
      </w:r>
      <w:proofErr w:type="spellEnd"/>
      <w:r w:rsidRPr="000C7FDB">
        <w:t>;</w:t>
      </w:r>
    </w:p>
    <w:p w14:paraId="02D8038D" w14:textId="77777777" w:rsidR="000C7FDB" w:rsidRPr="000C7FDB" w:rsidRDefault="000C7FDB" w:rsidP="000C7FDB">
      <w:r w:rsidRPr="000C7FDB">
        <w:t xml:space="preserve">  </w:t>
      </w:r>
      <w:proofErr w:type="spellStart"/>
      <w:r w:rsidRPr="000C7FDB">
        <w:t>v_count</w:t>
      </w:r>
      <w:proofErr w:type="spellEnd"/>
      <w:r w:rsidRPr="000C7FDB">
        <w:t xml:space="preserve">  NUMBER;</w:t>
      </w:r>
    </w:p>
    <w:p w14:paraId="340CEBC6" w14:textId="77777777" w:rsidR="000C7FDB" w:rsidRPr="000C7FDB" w:rsidRDefault="000C7FDB" w:rsidP="000C7FDB">
      <w:r w:rsidRPr="000C7FDB">
        <w:t xml:space="preserve">  </w:t>
      </w:r>
      <w:proofErr w:type="spellStart"/>
      <w:r w:rsidRPr="000C7FDB">
        <w:t>l_idx</w:t>
      </w:r>
      <w:proofErr w:type="spellEnd"/>
      <w:r w:rsidRPr="000C7FDB">
        <w:t xml:space="preserve">    PLS_INTEGER;</w:t>
      </w:r>
    </w:p>
    <w:p w14:paraId="6EBDE392" w14:textId="77777777" w:rsidR="000C7FDB" w:rsidRPr="000C7FDB" w:rsidRDefault="000C7FDB" w:rsidP="000C7FDB">
      <w:r w:rsidRPr="000C7FDB">
        <w:t>BEGIN</w:t>
      </w:r>
    </w:p>
    <w:p w14:paraId="05D04450" w14:textId="77777777" w:rsidR="000C7FDB" w:rsidRPr="000C7FDB" w:rsidRDefault="000C7FDB" w:rsidP="000C7FDB">
      <w:r w:rsidRPr="000C7FDB">
        <w:lastRenderedPageBreak/>
        <w:t xml:space="preserve">  FOR rec IN (SELECT DISTINCT </w:t>
      </w:r>
      <w:proofErr w:type="spellStart"/>
      <w:r w:rsidRPr="000C7FDB">
        <w:t>client_id</w:t>
      </w:r>
      <w:proofErr w:type="spellEnd"/>
      <w:r w:rsidRPr="000C7FDB">
        <w:t xml:space="preserve"> FROM </w:t>
      </w:r>
      <w:proofErr w:type="spellStart"/>
      <w:r w:rsidRPr="000C7FDB">
        <w:t>applicationsN</w:t>
      </w:r>
      <w:proofErr w:type="spellEnd"/>
      <w:r w:rsidRPr="000C7FDB">
        <w:t>) LOOP</w:t>
      </w:r>
    </w:p>
    <w:p w14:paraId="21D976AC" w14:textId="77777777" w:rsidR="000C7FDB" w:rsidRPr="000C7FDB" w:rsidRDefault="000C7FDB" w:rsidP="000C7FDB">
      <w:r w:rsidRPr="000C7FDB">
        <w:t xml:space="preserve">    SELECT COUNT(*) </w:t>
      </w:r>
    </w:p>
    <w:p w14:paraId="2EAA7482" w14:textId="77777777" w:rsidR="000C7FDB" w:rsidRPr="000C7FDB" w:rsidRDefault="000C7FDB" w:rsidP="000C7FDB">
      <w:r w:rsidRPr="000C7FDB">
        <w:t xml:space="preserve">      INTO </w:t>
      </w:r>
      <w:proofErr w:type="spellStart"/>
      <w:r w:rsidRPr="000C7FDB">
        <w:t>v_count</w:t>
      </w:r>
      <w:proofErr w:type="spellEnd"/>
      <w:r w:rsidRPr="000C7FDB">
        <w:t xml:space="preserve"> </w:t>
      </w:r>
    </w:p>
    <w:p w14:paraId="5C4478C4" w14:textId="77777777" w:rsidR="000C7FDB" w:rsidRPr="000C7FDB" w:rsidRDefault="000C7FDB" w:rsidP="000C7FDB">
      <w:r w:rsidRPr="000C7FDB">
        <w:t xml:space="preserve">      FROM </w:t>
      </w:r>
      <w:proofErr w:type="spellStart"/>
      <w:r w:rsidRPr="000C7FDB">
        <w:t>applicationsN</w:t>
      </w:r>
      <w:proofErr w:type="spellEnd"/>
      <w:r w:rsidRPr="000C7FDB">
        <w:t xml:space="preserve"> </w:t>
      </w:r>
    </w:p>
    <w:p w14:paraId="49D9D35D" w14:textId="77777777" w:rsidR="000C7FDB" w:rsidRPr="000C7FDB" w:rsidRDefault="000C7FDB" w:rsidP="000C7FDB">
      <w:r w:rsidRPr="000C7FDB">
        <w:t xml:space="preserve">     WHERE </w:t>
      </w:r>
      <w:proofErr w:type="spellStart"/>
      <w:r w:rsidRPr="000C7FDB">
        <w:t>client_id</w:t>
      </w:r>
      <w:proofErr w:type="spellEnd"/>
      <w:r w:rsidRPr="000C7FDB">
        <w:t xml:space="preserve"> = </w:t>
      </w:r>
      <w:proofErr w:type="spellStart"/>
      <w:r w:rsidRPr="000C7FDB">
        <w:t>rec.client_id</w:t>
      </w:r>
      <w:proofErr w:type="spellEnd"/>
      <w:r w:rsidRPr="000C7FDB">
        <w:t>;</w:t>
      </w:r>
    </w:p>
    <w:p w14:paraId="448E80A9" w14:textId="77777777" w:rsidR="000C7FDB" w:rsidRPr="000C7FDB" w:rsidRDefault="000C7FDB" w:rsidP="000C7FDB">
      <w:r w:rsidRPr="000C7FDB">
        <w:t xml:space="preserve">    </w:t>
      </w:r>
      <w:proofErr w:type="spellStart"/>
      <w:r w:rsidRPr="000C7FDB">
        <w:t>v_cnts</w:t>
      </w:r>
      <w:proofErr w:type="spellEnd"/>
      <w:r w:rsidRPr="000C7FDB">
        <w:t>(</w:t>
      </w:r>
      <w:proofErr w:type="spellStart"/>
      <w:r w:rsidRPr="000C7FDB">
        <w:t>rec.client_id</w:t>
      </w:r>
      <w:proofErr w:type="spellEnd"/>
      <w:r w:rsidRPr="000C7FDB">
        <w:t xml:space="preserve">) := </w:t>
      </w:r>
      <w:proofErr w:type="spellStart"/>
      <w:r w:rsidRPr="000C7FDB">
        <w:t>v_count</w:t>
      </w:r>
      <w:proofErr w:type="spellEnd"/>
      <w:r w:rsidRPr="000C7FDB">
        <w:t>;</w:t>
      </w:r>
    </w:p>
    <w:p w14:paraId="29EAA01F" w14:textId="77777777" w:rsidR="000C7FDB" w:rsidRPr="000C7FDB" w:rsidRDefault="000C7FDB" w:rsidP="000C7FDB">
      <w:r w:rsidRPr="000C7FDB">
        <w:t xml:space="preserve">  END LOOP;</w:t>
      </w:r>
    </w:p>
    <w:p w14:paraId="290D9F1A" w14:textId="77777777" w:rsidR="000C7FDB" w:rsidRPr="000C7FDB" w:rsidRDefault="000C7FDB" w:rsidP="000C7FDB"/>
    <w:p w14:paraId="0A9D7A1F" w14:textId="77777777" w:rsidR="000C7FDB" w:rsidRPr="000C7FDB" w:rsidRDefault="000C7FDB" w:rsidP="000C7FDB">
      <w:r w:rsidRPr="000C7FDB">
        <w:t xml:space="preserve">  </w:t>
      </w:r>
      <w:proofErr w:type="spellStart"/>
      <w:r w:rsidRPr="000C7FDB">
        <w:t>l_idx</w:t>
      </w:r>
      <w:proofErr w:type="spellEnd"/>
      <w:r w:rsidRPr="000C7FDB">
        <w:t xml:space="preserve"> := </w:t>
      </w:r>
      <w:proofErr w:type="spellStart"/>
      <w:r w:rsidRPr="000C7FDB">
        <w:t>v_cnts.FIRST</w:t>
      </w:r>
      <w:proofErr w:type="spellEnd"/>
      <w:r w:rsidRPr="000C7FDB">
        <w:t>;</w:t>
      </w:r>
    </w:p>
    <w:p w14:paraId="5662AA49" w14:textId="77777777" w:rsidR="000C7FDB" w:rsidRPr="000C7FDB" w:rsidRDefault="000C7FDB" w:rsidP="000C7FDB">
      <w:r w:rsidRPr="000C7FDB">
        <w:t xml:space="preserve">  WHILE </w:t>
      </w:r>
      <w:proofErr w:type="spellStart"/>
      <w:r w:rsidRPr="000C7FDB">
        <w:t>l_idx</w:t>
      </w:r>
      <w:proofErr w:type="spellEnd"/>
      <w:r w:rsidRPr="000C7FDB">
        <w:t xml:space="preserve"> IS NOT NULL LOOP</w:t>
      </w:r>
    </w:p>
    <w:p w14:paraId="222BA71C" w14:textId="77777777" w:rsidR="000C7FDB" w:rsidRPr="000C7FDB" w:rsidRDefault="000C7FDB" w:rsidP="000C7FDB">
      <w:r w:rsidRPr="000C7FDB">
        <w:t xml:space="preserve">    IF </w:t>
      </w:r>
      <w:proofErr w:type="spellStart"/>
      <w:r w:rsidRPr="000C7FDB">
        <w:t>v_cnts</w:t>
      </w:r>
      <w:proofErr w:type="spellEnd"/>
      <w:r w:rsidRPr="000C7FDB">
        <w:t>(</w:t>
      </w:r>
      <w:proofErr w:type="spellStart"/>
      <w:r w:rsidRPr="000C7FDB">
        <w:t>l_idx</w:t>
      </w:r>
      <w:proofErr w:type="spellEnd"/>
      <w:r w:rsidRPr="000C7FDB">
        <w:t>) &gt;= 3 THEN</w:t>
      </w:r>
    </w:p>
    <w:p w14:paraId="7FB6A8EC" w14:textId="77777777" w:rsidR="000C7FDB" w:rsidRPr="000C7FDB" w:rsidRDefault="000C7FDB" w:rsidP="000C7FDB">
      <w:r w:rsidRPr="000C7FDB">
        <w:t xml:space="preserve">      DBMS_OUTPUT.PUT_LINE(</w:t>
      </w:r>
    </w:p>
    <w:p w14:paraId="1D7B5814" w14:textId="77777777" w:rsidR="000C7FDB" w:rsidRPr="000C7FDB" w:rsidRDefault="000C7FDB" w:rsidP="000C7FDB">
      <w:r w:rsidRPr="000C7FDB">
        <w:t xml:space="preserve">        'Client ' || </w:t>
      </w:r>
      <w:proofErr w:type="spellStart"/>
      <w:r w:rsidRPr="000C7FDB">
        <w:t>l_idx</w:t>
      </w:r>
      <w:proofErr w:type="spellEnd"/>
      <w:r w:rsidRPr="000C7FDB">
        <w:t xml:space="preserve"> || ': ' || </w:t>
      </w:r>
      <w:proofErr w:type="spellStart"/>
      <w:r w:rsidRPr="000C7FDB">
        <w:t>v_cnts</w:t>
      </w:r>
      <w:proofErr w:type="spellEnd"/>
      <w:r w:rsidRPr="000C7FDB">
        <w:t>(</w:t>
      </w:r>
      <w:proofErr w:type="spellStart"/>
      <w:r w:rsidRPr="000C7FDB">
        <w:t>l_idx</w:t>
      </w:r>
      <w:proofErr w:type="spellEnd"/>
      <w:r w:rsidRPr="000C7FDB">
        <w:t>) || ' application(s)'</w:t>
      </w:r>
    </w:p>
    <w:p w14:paraId="1FEEB1F0" w14:textId="77777777" w:rsidR="000C7FDB" w:rsidRPr="000C7FDB" w:rsidRDefault="000C7FDB" w:rsidP="000C7FDB">
      <w:r w:rsidRPr="000C7FDB">
        <w:t xml:space="preserve">      );</w:t>
      </w:r>
    </w:p>
    <w:p w14:paraId="232D0048" w14:textId="77777777" w:rsidR="000C7FDB" w:rsidRPr="000C7FDB" w:rsidRDefault="000C7FDB" w:rsidP="000C7FDB">
      <w:r w:rsidRPr="000C7FDB">
        <w:t xml:space="preserve">    END IF;</w:t>
      </w:r>
    </w:p>
    <w:p w14:paraId="1070978F" w14:textId="77777777" w:rsidR="000C7FDB" w:rsidRPr="000C7FDB" w:rsidRDefault="000C7FDB" w:rsidP="000C7FDB">
      <w:r w:rsidRPr="000C7FDB">
        <w:t xml:space="preserve">    </w:t>
      </w:r>
      <w:proofErr w:type="spellStart"/>
      <w:r w:rsidRPr="000C7FDB">
        <w:t>l_idx</w:t>
      </w:r>
      <w:proofErr w:type="spellEnd"/>
      <w:r w:rsidRPr="000C7FDB">
        <w:t xml:space="preserve"> := </w:t>
      </w:r>
      <w:proofErr w:type="spellStart"/>
      <w:r w:rsidRPr="000C7FDB">
        <w:t>v_cnts.NEXT</w:t>
      </w:r>
      <w:proofErr w:type="spellEnd"/>
      <w:r w:rsidRPr="000C7FDB">
        <w:t>(</w:t>
      </w:r>
      <w:proofErr w:type="spellStart"/>
      <w:r w:rsidRPr="000C7FDB">
        <w:t>l_idx</w:t>
      </w:r>
      <w:proofErr w:type="spellEnd"/>
      <w:r w:rsidRPr="000C7FDB">
        <w:t>);</w:t>
      </w:r>
    </w:p>
    <w:p w14:paraId="4A7314C7" w14:textId="77777777" w:rsidR="000C7FDB" w:rsidRPr="000C7FDB" w:rsidRDefault="000C7FDB" w:rsidP="000C7FDB">
      <w:r w:rsidRPr="000C7FDB">
        <w:t xml:space="preserve">  END LOOP;</w:t>
      </w:r>
    </w:p>
    <w:p w14:paraId="3BF0E93D" w14:textId="77777777" w:rsidR="000C7FDB" w:rsidRPr="000C7FDB" w:rsidRDefault="000C7FDB" w:rsidP="000C7FDB">
      <w:r w:rsidRPr="000C7FDB">
        <w:t>END;</w:t>
      </w:r>
    </w:p>
    <w:p w14:paraId="17FF5591" w14:textId="2430A5EC" w:rsidR="000C7FDB" w:rsidRDefault="000C7FDB" w:rsidP="000C7FDB">
      <w:r w:rsidRPr="000C7FDB">
        <w:t>/</w:t>
      </w:r>
    </w:p>
    <w:p w14:paraId="5630BBA1" w14:textId="17D1766D" w:rsidR="00CD4559" w:rsidRDefault="000C7FDB" w:rsidP="00371108">
      <w:r w:rsidRPr="000C7FDB">
        <w:drawing>
          <wp:inline distT="0" distB="0" distL="0" distR="0" wp14:anchorId="0808D226" wp14:editId="397E3B28">
            <wp:extent cx="5486400" cy="867410"/>
            <wp:effectExtent l="0" t="0" r="0" b="8890"/>
            <wp:docPr id="2076726521" name="Picture 1" descr="A black and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6726521" name="Picture 1" descr="A black and white text&#10;&#10;AI-generated content may be incorrect."/>
                    <pic:cNvPicPr/>
                  </pic:nvPicPr>
                  <pic:blipFill>
                    <a:blip r:embed="rId22"/>
                    <a:stretch>
                      <a:fillRect/>
                    </a:stretch>
                  </pic:blipFill>
                  <pic:spPr>
                    <a:xfrm>
                      <a:off x="0" y="0"/>
                      <a:ext cx="5486400" cy="867410"/>
                    </a:xfrm>
                    <a:prstGeom prst="rect">
                      <a:avLst/>
                    </a:prstGeom>
                  </pic:spPr>
                </pic:pic>
              </a:graphicData>
            </a:graphic>
          </wp:inline>
        </w:drawing>
      </w:r>
    </w:p>
    <w:p w14:paraId="5D43E950" w14:textId="4A7B5C63" w:rsidR="000C7FDB" w:rsidRDefault="000C7FDB" w:rsidP="002C292E">
      <w:pPr>
        <w:pStyle w:val="IntenseQuote"/>
      </w:pPr>
      <w:r>
        <w:rPr>
          <w:rStyle w:val="Strong"/>
        </w:rPr>
        <w:t xml:space="preserve">12. </w:t>
      </w:r>
      <w:r w:rsidRPr="000C7FDB">
        <w:t>Problem:</w:t>
      </w:r>
      <w:r w:rsidRPr="000C7FDB">
        <w:br/>
        <w:t xml:space="preserve">Collect the two most recent service IDs that client 1001 has used (using a single SELECT … BULK COLLECT), store them in a nested table, and then, for each ID, query </w:t>
      </w:r>
      <w:proofErr w:type="spellStart"/>
      <w:r w:rsidRPr="000C7FDB">
        <w:t>servicesN</w:t>
      </w:r>
      <w:proofErr w:type="spellEnd"/>
      <w:r w:rsidRPr="000C7FDB">
        <w:t xml:space="preserve"> to display its </w:t>
      </w:r>
      <w:proofErr w:type="spellStart"/>
      <w:r w:rsidRPr="000C7FDB">
        <w:t>service_name</w:t>
      </w:r>
      <w:proofErr w:type="spellEnd"/>
      <w:r w:rsidRPr="000C7FDB">
        <w:t xml:space="preserve"> and fee.</w:t>
      </w:r>
      <w:r w:rsidRPr="000C7FDB">
        <w:br/>
      </w:r>
      <w:r w:rsidRPr="000C7FDB">
        <w:lastRenderedPageBreak/>
        <w:t>(Covers: C – Nested table + looping; A – Implicit SQL with SELECT … BULK COLLECT and SELECT … INTO; G – Output display)</w:t>
      </w:r>
    </w:p>
    <w:p w14:paraId="70FE5A93" w14:textId="77777777" w:rsidR="000C7FDB" w:rsidRPr="000C7FDB" w:rsidRDefault="000C7FDB" w:rsidP="000C7FDB">
      <w:r w:rsidRPr="000C7FDB">
        <w:t>SET SERVEROUTPUT ON;</w:t>
      </w:r>
    </w:p>
    <w:p w14:paraId="68E5A0E0" w14:textId="77777777" w:rsidR="000C7FDB" w:rsidRPr="000C7FDB" w:rsidRDefault="000C7FDB" w:rsidP="000C7FDB">
      <w:r w:rsidRPr="000C7FDB">
        <w:t>DECLARE</w:t>
      </w:r>
    </w:p>
    <w:p w14:paraId="4C59ABBC" w14:textId="77777777" w:rsidR="000C7FDB" w:rsidRPr="000C7FDB" w:rsidRDefault="000C7FDB" w:rsidP="000C7FDB">
      <w:r w:rsidRPr="000C7FDB">
        <w:t xml:space="preserve">  TYPE </w:t>
      </w:r>
      <w:proofErr w:type="spellStart"/>
      <w:r w:rsidRPr="000C7FDB">
        <w:t>t_num_nt</w:t>
      </w:r>
      <w:proofErr w:type="spellEnd"/>
      <w:r w:rsidRPr="000C7FDB">
        <w:t xml:space="preserve"> IS TABLE OF NUMBER;</w:t>
      </w:r>
    </w:p>
    <w:p w14:paraId="271E1687" w14:textId="77777777" w:rsidR="000C7FDB" w:rsidRPr="000C7FDB" w:rsidRDefault="000C7FDB" w:rsidP="000C7FDB">
      <w:r w:rsidRPr="000C7FDB">
        <w:t xml:space="preserve">  </w:t>
      </w:r>
      <w:proofErr w:type="spellStart"/>
      <w:r w:rsidRPr="000C7FDB">
        <w:t>v_nt</w:t>
      </w:r>
      <w:proofErr w:type="spellEnd"/>
      <w:r w:rsidRPr="000C7FDB">
        <w:t xml:space="preserve">            </w:t>
      </w:r>
      <w:proofErr w:type="spellStart"/>
      <w:r w:rsidRPr="000C7FDB">
        <w:t>t_num_nt</w:t>
      </w:r>
      <w:proofErr w:type="spellEnd"/>
      <w:r w:rsidRPr="000C7FDB">
        <w:t>;</w:t>
      </w:r>
    </w:p>
    <w:p w14:paraId="4852FA9B" w14:textId="77777777" w:rsidR="000C7FDB" w:rsidRPr="000C7FDB" w:rsidRDefault="000C7FDB" w:rsidP="000C7FDB">
      <w:r w:rsidRPr="000C7FDB">
        <w:t xml:space="preserve">  </w:t>
      </w:r>
      <w:proofErr w:type="spellStart"/>
      <w:r w:rsidRPr="000C7FDB">
        <w:t>v_name</w:t>
      </w:r>
      <w:proofErr w:type="spellEnd"/>
      <w:r w:rsidRPr="000C7FDB">
        <w:t xml:space="preserve">          </w:t>
      </w:r>
      <w:proofErr w:type="spellStart"/>
      <w:r w:rsidRPr="000C7FDB">
        <w:t>servicesN.service_name%TYPE</w:t>
      </w:r>
      <w:proofErr w:type="spellEnd"/>
      <w:r w:rsidRPr="000C7FDB">
        <w:t>;</w:t>
      </w:r>
    </w:p>
    <w:p w14:paraId="3264E3AD" w14:textId="77777777" w:rsidR="000C7FDB" w:rsidRPr="000C7FDB" w:rsidRDefault="000C7FDB" w:rsidP="000C7FDB">
      <w:r w:rsidRPr="000C7FDB">
        <w:t xml:space="preserve">  </w:t>
      </w:r>
      <w:proofErr w:type="spellStart"/>
      <w:r w:rsidRPr="000C7FDB">
        <w:t>v_fee</w:t>
      </w:r>
      <w:proofErr w:type="spellEnd"/>
      <w:r w:rsidRPr="000C7FDB">
        <w:t xml:space="preserve">           </w:t>
      </w:r>
      <w:proofErr w:type="spellStart"/>
      <w:r w:rsidRPr="000C7FDB">
        <w:t>servicesN.fee%TYPE</w:t>
      </w:r>
      <w:proofErr w:type="spellEnd"/>
      <w:r w:rsidRPr="000C7FDB">
        <w:t>;</w:t>
      </w:r>
    </w:p>
    <w:p w14:paraId="637F35BE" w14:textId="77777777" w:rsidR="000C7FDB" w:rsidRPr="000C7FDB" w:rsidRDefault="000C7FDB" w:rsidP="000C7FDB">
      <w:r w:rsidRPr="000C7FDB">
        <w:t>BEGIN</w:t>
      </w:r>
    </w:p>
    <w:p w14:paraId="223DA852" w14:textId="77777777" w:rsidR="000C7FDB" w:rsidRPr="000C7FDB" w:rsidRDefault="000C7FDB" w:rsidP="000C7FDB">
      <w:r w:rsidRPr="000C7FDB">
        <w:t xml:space="preserve">  SELECT </w:t>
      </w:r>
      <w:proofErr w:type="spellStart"/>
      <w:r w:rsidRPr="000C7FDB">
        <w:t>service_id</w:t>
      </w:r>
      <w:proofErr w:type="spellEnd"/>
      <w:r w:rsidRPr="000C7FDB">
        <w:t xml:space="preserve"> </w:t>
      </w:r>
    </w:p>
    <w:p w14:paraId="326F13A7" w14:textId="77777777" w:rsidR="000C7FDB" w:rsidRPr="000C7FDB" w:rsidRDefault="000C7FDB" w:rsidP="000C7FDB">
      <w:r w:rsidRPr="000C7FDB">
        <w:t xml:space="preserve">    BULK COLLECT INTO </w:t>
      </w:r>
      <w:proofErr w:type="spellStart"/>
      <w:r w:rsidRPr="000C7FDB">
        <w:t>v_nt</w:t>
      </w:r>
      <w:proofErr w:type="spellEnd"/>
      <w:r w:rsidRPr="000C7FDB">
        <w:t xml:space="preserve"> </w:t>
      </w:r>
    </w:p>
    <w:p w14:paraId="6A51BA8B" w14:textId="77777777" w:rsidR="000C7FDB" w:rsidRPr="000C7FDB" w:rsidRDefault="000C7FDB" w:rsidP="000C7FDB">
      <w:r w:rsidRPr="000C7FDB">
        <w:t xml:space="preserve">    FROM (</w:t>
      </w:r>
    </w:p>
    <w:p w14:paraId="5C6E4E45" w14:textId="77777777" w:rsidR="000C7FDB" w:rsidRPr="000C7FDB" w:rsidRDefault="000C7FDB" w:rsidP="000C7FDB">
      <w:r w:rsidRPr="000C7FDB">
        <w:t xml:space="preserve">      SELECT </w:t>
      </w:r>
      <w:proofErr w:type="spellStart"/>
      <w:r w:rsidRPr="000C7FDB">
        <w:t>service_id</w:t>
      </w:r>
      <w:proofErr w:type="spellEnd"/>
      <w:r w:rsidRPr="000C7FDB">
        <w:t xml:space="preserve"> </w:t>
      </w:r>
    </w:p>
    <w:p w14:paraId="0EBD9CDD" w14:textId="77777777" w:rsidR="000C7FDB" w:rsidRPr="000C7FDB" w:rsidRDefault="000C7FDB" w:rsidP="000C7FDB">
      <w:r w:rsidRPr="000C7FDB">
        <w:t xml:space="preserve">        FROM </w:t>
      </w:r>
      <w:proofErr w:type="spellStart"/>
      <w:r w:rsidRPr="000C7FDB">
        <w:t>applicationsN</w:t>
      </w:r>
      <w:proofErr w:type="spellEnd"/>
      <w:r w:rsidRPr="000C7FDB">
        <w:t xml:space="preserve"> </w:t>
      </w:r>
    </w:p>
    <w:p w14:paraId="1B377E10" w14:textId="77777777" w:rsidR="000C7FDB" w:rsidRPr="000C7FDB" w:rsidRDefault="000C7FDB" w:rsidP="000C7FDB">
      <w:r w:rsidRPr="000C7FDB">
        <w:t xml:space="preserve">       WHERE </w:t>
      </w:r>
      <w:proofErr w:type="spellStart"/>
      <w:r w:rsidRPr="000C7FDB">
        <w:t>client_id</w:t>
      </w:r>
      <w:proofErr w:type="spellEnd"/>
      <w:r w:rsidRPr="000C7FDB">
        <w:t xml:space="preserve"> = 1001 </w:t>
      </w:r>
    </w:p>
    <w:p w14:paraId="3AEBF2FF" w14:textId="77777777" w:rsidR="000C7FDB" w:rsidRPr="000C7FDB" w:rsidRDefault="000C7FDB" w:rsidP="000C7FDB">
      <w:r w:rsidRPr="000C7FDB">
        <w:t xml:space="preserve">       ORDER BY </w:t>
      </w:r>
      <w:proofErr w:type="spellStart"/>
      <w:r w:rsidRPr="000C7FDB">
        <w:t>applied_date</w:t>
      </w:r>
      <w:proofErr w:type="spellEnd"/>
      <w:r w:rsidRPr="000C7FDB">
        <w:t xml:space="preserve"> DESC</w:t>
      </w:r>
    </w:p>
    <w:p w14:paraId="08D5E98C" w14:textId="77777777" w:rsidR="000C7FDB" w:rsidRPr="000C7FDB" w:rsidRDefault="000C7FDB" w:rsidP="000C7FDB">
      <w:r w:rsidRPr="000C7FDB">
        <w:t xml:space="preserve">    )</w:t>
      </w:r>
    </w:p>
    <w:p w14:paraId="116D4939" w14:textId="77777777" w:rsidR="000C7FDB" w:rsidRPr="000C7FDB" w:rsidRDefault="000C7FDB" w:rsidP="000C7FDB">
      <w:r w:rsidRPr="000C7FDB">
        <w:t xml:space="preserve">   WHERE ROWNUM &lt;= 2;</w:t>
      </w:r>
    </w:p>
    <w:p w14:paraId="289ECD60" w14:textId="77777777" w:rsidR="000C7FDB" w:rsidRPr="000C7FDB" w:rsidRDefault="000C7FDB" w:rsidP="000C7FDB"/>
    <w:p w14:paraId="6F39A228" w14:textId="77777777" w:rsidR="000C7FDB" w:rsidRPr="000C7FDB" w:rsidRDefault="000C7FDB" w:rsidP="000C7FDB">
      <w:r w:rsidRPr="000C7FDB">
        <w:t xml:space="preserve">  DBMS_OUTPUT.PUT_LINE('Client 1001''s most recent services:');</w:t>
      </w:r>
    </w:p>
    <w:p w14:paraId="110EC0E9" w14:textId="77777777" w:rsidR="000C7FDB" w:rsidRPr="000C7FDB" w:rsidRDefault="000C7FDB" w:rsidP="000C7FDB">
      <w:r w:rsidRPr="000C7FDB">
        <w:t xml:space="preserve">  FOR </w:t>
      </w:r>
      <w:proofErr w:type="spellStart"/>
      <w:r w:rsidRPr="000C7FDB">
        <w:t>i</w:t>
      </w:r>
      <w:proofErr w:type="spellEnd"/>
      <w:r w:rsidRPr="000C7FDB">
        <w:t xml:space="preserve"> IN 1 .. </w:t>
      </w:r>
      <w:proofErr w:type="spellStart"/>
      <w:r w:rsidRPr="000C7FDB">
        <w:t>v_nt.COUNT</w:t>
      </w:r>
      <w:proofErr w:type="spellEnd"/>
      <w:r w:rsidRPr="000C7FDB">
        <w:t xml:space="preserve"> LOOP </w:t>
      </w:r>
    </w:p>
    <w:p w14:paraId="7E0B5F2A" w14:textId="77777777" w:rsidR="000C7FDB" w:rsidRPr="000C7FDB" w:rsidRDefault="000C7FDB" w:rsidP="000C7FDB">
      <w:r w:rsidRPr="000C7FDB">
        <w:t xml:space="preserve">    SELECT </w:t>
      </w:r>
      <w:proofErr w:type="spellStart"/>
      <w:r w:rsidRPr="000C7FDB">
        <w:t>service_name</w:t>
      </w:r>
      <w:proofErr w:type="spellEnd"/>
      <w:r w:rsidRPr="000C7FDB">
        <w:t xml:space="preserve">, fee </w:t>
      </w:r>
    </w:p>
    <w:p w14:paraId="154EDB20" w14:textId="77777777" w:rsidR="000C7FDB" w:rsidRPr="000C7FDB" w:rsidRDefault="000C7FDB" w:rsidP="000C7FDB">
      <w:r w:rsidRPr="000C7FDB">
        <w:t xml:space="preserve">      INTO </w:t>
      </w:r>
      <w:proofErr w:type="spellStart"/>
      <w:r w:rsidRPr="000C7FDB">
        <w:t>v_name</w:t>
      </w:r>
      <w:proofErr w:type="spellEnd"/>
      <w:r w:rsidRPr="000C7FDB">
        <w:t xml:space="preserve">, </w:t>
      </w:r>
      <w:proofErr w:type="spellStart"/>
      <w:r w:rsidRPr="000C7FDB">
        <w:t>v_fee</w:t>
      </w:r>
      <w:proofErr w:type="spellEnd"/>
      <w:r w:rsidRPr="000C7FDB">
        <w:t xml:space="preserve"> </w:t>
      </w:r>
    </w:p>
    <w:p w14:paraId="0D3920B0" w14:textId="77777777" w:rsidR="000C7FDB" w:rsidRPr="000C7FDB" w:rsidRDefault="000C7FDB" w:rsidP="000C7FDB">
      <w:r w:rsidRPr="000C7FDB">
        <w:t xml:space="preserve">      FROM </w:t>
      </w:r>
      <w:proofErr w:type="spellStart"/>
      <w:r w:rsidRPr="000C7FDB">
        <w:t>servicesN</w:t>
      </w:r>
      <w:proofErr w:type="spellEnd"/>
      <w:r w:rsidRPr="000C7FDB">
        <w:t xml:space="preserve"> </w:t>
      </w:r>
    </w:p>
    <w:p w14:paraId="63A7AD0B" w14:textId="77777777" w:rsidR="000C7FDB" w:rsidRPr="000C7FDB" w:rsidRDefault="000C7FDB" w:rsidP="000C7FDB">
      <w:r w:rsidRPr="000C7FDB">
        <w:t xml:space="preserve">     WHERE </w:t>
      </w:r>
      <w:proofErr w:type="spellStart"/>
      <w:r w:rsidRPr="000C7FDB">
        <w:t>service_id</w:t>
      </w:r>
      <w:proofErr w:type="spellEnd"/>
      <w:r w:rsidRPr="000C7FDB">
        <w:t xml:space="preserve"> = </w:t>
      </w:r>
      <w:proofErr w:type="spellStart"/>
      <w:r w:rsidRPr="000C7FDB">
        <w:t>v_nt</w:t>
      </w:r>
      <w:proofErr w:type="spellEnd"/>
      <w:r w:rsidRPr="000C7FDB">
        <w:t>(</w:t>
      </w:r>
      <w:proofErr w:type="spellStart"/>
      <w:r w:rsidRPr="000C7FDB">
        <w:t>i</w:t>
      </w:r>
      <w:proofErr w:type="spellEnd"/>
      <w:r w:rsidRPr="000C7FDB">
        <w:t>);</w:t>
      </w:r>
    </w:p>
    <w:p w14:paraId="32A6662C" w14:textId="77777777" w:rsidR="000C7FDB" w:rsidRPr="000C7FDB" w:rsidRDefault="000C7FDB" w:rsidP="000C7FDB"/>
    <w:p w14:paraId="34AA8465" w14:textId="77777777" w:rsidR="000C7FDB" w:rsidRPr="000C7FDB" w:rsidRDefault="000C7FDB" w:rsidP="000C7FDB">
      <w:r w:rsidRPr="000C7FDB">
        <w:lastRenderedPageBreak/>
        <w:t xml:space="preserve">    DBMS_OUTPUT.PUT_LINE(</w:t>
      </w:r>
    </w:p>
    <w:p w14:paraId="0CA5EB70" w14:textId="77777777" w:rsidR="000C7FDB" w:rsidRPr="000C7FDB" w:rsidRDefault="000C7FDB" w:rsidP="000C7FDB">
      <w:r w:rsidRPr="000C7FDB">
        <w:t xml:space="preserve">      </w:t>
      </w:r>
      <w:proofErr w:type="spellStart"/>
      <w:r w:rsidRPr="000C7FDB">
        <w:t>v_nt</w:t>
      </w:r>
      <w:proofErr w:type="spellEnd"/>
      <w:r w:rsidRPr="000C7FDB">
        <w:t>(</w:t>
      </w:r>
      <w:proofErr w:type="spellStart"/>
      <w:r w:rsidRPr="000C7FDB">
        <w:t>i</w:t>
      </w:r>
      <w:proofErr w:type="spellEnd"/>
      <w:r w:rsidRPr="000C7FDB">
        <w:t xml:space="preserve">) || ' – ' || </w:t>
      </w:r>
      <w:proofErr w:type="spellStart"/>
      <w:r w:rsidRPr="000C7FDB">
        <w:t>v_name</w:t>
      </w:r>
      <w:proofErr w:type="spellEnd"/>
      <w:r w:rsidRPr="000C7FDB">
        <w:t xml:space="preserve"> || ' (Fee: ' || </w:t>
      </w:r>
      <w:proofErr w:type="spellStart"/>
      <w:r w:rsidRPr="000C7FDB">
        <w:t>v_fee</w:t>
      </w:r>
      <w:proofErr w:type="spellEnd"/>
      <w:r w:rsidRPr="000C7FDB">
        <w:t xml:space="preserve"> || ')'</w:t>
      </w:r>
    </w:p>
    <w:p w14:paraId="5445EBDF" w14:textId="77777777" w:rsidR="000C7FDB" w:rsidRPr="000C7FDB" w:rsidRDefault="000C7FDB" w:rsidP="000C7FDB">
      <w:r w:rsidRPr="000C7FDB">
        <w:t xml:space="preserve">    );</w:t>
      </w:r>
    </w:p>
    <w:p w14:paraId="1976AF18" w14:textId="77777777" w:rsidR="000C7FDB" w:rsidRPr="000C7FDB" w:rsidRDefault="000C7FDB" w:rsidP="000C7FDB">
      <w:r w:rsidRPr="000C7FDB">
        <w:t xml:space="preserve">  END LOOP;</w:t>
      </w:r>
    </w:p>
    <w:p w14:paraId="7927E077" w14:textId="77777777" w:rsidR="000C7FDB" w:rsidRPr="000C7FDB" w:rsidRDefault="000C7FDB" w:rsidP="000C7FDB">
      <w:r w:rsidRPr="000C7FDB">
        <w:t>END;</w:t>
      </w:r>
    </w:p>
    <w:p w14:paraId="29972D62" w14:textId="1595DDE6" w:rsidR="000C7FDB" w:rsidRDefault="000C7FDB" w:rsidP="000C7FDB">
      <w:r>
        <w:t>/</w:t>
      </w:r>
    </w:p>
    <w:p w14:paraId="5DD38397" w14:textId="2F7B903F" w:rsidR="000C7FDB" w:rsidRDefault="000C7FDB" w:rsidP="000C7FDB">
      <w:r>
        <w:rPr>
          <w:noProof/>
        </w:rPr>
        <w:drawing>
          <wp:inline distT="0" distB="0" distL="0" distR="0" wp14:anchorId="32598081" wp14:editId="23F0BBF1">
            <wp:extent cx="5486400" cy="2014855"/>
            <wp:effectExtent l="0" t="0" r="0" b="4445"/>
            <wp:docPr id="935043930" name="Picture 1" descr="A screenshot of a computer scree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5043930" name="Picture 1" descr="A screenshot of a computer screen&#10;&#10;AI-generated content may be incorrect."/>
                    <pic:cNvPicPr/>
                  </pic:nvPicPr>
                  <pic:blipFill>
                    <a:blip r:embed="rId23"/>
                    <a:stretch>
                      <a:fillRect/>
                    </a:stretch>
                  </pic:blipFill>
                  <pic:spPr>
                    <a:xfrm>
                      <a:off x="0" y="0"/>
                      <a:ext cx="5486400" cy="2014855"/>
                    </a:xfrm>
                    <a:prstGeom prst="rect">
                      <a:avLst/>
                    </a:prstGeom>
                  </pic:spPr>
                </pic:pic>
              </a:graphicData>
            </a:graphic>
          </wp:inline>
        </w:drawing>
      </w:r>
    </w:p>
    <w:p w14:paraId="753DEA63" w14:textId="74DAE4DD" w:rsidR="000C7FDB" w:rsidRDefault="000C7FDB" w:rsidP="002C292E">
      <w:pPr>
        <w:pStyle w:val="IntenseQuote"/>
      </w:pPr>
      <w:r>
        <w:t xml:space="preserve">13. </w:t>
      </w:r>
      <w:r w:rsidRPr="000C7FDB">
        <w:t>Problem:</w:t>
      </w:r>
      <w:r w:rsidRPr="000C7FDB">
        <w:br/>
        <w:t>Fetch the three highest service fees that client 1001 has incurred</w:t>
      </w:r>
    </w:p>
    <w:p w14:paraId="68A8D1FB" w14:textId="77777777" w:rsidR="002C292E" w:rsidRDefault="002C292E" w:rsidP="002C292E">
      <w:r>
        <w:t>SET SERVEROUTPUT ON;</w:t>
      </w:r>
    </w:p>
    <w:p w14:paraId="2F8C6C6A" w14:textId="77777777" w:rsidR="002C292E" w:rsidRDefault="002C292E" w:rsidP="002C292E">
      <w:r>
        <w:t>DECLARE</w:t>
      </w:r>
    </w:p>
    <w:p w14:paraId="3927FD5E" w14:textId="77777777" w:rsidR="002C292E" w:rsidRDefault="002C292E" w:rsidP="002C292E">
      <w:r>
        <w:t xml:space="preserve">  TYPE </w:t>
      </w:r>
      <w:proofErr w:type="spellStart"/>
      <w:r>
        <w:t>t_top_fees</w:t>
      </w:r>
      <w:proofErr w:type="spellEnd"/>
      <w:r>
        <w:t xml:space="preserve"> IS VARRAY(3) OF NUMBER;</w:t>
      </w:r>
    </w:p>
    <w:p w14:paraId="4E2FD757" w14:textId="77777777" w:rsidR="002C292E" w:rsidRDefault="002C292E" w:rsidP="002C292E">
      <w:r>
        <w:t xml:space="preserve">  </w:t>
      </w:r>
      <w:proofErr w:type="spellStart"/>
      <w:r>
        <w:t>v_top</w:t>
      </w:r>
      <w:proofErr w:type="spellEnd"/>
      <w:r>
        <w:t xml:space="preserve">       </w:t>
      </w:r>
      <w:proofErr w:type="spellStart"/>
      <w:r>
        <w:t>t_top_fees</w:t>
      </w:r>
      <w:proofErr w:type="spellEnd"/>
      <w:r>
        <w:t xml:space="preserve"> := </w:t>
      </w:r>
      <w:proofErr w:type="spellStart"/>
      <w:r>
        <w:t>t_top_fees</w:t>
      </w:r>
      <w:proofErr w:type="spellEnd"/>
      <w:r>
        <w:t>();</w:t>
      </w:r>
    </w:p>
    <w:p w14:paraId="1C64F66E" w14:textId="77777777" w:rsidR="002C292E" w:rsidRDefault="002C292E" w:rsidP="002C292E">
      <w:r>
        <w:t xml:space="preserve">  CURSOR </w:t>
      </w:r>
      <w:proofErr w:type="spellStart"/>
      <w:r>
        <w:t>c_fee</w:t>
      </w:r>
      <w:proofErr w:type="spellEnd"/>
      <w:r>
        <w:t xml:space="preserve"> IS</w:t>
      </w:r>
    </w:p>
    <w:p w14:paraId="684E9AEC" w14:textId="77777777" w:rsidR="002C292E" w:rsidRDefault="002C292E" w:rsidP="002C292E">
      <w:r>
        <w:t xml:space="preserve">    SELECT fee</w:t>
      </w:r>
    </w:p>
    <w:p w14:paraId="2A9A3C15" w14:textId="77777777" w:rsidR="002C292E" w:rsidRDefault="002C292E" w:rsidP="002C292E">
      <w:r>
        <w:t xml:space="preserve">      FROM (</w:t>
      </w:r>
    </w:p>
    <w:p w14:paraId="79FFBE21" w14:textId="77777777" w:rsidR="002C292E" w:rsidRDefault="002C292E" w:rsidP="002C292E">
      <w:r>
        <w:t xml:space="preserve">        SELECT </w:t>
      </w:r>
      <w:proofErr w:type="spellStart"/>
      <w:r>
        <w:t>s.fee</w:t>
      </w:r>
      <w:proofErr w:type="spellEnd"/>
      <w:r>
        <w:t xml:space="preserve">, ROW_NUMBER() OVER (ORDER BY </w:t>
      </w:r>
      <w:proofErr w:type="spellStart"/>
      <w:r>
        <w:t>s.fee</w:t>
      </w:r>
      <w:proofErr w:type="spellEnd"/>
      <w:r>
        <w:t xml:space="preserve"> DESC) AS </w:t>
      </w:r>
      <w:proofErr w:type="spellStart"/>
      <w:r>
        <w:t>rn</w:t>
      </w:r>
      <w:proofErr w:type="spellEnd"/>
    </w:p>
    <w:p w14:paraId="632DE349" w14:textId="77777777" w:rsidR="002C292E" w:rsidRDefault="002C292E" w:rsidP="002C292E">
      <w:r>
        <w:t xml:space="preserve">          FROM </w:t>
      </w:r>
      <w:proofErr w:type="spellStart"/>
      <w:r>
        <w:t>applicationsN</w:t>
      </w:r>
      <w:proofErr w:type="spellEnd"/>
      <w:r>
        <w:t xml:space="preserve"> a</w:t>
      </w:r>
    </w:p>
    <w:p w14:paraId="7275458D" w14:textId="77777777" w:rsidR="002C292E" w:rsidRDefault="002C292E" w:rsidP="002C292E">
      <w:r>
        <w:t xml:space="preserve">          JOIN </w:t>
      </w:r>
      <w:proofErr w:type="spellStart"/>
      <w:r>
        <w:t>servicesN</w:t>
      </w:r>
      <w:proofErr w:type="spellEnd"/>
      <w:r>
        <w:t xml:space="preserve">      s ON </w:t>
      </w:r>
      <w:proofErr w:type="spellStart"/>
      <w:r>
        <w:t>a.service_id</w:t>
      </w:r>
      <w:proofErr w:type="spellEnd"/>
      <w:r>
        <w:t xml:space="preserve"> = </w:t>
      </w:r>
      <w:proofErr w:type="spellStart"/>
      <w:r>
        <w:t>s.service_id</w:t>
      </w:r>
      <w:proofErr w:type="spellEnd"/>
    </w:p>
    <w:p w14:paraId="17FA30DB" w14:textId="77777777" w:rsidR="002C292E" w:rsidRDefault="002C292E" w:rsidP="002C292E">
      <w:r>
        <w:t xml:space="preserve">         WHERE </w:t>
      </w:r>
      <w:proofErr w:type="spellStart"/>
      <w:r>
        <w:t>a.client_id</w:t>
      </w:r>
      <w:proofErr w:type="spellEnd"/>
      <w:r>
        <w:t xml:space="preserve"> = 1001</w:t>
      </w:r>
    </w:p>
    <w:p w14:paraId="7430F422" w14:textId="77777777" w:rsidR="002C292E" w:rsidRDefault="002C292E" w:rsidP="002C292E">
      <w:r>
        <w:lastRenderedPageBreak/>
        <w:t xml:space="preserve">      )</w:t>
      </w:r>
    </w:p>
    <w:p w14:paraId="1512AD7F" w14:textId="77777777" w:rsidR="002C292E" w:rsidRDefault="002C292E" w:rsidP="002C292E">
      <w:r>
        <w:t xml:space="preserve">     WHERE </w:t>
      </w:r>
      <w:proofErr w:type="spellStart"/>
      <w:r>
        <w:t>rn</w:t>
      </w:r>
      <w:proofErr w:type="spellEnd"/>
      <w:r>
        <w:t xml:space="preserve"> &lt;= 3;</w:t>
      </w:r>
    </w:p>
    <w:p w14:paraId="08969F68" w14:textId="77777777" w:rsidR="002C292E" w:rsidRDefault="002C292E" w:rsidP="002C292E">
      <w:r>
        <w:t>BEGIN</w:t>
      </w:r>
    </w:p>
    <w:p w14:paraId="156E0A16" w14:textId="77777777" w:rsidR="002C292E" w:rsidRDefault="002C292E" w:rsidP="002C292E">
      <w:r>
        <w:t xml:space="preserve">  FOR rec IN </w:t>
      </w:r>
      <w:proofErr w:type="spellStart"/>
      <w:r>
        <w:t>c_fee</w:t>
      </w:r>
      <w:proofErr w:type="spellEnd"/>
      <w:r>
        <w:t xml:space="preserve"> LOOP</w:t>
      </w:r>
    </w:p>
    <w:p w14:paraId="3985B566" w14:textId="77777777" w:rsidR="002C292E" w:rsidRDefault="002C292E" w:rsidP="002C292E">
      <w:r>
        <w:t xml:space="preserve">    </w:t>
      </w:r>
      <w:proofErr w:type="spellStart"/>
      <w:r>
        <w:t>v_top.EXTEND</w:t>
      </w:r>
      <w:proofErr w:type="spellEnd"/>
      <w:r>
        <w:t>;</w:t>
      </w:r>
    </w:p>
    <w:p w14:paraId="598CE7DD" w14:textId="77777777" w:rsidR="002C292E" w:rsidRDefault="002C292E" w:rsidP="002C292E">
      <w:r>
        <w:t xml:space="preserve">    </w:t>
      </w:r>
      <w:proofErr w:type="spellStart"/>
      <w:r>
        <w:t>v_top</w:t>
      </w:r>
      <w:proofErr w:type="spellEnd"/>
      <w:r>
        <w:t>(</w:t>
      </w:r>
      <w:proofErr w:type="spellStart"/>
      <w:r>
        <w:t>v_top.COUNT</w:t>
      </w:r>
      <w:proofErr w:type="spellEnd"/>
      <w:r>
        <w:t xml:space="preserve">) := </w:t>
      </w:r>
      <w:proofErr w:type="spellStart"/>
      <w:r>
        <w:t>rec.fee</w:t>
      </w:r>
      <w:proofErr w:type="spellEnd"/>
      <w:r>
        <w:t>;</w:t>
      </w:r>
    </w:p>
    <w:p w14:paraId="0DA7F303" w14:textId="77777777" w:rsidR="002C292E" w:rsidRDefault="002C292E" w:rsidP="002C292E">
      <w:r>
        <w:t xml:space="preserve">  END LOOP;</w:t>
      </w:r>
    </w:p>
    <w:p w14:paraId="7F2278E0" w14:textId="77777777" w:rsidR="002C292E" w:rsidRDefault="002C292E" w:rsidP="002C292E"/>
    <w:p w14:paraId="688431D1" w14:textId="77777777" w:rsidR="002C292E" w:rsidRDefault="002C292E" w:rsidP="002C292E">
      <w:r>
        <w:t xml:space="preserve">  DBMS_OUTPUT.PUT_LINE('Top 3 fees for client 1001:');</w:t>
      </w:r>
    </w:p>
    <w:p w14:paraId="3278164A" w14:textId="77777777" w:rsidR="002C292E" w:rsidRDefault="002C292E" w:rsidP="002C292E">
      <w:r>
        <w:t xml:space="preserve">  FOR </w:t>
      </w:r>
      <w:proofErr w:type="spellStart"/>
      <w:r>
        <w:t>i</w:t>
      </w:r>
      <w:proofErr w:type="spellEnd"/>
      <w:r>
        <w:t xml:space="preserve"> IN 1 .. </w:t>
      </w:r>
      <w:proofErr w:type="spellStart"/>
      <w:r>
        <w:t>v_top.COUNT</w:t>
      </w:r>
      <w:proofErr w:type="spellEnd"/>
      <w:r>
        <w:t xml:space="preserve"> LOOP</w:t>
      </w:r>
    </w:p>
    <w:p w14:paraId="43FBD5EC" w14:textId="77777777" w:rsidR="002C292E" w:rsidRDefault="002C292E" w:rsidP="002C292E">
      <w:r>
        <w:t xml:space="preserve">    DBMS_OUTPUT.PUT_LINE('  ' || </w:t>
      </w:r>
      <w:proofErr w:type="spellStart"/>
      <w:r>
        <w:t>i</w:t>
      </w:r>
      <w:proofErr w:type="spellEnd"/>
      <w:r>
        <w:t xml:space="preserve"> || ': $' || </w:t>
      </w:r>
      <w:proofErr w:type="spellStart"/>
      <w:r>
        <w:t>v_top</w:t>
      </w:r>
      <w:proofErr w:type="spellEnd"/>
      <w:r>
        <w:t>(</w:t>
      </w:r>
      <w:proofErr w:type="spellStart"/>
      <w:r>
        <w:t>i</w:t>
      </w:r>
      <w:proofErr w:type="spellEnd"/>
      <w:r>
        <w:t>));</w:t>
      </w:r>
    </w:p>
    <w:p w14:paraId="2F4A8BB0" w14:textId="77777777" w:rsidR="002C292E" w:rsidRDefault="002C292E" w:rsidP="002C292E">
      <w:r>
        <w:t xml:space="preserve">  END LOOP;</w:t>
      </w:r>
    </w:p>
    <w:p w14:paraId="59DDA751" w14:textId="77777777" w:rsidR="002C292E" w:rsidRDefault="002C292E" w:rsidP="002C292E">
      <w:r>
        <w:t>END;</w:t>
      </w:r>
    </w:p>
    <w:p w14:paraId="2AB5E809" w14:textId="2768BA19" w:rsidR="000C7FDB" w:rsidRDefault="002C292E" w:rsidP="002C292E">
      <w:r>
        <w:t>/</w:t>
      </w:r>
    </w:p>
    <w:p w14:paraId="6F6D503D" w14:textId="3C459D69" w:rsidR="002C292E" w:rsidRDefault="002C292E" w:rsidP="002C292E">
      <w:r w:rsidRPr="002C292E">
        <w:drawing>
          <wp:inline distT="0" distB="0" distL="0" distR="0" wp14:anchorId="55B49996" wp14:editId="18E0CEE5">
            <wp:extent cx="5486400" cy="2183130"/>
            <wp:effectExtent l="0" t="0" r="0" b="7620"/>
            <wp:docPr id="779291543"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9291543" name="Picture 1" descr="A screenshot of a computer&#10;&#10;AI-generated content may be incorrect."/>
                    <pic:cNvPicPr/>
                  </pic:nvPicPr>
                  <pic:blipFill>
                    <a:blip r:embed="rId24"/>
                    <a:stretch>
                      <a:fillRect/>
                    </a:stretch>
                  </pic:blipFill>
                  <pic:spPr>
                    <a:xfrm>
                      <a:off x="0" y="0"/>
                      <a:ext cx="5486400" cy="2183130"/>
                    </a:xfrm>
                    <a:prstGeom prst="rect">
                      <a:avLst/>
                    </a:prstGeom>
                  </pic:spPr>
                </pic:pic>
              </a:graphicData>
            </a:graphic>
          </wp:inline>
        </w:drawing>
      </w:r>
    </w:p>
    <w:p w14:paraId="15932818" w14:textId="439869A9" w:rsidR="002C292E" w:rsidRDefault="002C292E" w:rsidP="002C292E">
      <w:r w:rsidRPr="002C292E">
        <w:drawing>
          <wp:inline distT="0" distB="0" distL="0" distR="0" wp14:anchorId="491A414D" wp14:editId="56CFEEB1">
            <wp:extent cx="4105848" cy="495369"/>
            <wp:effectExtent l="0" t="0" r="9525" b="0"/>
            <wp:docPr id="1208409986" name="Picture 1" descr="A close up of a wor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8409986" name="Picture 1" descr="A close up of a word&#10;&#10;AI-generated content may be incorrect."/>
                    <pic:cNvPicPr/>
                  </pic:nvPicPr>
                  <pic:blipFill>
                    <a:blip r:embed="rId25"/>
                    <a:stretch>
                      <a:fillRect/>
                    </a:stretch>
                  </pic:blipFill>
                  <pic:spPr>
                    <a:xfrm>
                      <a:off x="0" y="0"/>
                      <a:ext cx="4105848" cy="495369"/>
                    </a:xfrm>
                    <a:prstGeom prst="rect">
                      <a:avLst/>
                    </a:prstGeom>
                  </pic:spPr>
                </pic:pic>
              </a:graphicData>
            </a:graphic>
          </wp:inline>
        </w:drawing>
      </w:r>
    </w:p>
    <w:p w14:paraId="5E038297" w14:textId="3FA1C3DA" w:rsidR="002C292E" w:rsidRPr="002C292E" w:rsidRDefault="00684E0B" w:rsidP="002C292E">
      <w:pPr>
        <w:pStyle w:val="IntenseQuote"/>
      </w:pPr>
      <w:r>
        <w:t xml:space="preserve">14. </w:t>
      </w:r>
      <w:r w:rsidR="002C292E" w:rsidRPr="002C292E">
        <w:t>Write a PL/SQL block that deliberately causes and handles these implicit exceptions:</w:t>
      </w:r>
    </w:p>
    <w:p w14:paraId="25047E50" w14:textId="77777777" w:rsidR="002C292E" w:rsidRDefault="002C292E" w:rsidP="002C292E">
      <w:r>
        <w:t>SET SERVEROUTPUT ON;</w:t>
      </w:r>
    </w:p>
    <w:p w14:paraId="386E9B07" w14:textId="77777777" w:rsidR="002C292E" w:rsidRDefault="002C292E" w:rsidP="002C292E">
      <w:r>
        <w:lastRenderedPageBreak/>
        <w:t>DECLARE</w:t>
      </w:r>
    </w:p>
    <w:p w14:paraId="063E3ED4" w14:textId="77777777" w:rsidR="002C292E" w:rsidRDefault="002C292E" w:rsidP="002C292E">
      <w:r>
        <w:t xml:space="preserve">  </w:t>
      </w:r>
      <w:proofErr w:type="spellStart"/>
      <w:r>
        <w:t>v_tmp</w:t>
      </w:r>
      <w:proofErr w:type="spellEnd"/>
      <w:r>
        <w:t xml:space="preserve"> VARCHAR2(5);</w:t>
      </w:r>
    </w:p>
    <w:p w14:paraId="1CFCF1FB" w14:textId="77777777" w:rsidR="002C292E" w:rsidRDefault="002C292E" w:rsidP="002C292E">
      <w:r>
        <w:t xml:space="preserve">  </w:t>
      </w:r>
      <w:proofErr w:type="spellStart"/>
      <w:r>
        <w:t>v_res</w:t>
      </w:r>
      <w:proofErr w:type="spellEnd"/>
      <w:r>
        <w:t xml:space="preserve"> NUMBER;</w:t>
      </w:r>
    </w:p>
    <w:p w14:paraId="2EDBEF0B" w14:textId="77777777" w:rsidR="002C292E" w:rsidRDefault="002C292E" w:rsidP="002C292E">
      <w:r>
        <w:t xml:space="preserve">  </w:t>
      </w:r>
      <w:proofErr w:type="spellStart"/>
      <w:r>
        <w:t>v_str</w:t>
      </w:r>
      <w:proofErr w:type="spellEnd"/>
      <w:r>
        <w:t xml:space="preserve"> VARCHAR2(8) := 'ABCDEFGH';</w:t>
      </w:r>
    </w:p>
    <w:p w14:paraId="466E5010" w14:textId="77777777" w:rsidR="002C292E" w:rsidRDefault="002C292E" w:rsidP="002C292E">
      <w:r>
        <w:t>BEGIN</w:t>
      </w:r>
    </w:p>
    <w:p w14:paraId="11025234" w14:textId="77777777" w:rsidR="002C292E" w:rsidRDefault="002C292E" w:rsidP="002C292E">
      <w:r>
        <w:t xml:space="preserve">  BEGIN</w:t>
      </w:r>
    </w:p>
    <w:p w14:paraId="211846F2" w14:textId="77777777" w:rsidR="002C292E" w:rsidRDefault="002C292E" w:rsidP="002C292E">
      <w:r>
        <w:t xml:space="preserve">    SELECT email </w:t>
      </w:r>
    </w:p>
    <w:p w14:paraId="3B667247" w14:textId="77777777" w:rsidR="002C292E" w:rsidRDefault="002C292E" w:rsidP="002C292E">
      <w:r>
        <w:t xml:space="preserve">      INTO </w:t>
      </w:r>
      <w:proofErr w:type="spellStart"/>
      <w:r>
        <w:t>v_tmp</w:t>
      </w:r>
      <w:proofErr w:type="spellEnd"/>
      <w:r>
        <w:t xml:space="preserve"> </w:t>
      </w:r>
    </w:p>
    <w:p w14:paraId="643AE8C1" w14:textId="77777777" w:rsidR="002C292E" w:rsidRDefault="002C292E" w:rsidP="002C292E">
      <w:r>
        <w:t xml:space="preserve">      FROM </w:t>
      </w:r>
      <w:proofErr w:type="spellStart"/>
      <w:r>
        <w:t>clientsN</w:t>
      </w:r>
      <w:proofErr w:type="spellEnd"/>
      <w:r>
        <w:t xml:space="preserve"> </w:t>
      </w:r>
    </w:p>
    <w:p w14:paraId="43002195" w14:textId="77777777" w:rsidR="002C292E" w:rsidRDefault="002C292E" w:rsidP="002C292E">
      <w:r>
        <w:t xml:space="preserve">     WHERE </w:t>
      </w:r>
      <w:proofErr w:type="spellStart"/>
      <w:r>
        <w:t>client_id</w:t>
      </w:r>
      <w:proofErr w:type="spellEnd"/>
      <w:r>
        <w:t xml:space="preserve"> = -1;</w:t>
      </w:r>
    </w:p>
    <w:p w14:paraId="7715396D" w14:textId="77777777" w:rsidR="002C292E" w:rsidRDefault="002C292E" w:rsidP="002C292E">
      <w:r>
        <w:t xml:space="preserve">  EXCEPTION</w:t>
      </w:r>
    </w:p>
    <w:p w14:paraId="044904CF" w14:textId="77777777" w:rsidR="002C292E" w:rsidRDefault="002C292E" w:rsidP="002C292E">
      <w:r>
        <w:t xml:space="preserve">    WHEN NO_DATA_FOUND THEN</w:t>
      </w:r>
    </w:p>
    <w:p w14:paraId="004A3692" w14:textId="77777777" w:rsidR="002C292E" w:rsidRDefault="002C292E" w:rsidP="002C292E">
      <w:r>
        <w:t xml:space="preserve">      DBMS_OUTPUT.PUT_LINE('Caught NO_DATA_FOUND');</w:t>
      </w:r>
    </w:p>
    <w:p w14:paraId="3A1C2973" w14:textId="77777777" w:rsidR="002C292E" w:rsidRDefault="002C292E" w:rsidP="002C292E">
      <w:r>
        <w:t xml:space="preserve">  END;</w:t>
      </w:r>
    </w:p>
    <w:p w14:paraId="656EF346" w14:textId="77777777" w:rsidR="002C292E" w:rsidRDefault="002C292E" w:rsidP="002C292E"/>
    <w:p w14:paraId="6C77AC21" w14:textId="77777777" w:rsidR="002C292E" w:rsidRDefault="002C292E" w:rsidP="002C292E">
      <w:r>
        <w:t xml:space="preserve">  BEGIN</w:t>
      </w:r>
    </w:p>
    <w:p w14:paraId="461356D0" w14:textId="77777777" w:rsidR="002C292E" w:rsidRDefault="002C292E" w:rsidP="002C292E">
      <w:r>
        <w:t xml:space="preserve">    </w:t>
      </w:r>
      <w:proofErr w:type="spellStart"/>
      <w:r>
        <w:t>v_res</w:t>
      </w:r>
      <w:proofErr w:type="spellEnd"/>
      <w:r>
        <w:t xml:space="preserve"> := 10 / 0;</w:t>
      </w:r>
    </w:p>
    <w:p w14:paraId="6EF647E5" w14:textId="77777777" w:rsidR="002C292E" w:rsidRDefault="002C292E" w:rsidP="002C292E">
      <w:r>
        <w:t xml:space="preserve">  EXCEPTION</w:t>
      </w:r>
    </w:p>
    <w:p w14:paraId="79311054" w14:textId="77777777" w:rsidR="002C292E" w:rsidRDefault="002C292E" w:rsidP="002C292E">
      <w:r>
        <w:t xml:space="preserve">    WHEN ZERO_DIVIDE THEN</w:t>
      </w:r>
    </w:p>
    <w:p w14:paraId="6A4C5555" w14:textId="77777777" w:rsidR="002C292E" w:rsidRDefault="002C292E" w:rsidP="002C292E">
      <w:r>
        <w:t xml:space="preserve">      DBMS_OUTPUT.PUT_LINE('Caught ZERO_DIVIDE');</w:t>
      </w:r>
    </w:p>
    <w:p w14:paraId="0D729099" w14:textId="77777777" w:rsidR="002C292E" w:rsidRDefault="002C292E" w:rsidP="002C292E">
      <w:r>
        <w:t xml:space="preserve">  END;</w:t>
      </w:r>
    </w:p>
    <w:p w14:paraId="7F21F493" w14:textId="77777777" w:rsidR="002C292E" w:rsidRDefault="002C292E" w:rsidP="002C292E"/>
    <w:p w14:paraId="54B0B80B" w14:textId="77777777" w:rsidR="002C292E" w:rsidRDefault="002C292E" w:rsidP="002C292E">
      <w:r>
        <w:t xml:space="preserve">  BEGIN</w:t>
      </w:r>
    </w:p>
    <w:p w14:paraId="1A915597" w14:textId="77777777" w:rsidR="002C292E" w:rsidRDefault="002C292E" w:rsidP="002C292E">
      <w:r>
        <w:t xml:space="preserve">    </w:t>
      </w:r>
      <w:proofErr w:type="spellStart"/>
      <w:r>
        <w:t>v_tmp</w:t>
      </w:r>
      <w:proofErr w:type="spellEnd"/>
      <w:r>
        <w:t xml:space="preserve"> := </w:t>
      </w:r>
      <w:proofErr w:type="spellStart"/>
      <w:r>
        <w:t>v_str</w:t>
      </w:r>
      <w:proofErr w:type="spellEnd"/>
      <w:r>
        <w:t xml:space="preserve">;  -- </w:t>
      </w:r>
      <w:proofErr w:type="spellStart"/>
      <w:r>
        <w:t>v_str</w:t>
      </w:r>
      <w:proofErr w:type="spellEnd"/>
      <w:r>
        <w:t xml:space="preserve"> length = 8, too big for </w:t>
      </w:r>
      <w:proofErr w:type="spellStart"/>
      <w:r>
        <w:t>v_tmp</w:t>
      </w:r>
      <w:proofErr w:type="spellEnd"/>
    </w:p>
    <w:p w14:paraId="548D424B" w14:textId="77777777" w:rsidR="002C292E" w:rsidRDefault="002C292E" w:rsidP="002C292E">
      <w:r>
        <w:t xml:space="preserve">  EXCEPTION</w:t>
      </w:r>
    </w:p>
    <w:p w14:paraId="4A35192D" w14:textId="77777777" w:rsidR="002C292E" w:rsidRDefault="002C292E" w:rsidP="002C292E">
      <w:r>
        <w:t xml:space="preserve">    WHEN VALUE_ERROR THEN</w:t>
      </w:r>
    </w:p>
    <w:p w14:paraId="7213BCB2" w14:textId="77777777" w:rsidR="002C292E" w:rsidRDefault="002C292E" w:rsidP="002C292E">
      <w:r>
        <w:lastRenderedPageBreak/>
        <w:t xml:space="preserve">      DBMS_OUTPUT.PUT_LINE('Caught VALUE_ERROR');</w:t>
      </w:r>
    </w:p>
    <w:p w14:paraId="7A3AE156" w14:textId="77777777" w:rsidR="002C292E" w:rsidRDefault="002C292E" w:rsidP="002C292E">
      <w:r>
        <w:t xml:space="preserve">  END;</w:t>
      </w:r>
    </w:p>
    <w:p w14:paraId="3FE39701" w14:textId="77777777" w:rsidR="002C292E" w:rsidRDefault="002C292E" w:rsidP="002C292E">
      <w:r>
        <w:t>END;</w:t>
      </w:r>
    </w:p>
    <w:p w14:paraId="5099DE3A" w14:textId="1924D775" w:rsidR="002C292E" w:rsidRDefault="002C292E" w:rsidP="002C292E">
      <w:r>
        <w:t>/</w:t>
      </w:r>
    </w:p>
    <w:p w14:paraId="4FA55E2B" w14:textId="0F41BC02" w:rsidR="002C292E" w:rsidRDefault="002C292E" w:rsidP="002C292E">
      <w:r w:rsidRPr="002C292E">
        <w:drawing>
          <wp:inline distT="0" distB="0" distL="0" distR="0" wp14:anchorId="67D64229" wp14:editId="07D224A1">
            <wp:extent cx="5486400" cy="2075180"/>
            <wp:effectExtent l="0" t="0" r="0" b="1270"/>
            <wp:docPr id="1304077388" name="Picture 1" descr="A computer code with black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4077388" name="Picture 1" descr="A computer code with black text&#10;&#10;AI-generated content may be incorrect."/>
                    <pic:cNvPicPr/>
                  </pic:nvPicPr>
                  <pic:blipFill>
                    <a:blip r:embed="rId26"/>
                    <a:stretch>
                      <a:fillRect/>
                    </a:stretch>
                  </pic:blipFill>
                  <pic:spPr>
                    <a:xfrm>
                      <a:off x="0" y="0"/>
                      <a:ext cx="5486400" cy="2075180"/>
                    </a:xfrm>
                    <a:prstGeom prst="rect">
                      <a:avLst/>
                    </a:prstGeom>
                  </pic:spPr>
                </pic:pic>
              </a:graphicData>
            </a:graphic>
          </wp:inline>
        </w:drawing>
      </w:r>
    </w:p>
    <w:p w14:paraId="66B0C68E" w14:textId="5BF4B3BE" w:rsidR="00DB070A" w:rsidRDefault="00DB070A" w:rsidP="002C292E">
      <w:r w:rsidRPr="00DB070A">
        <w:drawing>
          <wp:inline distT="0" distB="0" distL="0" distR="0" wp14:anchorId="55A05EE2" wp14:editId="2C63FB12">
            <wp:extent cx="3458058" cy="1238423"/>
            <wp:effectExtent l="0" t="0" r="9525" b="0"/>
            <wp:docPr id="716373148" name="Picture 1" descr="A white background with black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6373148" name="Picture 1" descr="A white background with black text&#10;&#10;AI-generated content may be incorrect."/>
                    <pic:cNvPicPr/>
                  </pic:nvPicPr>
                  <pic:blipFill>
                    <a:blip r:embed="rId27"/>
                    <a:stretch>
                      <a:fillRect/>
                    </a:stretch>
                  </pic:blipFill>
                  <pic:spPr>
                    <a:xfrm>
                      <a:off x="0" y="0"/>
                      <a:ext cx="3458058" cy="1238423"/>
                    </a:xfrm>
                    <a:prstGeom prst="rect">
                      <a:avLst/>
                    </a:prstGeom>
                  </pic:spPr>
                </pic:pic>
              </a:graphicData>
            </a:graphic>
          </wp:inline>
        </w:drawing>
      </w:r>
    </w:p>
    <w:p w14:paraId="65E3EFE4" w14:textId="381DDAFE" w:rsidR="00DB070A" w:rsidRDefault="00684E0B" w:rsidP="00DB070A">
      <w:pPr>
        <w:pStyle w:val="IntenseQuote"/>
      </w:pPr>
      <w:r>
        <w:t xml:space="preserve">15. </w:t>
      </w:r>
      <w:r w:rsidR="00DB070A" w:rsidRPr="00DB070A">
        <w:t>Problem:</w:t>
      </w:r>
      <w:r w:rsidR="00DB070A" w:rsidRPr="00DB070A">
        <w:br/>
        <w:t xml:space="preserve">Prompt for fee if fee &lt; 0 then RAISE </w:t>
      </w:r>
      <w:r w:rsidR="00DB070A">
        <w:t xml:space="preserve">it </w:t>
      </w:r>
      <w:r w:rsidR="00DB070A" w:rsidRPr="00DB070A">
        <w:t xml:space="preserve">if fee &gt; 10000 then RAISE </w:t>
      </w:r>
      <w:proofErr w:type="spellStart"/>
      <w:r w:rsidR="00DB070A" w:rsidRPr="00DB070A">
        <w:t>ex_fee_high</w:t>
      </w:r>
      <w:proofErr w:type="spellEnd"/>
      <w:r w:rsidR="00DB070A" w:rsidRPr="00DB070A">
        <w:t>; otherwise print “Fee OK: &lt;fee&gt;”. Handle both exceptions and WHEN OTHERS.</w:t>
      </w:r>
    </w:p>
    <w:p w14:paraId="526DBB97" w14:textId="77777777" w:rsidR="00DB070A" w:rsidRDefault="00DB070A" w:rsidP="00DB070A">
      <w:r>
        <w:t>SET SERVEROUTPUT ON;</w:t>
      </w:r>
    </w:p>
    <w:p w14:paraId="56C27E26" w14:textId="77777777" w:rsidR="00DB070A" w:rsidRDefault="00DB070A" w:rsidP="00DB070A">
      <w:r>
        <w:t>DECLARE</w:t>
      </w:r>
    </w:p>
    <w:p w14:paraId="7E6E6007" w14:textId="77777777" w:rsidR="00DB070A" w:rsidRDefault="00DB070A" w:rsidP="00DB070A">
      <w:r>
        <w:t xml:space="preserve">  </w:t>
      </w:r>
      <w:proofErr w:type="spellStart"/>
      <w:r>
        <w:t>v_fee</w:t>
      </w:r>
      <w:proofErr w:type="spellEnd"/>
      <w:r>
        <w:t xml:space="preserve">       NUMBER := &amp;fee;</w:t>
      </w:r>
    </w:p>
    <w:p w14:paraId="6B66DFC8" w14:textId="77777777" w:rsidR="00DB070A" w:rsidRDefault="00DB070A" w:rsidP="00DB070A">
      <w:r>
        <w:t xml:space="preserve">  </w:t>
      </w:r>
      <w:proofErr w:type="spellStart"/>
      <w:r>
        <w:t>ex_fee_low</w:t>
      </w:r>
      <w:proofErr w:type="spellEnd"/>
      <w:r>
        <w:t xml:space="preserve">  EXCEPTION;</w:t>
      </w:r>
    </w:p>
    <w:p w14:paraId="64A3E394" w14:textId="77777777" w:rsidR="00DB070A" w:rsidRDefault="00DB070A" w:rsidP="00DB070A">
      <w:r>
        <w:t xml:space="preserve">  </w:t>
      </w:r>
      <w:proofErr w:type="spellStart"/>
      <w:r>
        <w:t>ex_fee_high</w:t>
      </w:r>
      <w:proofErr w:type="spellEnd"/>
      <w:r>
        <w:t xml:space="preserve"> EXCEPTION;</w:t>
      </w:r>
    </w:p>
    <w:p w14:paraId="7E5EA291" w14:textId="77777777" w:rsidR="00DB070A" w:rsidRDefault="00DB070A" w:rsidP="00DB070A">
      <w:r>
        <w:t>BEGIN</w:t>
      </w:r>
    </w:p>
    <w:p w14:paraId="0F8F93E8" w14:textId="77777777" w:rsidR="00DB070A" w:rsidRDefault="00DB070A" w:rsidP="00DB070A">
      <w:r>
        <w:t xml:space="preserve">  IF </w:t>
      </w:r>
      <w:proofErr w:type="spellStart"/>
      <w:r>
        <w:t>v_fee</w:t>
      </w:r>
      <w:proofErr w:type="spellEnd"/>
      <w:r>
        <w:t xml:space="preserve"> &lt; 0 THEN</w:t>
      </w:r>
    </w:p>
    <w:p w14:paraId="1229EF3F" w14:textId="77777777" w:rsidR="00DB070A" w:rsidRDefault="00DB070A" w:rsidP="00DB070A">
      <w:r>
        <w:lastRenderedPageBreak/>
        <w:t xml:space="preserve">    RAISE </w:t>
      </w:r>
      <w:proofErr w:type="spellStart"/>
      <w:r>
        <w:t>ex_fee_low</w:t>
      </w:r>
      <w:proofErr w:type="spellEnd"/>
      <w:r>
        <w:t>;</w:t>
      </w:r>
    </w:p>
    <w:p w14:paraId="6DCBEDB2" w14:textId="77777777" w:rsidR="00DB070A" w:rsidRDefault="00DB070A" w:rsidP="00DB070A">
      <w:r>
        <w:t xml:space="preserve">  ELSIF </w:t>
      </w:r>
      <w:proofErr w:type="spellStart"/>
      <w:r>
        <w:t>v_fee</w:t>
      </w:r>
      <w:proofErr w:type="spellEnd"/>
      <w:r>
        <w:t xml:space="preserve"> &gt; 10000 THEN</w:t>
      </w:r>
    </w:p>
    <w:p w14:paraId="436AAD24" w14:textId="77777777" w:rsidR="00DB070A" w:rsidRDefault="00DB070A" w:rsidP="00DB070A">
      <w:r>
        <w:t xml:space="preserve">    RAISE </w:t>
      </w:r>
      <w:proofErr w:type="spellStart"/>
      <w:r>
        <w:t>ex_fee_high</w:t>
      </w:r>
      <w:proofErr w:type="spellEnd"/>
      <w:r>
        <w:t>;</w:t>
      </w:r>
    </w:p>
    <w:p w14:paraId="6E811212" w14:textId="77777777" w:rsidR="00DB070A" w:rsidRDefault="00DB070A" w:rsidP="00DB070A">
      <w:r>
        <w:t xml:space="preserve">  ELSE</w:t>
      </w:r>
    </w:p>
    <w:p w14:paraId="689F2E21" w14:textId="77777777" w:rsidR="00DB070A" w:rsidRDefault="00DB070A" w:rsidP="00DB070A">
      <w:r>
        <w:t xml:space="preserve">    DBMS_OUTPUT.PUT_LINE('Fee OK: ' || </w:t>
      </w:r>
      <w:proofErr w:type="spellStart"/>
      <w:r>
        <w:t>v_fee</w:t>
      </w:r>
      <w:proofErr w:type="spellEnd"/>
      <w:r>
        <w:t>);</w:t>
      </w:r>
    </w:p>
    <w:p w14:paraId="3DB98FEA" w14:textId="77777777" w:rsidR="00DB070A" w:rsidRDefault="00DB070A" w:rsidP="00DB070A">
      <w:r>
        <w:t xml:space="preserve">  END IF;</w:t>
      </w:r>
    </w:p>
    <w:p w14:paraId="12D2DB61" w14:textId="77777777" w:rsidR="00DB070A" w:rsidRDefault="00DB070A" w:rsidP="00DB070A">
      <w:r>
        <w:t>EXCEPTION</w:t>
      </w:r>
    </w:p>
    <w:p w14:paraId="3E36C3C6" w14:textId="77777777" w:rsidR="00DB070A" w:rsidRDefault="00DB070A" w:rsidP="00DB070A">
      <w:r>
        <w:t xml:space="preserve">  WHEN </w:t>
      </w:r>
      <w:proofErr w:type="spellStart"/>
      <w:r>
        <w:t>ex_fee_low</w:t>
      </w:r>
      <w:proofErr w:type="spellEnd"/>
      <w:r>
        <w:t xml:space="preserve">  THEN</w:t>
      </w:r>
    </w:p>
    <w:p w14:paraId="56014ADC" w14:textId="77777777" w:rsidR="00DB070A" w:rsidRDefault="00DB070A" w:rsidP="00DB070A">
      <w:r>
        <w:t xml:space="preserve">    DBMS_OUTPUT.PUT_LINE('Explicit: Fee too low (' || </w:t>
      </w:r>
      <w:proofErr w:type="spellStart"/>
      <w:r>
        <w:t>v_fee</w:t>
      </w:r>
      <w:proofErr w:type="spellEnd"/>
      <w:r>
        <w:t xml:space="preserve"> || ')');</w:t>
      </w:r>
    </w:p>
    <w:p w14:paraId="0AA1C227" w14:textId="77777777" w:rsidR="00DB070A" w:rsidRDefault="00DB070A" w:rsidP="00DB070A">
      <w:r>
        <w:t xml:space="preserve">  WHEN </w:t>
      </w:r>
      <w:proofErr w:type="spellStart"/>
      <w:r>
        <w:t>ex_fee_high</w:t>
      </w:r>
      <w:proofErr w:type="spellEnd"/>
      <w:r>
        <w:t xml:space="preserve"> THEN</w:t>
      </w:r>
    </w:p>
    <w:p w14:paraId="7AA1F8AE" w14:textId="77777777" w:rsidR="00DB070A" w:rsidRDefault="00DB070A" w:rsidP="00DB070A">
      <w:r>
        <w:t xml:space="preserve">    DBMS_OUTPUT.PUT_LINE('Explicit: Fee too high (' || </w:t>
      </w:r>
      <w:proofErr w:type="spellStart"/>
      <w:r>
        <w:t>v_fee</w:t>
      </w:r>
      <w:proofErr w:type="spellEnd"/>
      <w:r>
        <w:t xml:space="preserve"> || ')');</w:t>
      </w:r>
    </w:p>
    <w:p w14:paraId="32CE12FD" w14:textId="77777777" w:rsidR="00DB070A" w:rsidRDefault="00DB070A" w:rsidP="00DB070A">
      <w:r>
        <w:t xml:space="preserve">  WHEN OTHERS      THEN</w:t>
      </w:r>
    </w:p>
    <w:p w14:paraId="26BB3D6B" w14:textId="77777777" w:rsidR="00DB070A" w:rsidRDefault="00DB070A" w:rsidP="00DB070A">
      <w:r>
        <w:t xml:space="preserve">    DBMS_OUTPUT.PUT_LINE('Unexpected error: ' || SQLERRM);</w:t>
      </w:r>
    </w:p>
    <w:p w14:paraId="782FEC9D" w14:textId="77777777" w:rsidR="00DB070A" w:rsidRDefault="00DB070A" w:rsidP="00DB070A">
      <w:r>
        <w:t>END;</w:t>
      </w:r>
    </w:p>
    <w:p w14:paraId="63D383C2" w14:textId="61952C75" w:rsidR="00DB070A" w:rsidRDefault="00DB070A" w:rsidP="00DB070A">
      <w:r>
        <w:t>/</w:t>
      </w:r>
    </w:p>
    <w:p w14:paraId="0E9281E1" w14:textId="3BB402E8" w:rsidR="00DB070A" w:rsidRDefault="00DB070A" w:rsidP="00DB070A">
      <w:pPr>
        <w:rPr>
          <w:noProof/>
        </w:rPr>
      </w:pPr>
      <w:r>
        <w:rPr>
          <w:noProof/>
        </w:rPr>
        <w:lastRenderedPageBreak/>
        <w:drawing>
          <wp:inline distT="0" distB="0" distL="0" distR="0" wp14:anchorId="74A03EB5" wp14:editId="2F0CBDBB">
            <wp:extent cx="5486400" cy="4644390"/>
            <wp:effectExtent l="0" t="0" r="0" b="3810"/>
            <wp:docPr id="991341864"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1341864" name="Picture 1" descr="A screenshot of a computer&#10;&#10;AI-generated content may be incorrect."/>
                    <pic:cNvPicPr/>
                  </pic:nvPicPr>
                  <pic:blipFill>
                    <a:blip r:embed="rId28"/>
                    <a:stretch>
                      <a:fillRect/>
                    </a:stretch>
                  </pic:blipFill>
                  <pic:spPr>
                    <a:xfrm>
                      <a:off x="0" y="0"/>
                      <a:ext cx="5486400" cy="4644390"/>
                    </a:xfrm>
                    <a:prstGeom prst="rect">
                      <a:avLst/>
                    </a:prstGeom>
                  </pic:spPr>
                </pic:pic>
              </a:graphicData>
            </a:graphic>
          </wp:inline>
        </w:drawing>
      </w:r>
      <w:r w:rsidRPr="00DB070A">
        <w:rPr>
          <w:noProof/>
        </w:rPr>
        <w:t xml:space="preserve"> </w:t>
      </w:r>
      <w:r>
        <w:rPr>
          <w:noProof/>
        </w:rPr>
        <w:lastRenderedPageBreak/>
        <w:drawing>
          <wp:inline distT="0" distB="0" distL="0" distR="0" wp14:anchorId="34045C09" wp14:editId="1896505F">
            <wp:extent cx="5000000" cy="5828571"/>
            <wp:effectExtent l="0" t="0" r="0" b="1270"/>
            <wp:docPr id="2080388569" name="Picture 1" descr="A screenshot of a computer program&#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0388569" name="Picture 1" descr="A screenshot of a computer program&#10;&#10;AI-generated content may be incorrect."/>
                    <pic:cNvPicPr/>
                  </pic:nvPicPr>
                  <pic:blipFill>
                    <a:blip r:embed="rId29"/>
                    <a:stretch>
                      <a:fillRect/>
                    </a:stretch>
                  </pic:blipFill>
                  <pic:spPr>
                    <a:xfrm>
                      <a:off x="0" y="0"/>
                      <a:ext cx="5000000" cy="5828571"/>
                    </a:xfrm>
                    <a:prstGeom prst="rect">
                      <a:avLst/>
                    </a:prstGeom>
                  </pic:spPr>
                </pic:pic>
              </a:graphicData>
            </a:graphic>
          </wp:inline>
        </w:drawing>
      </w:r>
    </w:p>
    <w:p w14:paraId="6E4F84A2" w14:textId="7B9BFFC7" w:rsidR="00DB070A" w:rsidRDefault="00684E0B" w:rsidP="00DB070A">
      <w:pPr>
        <w:pStyle w:val="IntenseQuote"/>
      </w:pPr>
      <w:r>
        <w:t xml:space="preserve">16. </w:t>
      </w:r>
      <w:r w:rsidR="00DB070A">
        <w:t>Problem:</w:t>
      </w:r>
    </w:p>
    <w:p w14:paraId="6A98BDEF" w14:textId="46C4286C" w:rsidR="00DB070A" w:rsidRDefault="00DB070A" w:rsidP="00DB070A">
      <w:pPr>
        <w:pStyle w:val="IntenseQuote"/>
      </w:pPr>
      <w:r w:rsidRPr="00DB070A">
        <w:t>Count how many documents exist for application 2001 and print the result.</w:t>
      </w:r>
    </w:p>
    <w:p w14:paraId="19765729" w14:textId="77777777" w:rsidR="00DB070A" w:rsidRDefault="00DB070A" w:rsidP="00DB070A">
      <w:r>
        <w:t>SET SERVEROUTPUT ON;</w:t>
      </w:r>
    </w:p>
    <w:p w14:paraId="6BFA9071" w14:textId="77777777" w:rsidR="00DB070A" w:rsidRDefault="00DB070A" w:rsidP="00DB070A">
      <w:r>
        <w:t>DECLARE</w:t>
      </w:r>
    </w:p>
    <w:p w14:paraId="06842302" w14:textId="77777777" w:rsidR="00DB070A" w:rsidRDefault="00DB070A" w:rsidP="00DB070A">
      <w:r>
        <w:t xml:space="preserve">  </w:t>
      </w:r>
      <w:proofErr w:type="spellStart"/>
      <w:r>
        <w:t>v_doc_count</w:t>
      </w:r>
      <w:proofErr w:type="spellEnd"/>
      <w:r>
        <w:t xml:space="preserve"> NUMBER;</w:t>
      </w:r>
    </w:p>
    <w:p w14:paraId="163FC332" w14:textId="77777777" w:rsidR="00DB070A" w:rsidRDefault="00DB070A" w:rsidP="00DB070A">
      <w:r>
        <w:t>BEGIN</w:t>
      </w:r>
    </w:p>
    <w:p w14:paraId="273002DF" w14:textId="77777777" w:rsidR="00DB070A" w:rsidRDefault="00DB070A" w:rsidP="00DB070A">
      <w:r>
        <w:lastRenderedPageBreak/>
        <w:t xml:space="preserve">  SELECT COUNT(*) </w:t>
      </w:r>
    </w:p>
    <w:p w14:paraId="77EAF734" w14:textId="77777777" w:rsidR="00DB070A" w:rsidRDefault="00DB070A" w:rsidP="00DB070A">
      <w:r>
        <w:t xml:space="preserve">    INTO </w:t>
      </w:r>
      <w:proofErr w:type="spellStart"/>
      <w:r>
        <w:t>v_doc_count</w:t>
      </w:r>
      <w:proofErr w:type="spellEnd"/>
      <w:r>
        <w:t xml:space="preserve"> </w:t>
      </w:r>
    </w:p>
    <w:p w14:paraId="0C1A9010" w14:textId="77777777" w:rsidR="00DB070A" w:rsidRDefault="00DB070A" w:rsidP="00DB070A">
      <w:r>
        <w:t xml:space="preserve">    FROM </w:t>
      </w:r>
      <w:proofErr w:type="spellStart"/>
      <w:r>
        <w:t>documentsN</w:t>
      </w:r>
      <w:proofErr w:type="spellEnd"/>
      <w:r>
        <w:t xml:space="preserve"> </w:t>
      </w:r>
    </w:p>
    <w:p w14:paraId="72156730" w14:textId="77777777" w:rsidR="00DB070A" w:rsidRDefault="00DB070A" w:rsidP="00DB070A">
      <w:r>
        <w:t xml:space="preserve">   WHERE </w:t>
      </w:r>
      <w:proofErr w:type="spellStart"/>
      <w:r>
        <w:t>application_id</w:t>
      </w:r>
      <w:proofErr w:type="spellEnd"/>
      <w:r>
        <w:t xml:space="preserve"> = 2001;</w:t>
      </w:r>
    </w:p>
    <w:p w14:paraId="3A24912D" w14:textId="77777777" w:rsidR="00DB070A" w:rsidRDefault="00DB070A" w:rsidP="00DB070A">
      <w:r>
        <w:t xml:space="preserve">  DBMS_OUTPUT.PUT_LINE('Total documents for application 2001: ' || </w:t>
      </w:r>
      <w:proofErr w:type="spellStart"/>
      <w:r>
        <w:t>v_doc_count</w:t>
      </w:r>
      <w:proofErr w:type="spellEnd"/>
      <w:r>
        <w:t>);</w:t>
      </w:r>
    </w:p>
    <w:p w14:paraId="27E24530" w14:textId="77777777" w:rsidR="00DB070A" w:rsidRDefault="00DB070A" w:rsidP="00DB070A">
      <w:r>
        <w:t>END;</w:t>
      </w:r>
    </w:p>
    <w:p w14:paraId="634F1018" w14:textId="2E85141C" w:rsidR="00DB070A" w:rsidRDefault="00DB070A" w:rsidP="00DB070A">
      <w:r>
        <w:t>/</w:t>
      </w:r>
    </w:p>
    <w:p w14:paraId="2A36158A" w14:textId="362AE91A" w:rsidR="00DB070A" w:rsidRDefault="00DB070A" w:rsidP="00DB070A">
      <w:r w:rsidRPr="00DB070A">
        <w:drawing>
          <wp:inline distT="0" distB="0" distL="0" distR="0" wp14:anchorId="273D5F7E" wp14:editId="33EB7C2B">
            <wp:extent cx="5486400" cy="1888490"/>
            <wp:effectExtent l="0" t="0" r="0" b="0"/>
            <wp:docPr id="47779010" name="Picture 1" descr="A close-up of a computer scree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779010" name="Picture 1" descr="A close-up of a computer screen&#10;&#10;AI-generated content may be incorrect."/>
                    <pic:cNvPicPr/>
                  </pic:nvPicPr>
                  <pic:blipFill>
                    <a:blip r:embed="rId30"/>
                    <a:stretch>
                      <a:fillRect/>
                    </a:stretch>
                  </pic:blipFill>
                  <pic:spPr>
                    <a:xfrm>
                      <a:off x="0" y="0"/>
                      <a:ext cx="5486400" cy="1888490"/>
                    </a:xfrm>
                    <a:prstGeom prst="rect">
                      <a:avLst/>
                    </a:prstGeom>
                  </pic:spPr>
                </pic:pic>
              </a:graphicData>
            </a:graphic>
          </wp:inline>
        </w:drawing>
      </w:r>
    </w:p>
    <w:p w14:paraId="70AD5BCC" w14:textId="20DD90B4" w:rsidR="00DB070A" w:rsidRDefault="00DB070A" w:rsidP="00DB070A">
      <w:r w:rsidRPr="00DB070A">
        <w:drawing>
          <wp:inline distT="0" distB="0" distL="0" distR="0" wp14:anchorId="6F04FE83" wp14:editId="31B6940F">
            <wp:extent cx="4525006" cy="533474"/>
            <wp:effectExtent l="0" t="0" r="9525" b="0"/>
            <wp:docPr id="1023047659" name="Picture 1" descr="A close up of a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047659" name="Picture 1" descr="A close up of a text&#10;&#10;AI-generated content may be incorrect."/>
                    <pic:cNvPicPr/>
                  </pic:nvPicPr>
                  <pic:blipFill>
                    <a:blip r:embed="rId31"/>
                    <a:stretch>
                      <a:fillRect/>
                    </a:stretch>
                  </pic:blipFill>
                  <pic:spPr>
                    <a:xfrm>
                      <a:off x="0" y="0"/>
                      <a:ext cx="4525006" cy="533474"/>
                    </a:xfrm>
                    <a:prstGeom prst="rect">
                      <a:avLst/>
                    </a:prstGeom>
                  </pic:spPr>
                </pic:pic>
              </a:graphicData>
            </a:graphic>
          </wp:inline>
        </w:drawing>
      </w:r>
    </w:p>
    <w:p w14:paraId="025C8067" w14:textId="0933CBC4" w:rsidR="00DB070A" w:rsidRDefault="00684E0B" w:rsidP="00DB070A">
      <w:pPr>
        <w:pStyle w:val="IntenseQuote"/>
      </w:pPr>
      <w:r>
        <w:t xml:space="preserve">17. </w:t>
      </w:r>
      <w:r w:rsidR="00DB070A" w:rsidRPr="00DB070A">
        <w:t>Problem:</w:t>
      </w:r>
      <w:r w:rsidR="00DB070A" w:rsidRPr="00DB070A">
        <w:br/>
        <w:t xml:space="preserve">Declare an explicit cursor retrieving each </w:t>
      </w:r>
      <w:proofErr w:type="spellStart"/>
      <w:r w:rsidR="00DB070A" w:rsidRPr="00DB070A">
        <w:t>employee_id</w:t>
      </w:r>
      <w:proofErr w:type="spellEnd"/>
      <w:r w:rsidR="00DB070A" w:rsidRPr="00DB070A">
        <w:t xml:space="preserve"> and count of appointments, then loop to print</w:t>
      </w:r>
    </w:p>
    <w:p w14:paraId="2A1B8F95" w14:textId="77777777" w:rsidR="00DB070A" w:rsidRDefault="00DB070A" w:rsidP="00DB070A">
      <w:r>
        <w:t>SET SERVEROUTPUT ON;</w:t>
      </w:r>
    </w:p>
    <w:p w14:paraId="7E601294" w14:textId="77777777" w:rsidR="00DB070A" w:rsidRDefault="00DB070A" w:rsidP="00DB070A">
      <w:r>
        <w:t>DECLARE</w:t>
      </w:r>
    </w:p>
    <w:p w14:paraId="46B5B499" w14:textId="77777777" w:rsidR="00DB070A" w:rsidRDefault="00DB070A" w:rsidP="00DB070A">
      <w:r>
        <w:t xml:space="preserve">  CURSOR </w:t>
      </w:r>
      <w:proofErr w:type="spellStart"/>
      <w:r>
        <w:t>c_appt_count</w:t>
      </w:r>
      <w:proofErr w:type="spellEnd"/>
      <w:r>
        <w:t xml:space="preserve"> IS</w:t>
      </w:r>
    </w:p>
    <w:p w14:paraId="43DE1CBC" w14:textId="77777777" w:rsidR="00DB070A" w:rsidRDefault="00DB070A" w:rsidP="00DB070A">
      <w:r>
        <w:t xml:space="preserve">    SELECT </w:t>
      </w:r>
      <w:proofErr w:type="spellStart"/>
      <w:r>
        <w:t>employee_id</w:t>
      </w:r>
      <w:proofErr w:type="spellEnd"/>
      <w:r>
        <w:t xml:space="preserve">, COUNT(*) AS </w:t>
      </w:r>
      <w:proofErr w:type="spellStart"/>
      <w:r>
        <w:t>appt_cnt</w:t>
      </w:r>
      <w:proofErr w:type="spellEnd"/>
    </w:p>
    <w:p w14:paraId="3B013941" w14:textId="77777777" w:rsidR="00DB070A" w:rsidRDefault="00DB070A" w:rsidP="00DB070A">
      <w:r>
        <w:t xml:space="preserve">      FROM </w:t>
      </w:r>
      <w:proofErr w:type="spellStart"/>
      <w:r>
        <w:t>appointmentsN</w:t>
      </w:r>
      <w:proofErr w:type="spellEnd"/>
    </w:p>
    <w:p w14:paraId="38FE4E1A" w14:textId="77777777" w:rsidR="00DB070A" w:rsidRDefault="00DB070A" w:rsidP="00DB070A">
      <w:r>
        <w:t xml:space="preserve">     GROUP BY </w:t>
      </w:r>
      <w:proofErr w:type="spellStart"/>
      <w:r>
        <w:t>employee_id</w:t>
      </w:r>
      <w:proofErr w:type="spellEnd"/>
      <w:r>
        <w:t>;</w:t>
      </w:r>
    </w:p>
    <w:p w14:paraId="0F070CF8" w14:textId="77777777" w:rsidR="00DB070A" w:rsidRDefault="00DB070A" w:rsidP="00DB070A">
      <w:r>
        <w:t>BEGIN</w:t>
      </w:r>
    </w:p>
    <w:p w14:paraId="1C89518D" w14:textId="77777777" w:rsidR="00DB070A" w:rsidRDefault="00DB070A" w:rsidP="00DB070A">
      <w:r>
        <w:t xml:space="preserve">  FOR rec IN </w:t>
      </w:r>
      <w:proofErr w:type="spellStart"/>
      <w:r>
        <w:t>c_appt_count</w:t>
      </w:r>
      <w:proofErr w:type="spellEnd"/>
      <w:r>
        <w:t xml:space="preserve"> LOOP</w:t>
      </w:r>
    </w:p>
    <w:p w14:paraId="5B0A3E53" w14:textId="77777777" w:rsidR="00DB070A" w:rsidRDefault="00DB070A" w:rsidP="00DB070A">
      <w:r>
        <w:lastRenderedPageBreak/>
        <w:t xml:space="preserve">    DBMS_OUTPUT.PUT_LINE(</w:t>
      </w:r>
    </w:p>
    <w:p w14:paraId="3305E785" w14:textId="77777777" w:rsidR="00DB070A" w:rsidRDefault="00DB070A" w:rsidP="00DB070A">
      <w:r>
        <w:t xml:space="preserve">      'Employee ' || </w:t>
      </w:r>
      <w:proofErr w:type="spellStart"/>
      <w:r>
        <w:t>rec.employee_id</w:t>
      </w:r>
      <w:proofErr w:type="spellEnd"/>
      <w:r>
        <w:t xml:space="preserve"> || ': ' || </w:t>
      </w:r>
      <w:proofErr w:type="spellStart"/>
      <w:r>
        <w:t>rec.appt_cnt</w:t>
      </w:r>
      <w:proofErr w:type="spellEnd"/>
      <w:r>
        <w:t xml:space="preserve"> || ' appointment(s)'</w:t>
      </w:r>
    </w:p>
    <w:p w14:paraId="048FAC57" w14:textId="77777777" w:rsidR="00DB070A" w:rsidRDefault="00DB070A" w:rsidP="00DB070A">
      <w:r>
        <w:t xml:space="preserve">    );</w:t>
      </w:r>
    </w:p>
    <w:p w14:paraId="16D342F9" w14:textId="77777777" w:rsidR="00DB070A" w:rsidRDefault="00DB070A" w:rsidP="00DB070A">
      <w:r>
        <w:t xml:space="preserve">  END LOOP;</w:t>
      </w:r>
    </w:p>
    <w:p w14:paraId="41BD1B3B" w14:textId="77777777" w:rsidR="00DB070A" w:rsidRDefault="00DB070A" w:rsidP="00DB070A">
      <w:r>
        <w:t>END;</w:t>
      </w:r>
    </w:p>
    <w:p w14:paraId="1A7DA2B5" w14:textId="0ECA78EF" w:rsidR="00DB070A" w:rsidRDefault="00DB070A" w:rsidP="00DB070A">
      <w:r>
        <w:t>/</w:t>
      </w:r>
    </w:p>
    <w:p w14:paraId="4515B17A" w14:textId="77777777" w:rsidR="00684E0B" w:rsidRDefault="00684E0B" w:rsidP="00DB070A"/>
    <w:p w14:paraId="1DF24410" w14:textId="77777777" w:rsidR="00684E0B" w:rsidRDefault="00684E0B" w:rsidP="00DB070A">
      <w:r w:rsidRPr="00684E0B">
        <w:drawing>
          <wp:inline distT="0" distB="0" distL="0" distR="0" wp14:anchorId="5D39964A" wp14:editId="23609EFF">
            <wp:extent cx="3801005" cy="1124107"/>
            <wp:effectExtent l="0" t="0" r="0" b="0"/>
            <wp:docPr id="1134799909" name="Picture 1" descr="A list of appointment dat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4799909" name="Picture 1" descr="A list of appointment dates&#10;&#10;AI-generated content may be incorrect."/>
                    <pic:cNvPicPr/>
                  </pic:nvPicPr>
                  <pic:blipFill>
                    <a:blip r:embed="rId32"/>
                    <a:stretch>
                      <a:fillRect/>
                    </a:stretch>
                  </pic:blipFill>
                  <pic:spPr>
                    <a:xfrm>
                      <a:off x="0" y="0"/>
                      <a:ext cx="3801005" cy="1124107"/>
                    </a:xfrm>
                    <a:prstGeom prst="rect">
                      <a:avLst/>
                    </a:prstGeom>
                  </pic:spPr>
                </pic:pic>
              </a:graphicData>
            </a:graphic>
          </wp:inline>
        </w:drawing>
      </w:r>
    </w:p>
    <w:p w14:paraId="4A75CD61" w14:textId="77777777" w:rsidR="00684E0B" w:rsidRDefault="00684E0B" w:rsidP="00DB070A"/>
    <w:p w14:paraId="36B9D5BC" w14:textId="7229D8F9" w:rsidR="00684E0B" w:rsidRDefault="00684E0B" w:rsidP="00DB070A">
      <w:r w:rsidRPr="00684E0B">
        <w:drawing>
          <wp:inline distT="0" distB="0" distL="0" distR="0" wp14:anchorId="6906236A" wp14:editId="4F64AEAF">
            <wp:extent cx="5486400" cy="2325370"/>
            <wp:effectExtent l="0" t="0" r="0" b="0"/>
            <wp:docPr id="528075692" name="Picture 1" descr="A screenshot of a computer program&#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8075692" name="Picture 1" descr="A screenshot of a computer program&#10;&#10;AI-generated content may be incorrect."/>
                    <pic:cNvPicPr/>
                  </pic:nvPicPr>
                  <pic:blipFill>
                    <a:blip r:embed="rId33"/>
                    <a:stretch>
                      <a:fillRect/>
                    </a:stretch>
                  </pic:blipFill>
                  <pic:spPr>
                    <a:xfrm>
                      <a:off x="0" y="0"/>
                      <a:ext cx="5486400" cy="2325370"/>
                    </a:xfrm>
                    <a:prstGeom prst="rect">
                      <a:avLst/>
                    </a:prstGeom>
                  </pic:spPr>
                </pic:pic>
              </a:graphicData>
            </a:graphic>
          </wp:inline>
        </w:drawing>
      </w:r>
    </w:p>
    <w:p w14:paraId="67E4AD6B" w14:textId="2A3E306A" w:rsidR="00684E0B" w:rsidRDefault="00684E0B" w:rsidP="00684E0B">
      <w:pPr>
        <w:pStyle w:val="IntenseQuote"/>
      </w:pPr>
      <w:r>
        <w:t xml:space="preserve">17. </w:t>
      </w:r>
      <w:r w:rsidRPr="00684E0B">
        <w:t>Problem:</w:t>
      </w:r>
      <w:r w:rsidRPr="00684E0B">
        <w:br/>
        <w:t xml:space="preserve">Create a cursor </w:t>
      </w:r>
      <w:proofErr w:type="spellStart"/>
      <w:r w:rsidRPr="00684E0B">
        <w:t>c_status</w:t>
      </w:r>
      <w:proofErr w:type="spellEnd"/>
      <w:r w:rsidRPr="00684E0B">
        <w:t>(</w:t>
      </w:r>
      <w:proofErr w:type="spellStart"/>
      <w:r w:rsidRPr="00684E0B">
        <w:t>p_aid</w:t>
      </w:r>
      <w:proofErr w:type="spellEnd"/>
      <w:r w:rsidRPr="00684E0B">
        <w:t xml:space="preserve"> IN NUMBER) that selects </w:t>
      </w:r>
      <w:proofErr w:type="spellStart"/>
      <w:r w:rsidRPr="00684E0B">
        <w:t>history_id</w:t>
      </w:r>
      <w:proofErr w:type="spellEnd"/>
      <w:r w:rsidRPr="00684E0B">
        <w:t xml:space="preserve">, status, </w:t>
      </w:r>
      <w:proofErr w:type="spellStart"/>
      <w:r w:rsidRPr="00684E0B">
        <w:t>change_date</w:t>
      </w:r>
      <w:proofErr w:type="spellEnd"/>
      <w:r w:rsidRPr="00684E0B">
        <w:t xml:space="preserve"> from </w:t>
      </w:r>
      <w:proofErr w:type="spellStart"/>
      <w:r w:rsidRPr="00684E0B">
        <w:t>status_historyN</w:t>
      </w:r>
      <w:proofErr w:type="spellEnd"/>
      <w:r w:rsidRPr="00684E0B">
        <w:t xml:space="preserve"> for the given </w:t>
      </w:r>
      <w:proofErr w:type="spellStart"/>
      <w:r w:rsidRPr="00684E0B">
        <w:t>p_aid</w:t>
      </w:r>
      <w:proofErr w:type="spellEnd"/>
      <w:r w:rsidRPr="00684E0B">
        <w:t>; prompt for &amp;aid and loop to print</w:t>
      </w:r>
    </w:p>
    <w:p w14:paraId="497F42D2" w14:textId="77777777" w:rsidR="00684E0B" w:rsidRDefault="00684E0B" w:rsidP="00684E0B">
      <w:r>
        <w:t>SET SERVEROUTPUT ON;</w:t>
      </w:r>
    </w:p>
    <w:p w14:paraId="32335CEA" w14:textId="77777777" w:rsidR="00684E0B" w:rsidRDefault="00684E0B" w:rsidP="00684E0B">
      <w:r>
        <w:t>DECLARE</w:t>
      </w:r>
    </w:p>
    <w:p w14:paraId="778042B0" w14:textId="77777777" w:rsidR="00684E0B" w:rsidRDefault="00684E0B" w:rsidP="00684E0B">
      <w:r>
        <w:t xml:space="preserve">  CURSOR </w:t>
      </w:r>
      <w:proofErr w:type="spellStart"/>
      <w:r>
        <w:t>c_status</w:t>
      </w:r>
      <w:proofErr w:type="spellEnd"/>
      <w:r>
        <w:t>(</w:t>
      </w:r>
      <w:proofErr w:type="spellStart"/>
      <w:r>
        <w:t>p_aid</w:t>
      </w:r>
      <w:proofErr w:type="spellEnd"/>
      <w:r>
        <w:t xml:space="preserve"> IN NUMBER) IS</w:t>
      </w:r>
    </w:p>
    <w:p w14:paraId="0E8B574C" w14:textId="77777777" w:rsidR="00684E0B" w:rsidRDefault="00684E0B" w:rsidP="00684E0B">
      <w:r>
        <w:lastRenderedPageBreak/>
        <w:t xml:space="preserve">    SELECT </w:t>
      </w:r>
      <w:proofErr w:type="spellStart"/>
      <w:r>
        <w:t>history_id</w:t>
      </w:r>
      <w:proofErr w:type="spellEnd"/>
      <w:r>
        <w:t xml:space="preserve">, status, </w:t>
      </w:r>
      <w:proofErr w:type="spellStart"/>
      <w:r>
        <w:t>change_date</w:t>
      </w:r>
      <w:proofErr w:type="spellEnd"/>
    </w:p>
    <w:p w14:paraId="12A0ADBE" w14:textId="77777777" w:rsidR="00684E0B" w:rsidRDefault="00684E0B" w:rsidP="00684E0B">
      <w:r>
        <w:t xml:space="preserve">      FROM </w:t>
      </w:r>
      <w:proofErr w:type="spellStart"/>
      <w:r>
        <w:t>status_historyN</w:t>
      </w:r>
      <w:proofErr w:type="spellEnd"/>
    </w:p>
    <w:p w14:paraId="39360F2A" w14:textId="77777777" w:rsidR="00684E0B" w:rsidRDefault="00684E0B" w:rsidP="00684E0B">
      <w:r>
        <w:t xml:space="preserve">     WHERE </w:t>
      </w:r>
      <w:proofErr w:type="spellStart"/>
      <w:r>
        <w:t>application_id</w:t>
      </w:r>
      <w:proofErr w:type="spellEnd"/>
      <w:r>
        <w:t xml:space="preserve"> = </w:t>
      </w:r>
      <w:proofErr w:type="spellStart"/>
      <w:r>
        <w:t>p_aid</w:t>
      </w:r>
      <w:proofErr w:type="spellEnd"/>
    </w:p>
    <w:p w14:paraId="69F0A07D" w14:textId="77777777" w:rsidR="00684E0B" w:rsidRDefault="00684E0B" w:rsidP="00684E0B">
      <w:r>
        <w:t xml:space="preserve">     ORDER BY </w:t>
      </w:r>
      <w:proofErr w:type="spellStart"/>
      <w:r>
        <w:t>change_date</w:t>
      </w:r>
      <w:proofErr w:type="spellEnd"/>
      <w:r>
        <w:t>;</w:t>
      </w:r>
    </w:p>
    <w:p w14:paraId="4F49BA45" w14:textId="77777777" w:rsidR="00684E0B" w:rsidRDefault="00684E0B" w:rsidP="00684E0B">
      <w:r>
        <w:t xml:space="preserve">  </w:t>
      </w:r>
      <w:proofErr w:type="spellStart"/>
      <w:r>
        <w:t>v_aid</w:t>
      </w:r>
      <w:proofErr w:type="spellEnd"/>
      <w:r>
        <w:t xml:space="preserve"> NUMBER := &amp;aid;</w:t>
      </w:r>
    </w:p>
    <w:p w14:paraId="5A7BC141" w14:textId="77777777" w:rsidR="00684E0B" w:rsidRDefault="00684E0B" w:rsidP="00684E0B">
      <w:r>
        <w:t>BEGIN</w:t>
      </w:r>
    </w:p>
    <w:p w14:paraId="58B1D2CC" w14:textId="77777777" w:rsidR="00684E0B" w:rsidRDefault="00684E0B" w:rsidP="00684E0B">
      <w:r>
        <w:t xml:space="preserve">  FOR rec IN </w:t>
      </w:r>
      <w:proofErr w:type="spellStart"/>
      <w:r>
        <w:t>c_status</w:t>
      </w:r>
      <w:proofErr w:type="spellEnd"/>
      <w:r>
        <w:t>(</w:t>
      </w:r>
      <w:proofErr w:type="spellStart"/>
      <w:r>
        <w:t>v_aid</w:t>
      </w:r>
      <w:proofErr w:type="spellEnd"/>
      <w:r>
        <w:t>) LOOP</w:t>
      </w:r>
    </w:p>
    <w:p w14:paraId="38F0C370" w14:textId="77777777" w:rsidR="00684E0B" w:rsidRDefault="00684E0B" w:rsidP="00684E0B">
      <w:r>
        <w:t xml:space="preserve">    DBMS_OUTPUT.PUT_LINE(</w:t>
      </w:r>
    </w:p>
    <w:p w14:paraId="078665AD" w14:textId="77777777" w:rsidR="00684E0B" w:rsidRDefault="00684E0B" w:rsidP="00684E0B">
      <w:r>
        <w:t xml:space="preserve">      'History ' || </w:t>
      </w:r>
      <w:proofErr w:type="spellStart"/>
      <w:r>
        <w:t>rec.history_id</w:t>
      </w:r>
      <w:proofErr w:type="spellEnd"/>
      <w:r>
        <w:t xml:space="preserve"> </w:t>
      </w:r>
    </w:p>
    <w:p w14:paraId="49F743FC" w14:textId="77777777" w:rsidR="00684E0B" w:rsidRDefault="00684E0B" w:rsidP="00684E0B">
      <w:r>
        <w:t xml:space="preserve">      || ' at ' || TO_CHAR(</w:t>
      </w:r>
      <w:proofErr w:type="spellStart"/>
      <w:r>
        <w:t>rec.change_date</w:t>
      </w:r>
      <w:proofErr w:type="spellEnd"/>
      <w:r>
        <w:t xml:space="preserve">, 'DD-MON-YYYY HH24:MI:SS') </w:t>
      </w:r>
    </w:p>
    <w:p w14:paraId="2DF805D8" w14:textId="77777777" w:rsidR="00684E0B" w:rsidRDefault="00684E0B" w:rsidP="00684E0B">
      <w:r>
        <w:t xml:space="preserve">      || ': ' || </w:t>
      </w:r>
      <w:proofErr w:type="spellStart"/>
      <w:r>
        <w:t>rec.status</w:t>
      </w:r>
      <w:proofErr w:type="spellEnd"/>
    </w:p>
    <w:p w14:paraId="1F050D82" w14:textId="77777777" w:rsidR="00684E0B" w:rsidRDefault="00684E0B" w:rsidP="00684E0B">
      <w:r>
        <w:t xml:space="preserve">    );</w:t>
      </w:r>
    </w:p>
    <w:p w14:paraId="1FE3E622" w14:textId="77777777" w:rsidR="00684E0B" w:rsidRDefault="00684E0B" w:rsidP="00684E0B">
      <w:r>
        <w:t xml:space="preserve">  END LOOP;</w:t>
      </w:r>
    </w:p>
    <w:p w14:paraId="050058C8" w14:textId="77777777" w:rsidR="00684E0B" w:rsidRDefault="00684E0B" w:rsidP="00684E0B">
      <w:r>
        <w:t>END;</w:t>
      </w:r>
    </w:p>
    <w:p w14:paraId="17AE5DF2" w14:textId="795AAD7F" w:rsidR="00684E0B" w:rsidRDefault="00684E0B" w:rsidP="00684E0B">
      <w:r>
        <w:t>/</w:t>
      </w:r>
    </w:p>
    <w:p w14:paraId="00EC39FB" w14:textId="13D4C57A" w:rsidR="00684E0B" w:rsidRDefault="00684E0B" w:rsidP="00684E0B">
      <w:r w:rsidRPr="00684E0B">
        <w:lastRenderedPageBreak/>
        <w:drawing>
          <wp:inline distT="0" distB="0" distL="0" distR="0" wp14:anchorId="64A89A48" wp14:editId="3341A3F9">
            <wp:extent cx="5486400" cy="3107055"/>
            <wp:effectExtent l="0" t="0" r="0" b="0"/>
            <wp:docPr id="1269713847" name="Picture 1" descr="A computer screen shot of a computer cod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9713847" name="Picture 1" descr="A computer screen shot of a computer code&#10;&#10;AI-generated content may be incorrect."/>
                    <pic:cNvPicPr/>
                  </pic:nvPicPr>
                  <pic:blipFill>
                    <a:blip r:embed="rId34"/>
                    <a:stretch>
                      <a:fillRect/>
                    </a:stretch>
                  </pic:blipFill>
                  <pic:spPr>
                    <a:xfrm>
                      <a:off x="0" y="0"/>
                      <a:ext cx="5486400" cy="3107055"/>
                    </a:xfrm>
                    <a:prstGeom prst="rect">
                      <a:avLst/>
                    </a:prstGeom>
                  </pic:spPr>
                </pic:pic>
              </a:graphicData>
            </a:graphic>
          </wp:inline>
        </w:drawing>
      </w:r>
      <w:r w:rsidRPr="00684E0B">
        <w:drawing>
          <wp:inline distT="0" distB="0" distL="0" distR="0" wp14:anchorId="6004EE1A" wp14:editId="082FCB45">
            <wp:extent cx="3905795" cy="2152950"/>
            <wp:effectExtent l="0" t="0" r="0" b="0"/>
            <wp:docPr id="662127054"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2127054" name="Picture 1" descr="A screenshot of a computer&#10;&#10;AI-generated content may be incorrect."/>
                    <pic:cNvPicPr/>
                  </pic:nvPicPr>
                  <pic:blipFill>
                    <a:blip r:embed="rId35"/>
                    <a:stretch>
                      <a:fillRect/>
                    </a:stretch>
                  </pic:blipFill>
                  <pic:spPr>
                    <a:xfrm>
                      <a:off x="0" y="0"/>
                      <a:ext cx="3905795" cy="2152950"/>
                    </a:xfrm>
                    <a:prstGeom prst="rect">
                      <a:avLst/>
                    </a:prstGeom>
                  </pic:spPr>
                </pic:pic>
              </a:graphicData>
            </a:graphic>
          </wp:inline>
        </w:drawing>
      </w:r>
    </w:p>
    <w:p w14:paraId="3B150455" w14:textId="77777777" w:rsidR="00684E0B" w:rsidRDefault="00684E0B" w:rsidP="00684E0B"/>
    <w:p w14:paraId="7A9E764E" w14:textId="50821AB8" w:rsidR="00684E0B" w:rsidRDefault="00684E0B" w:rsidP="00684E0B">
      <w:pPr>
        <w:pStyle w:val="IntenseQuote"/>
      </w:pPr>
      <w:r>
        <w:t xml:space="preserve">-- 19. Update all services whose </w:t>
      </w:r>
      <w:proofErr w:type="spellStart"/>
      <w:r>
        <w:t>service_name</w:t>
      </w:r>
      <w:proofErr w:type="spellEnd"/>
      <w:r>
        <w:t xml:space="preserve"> starts with 'Std ' to instead start with 'Standard '. </w:t>
      </w:r>
      <w:r>
        <w:br/>
      </w:r>
      <w:r>
        <w:br/>
      </w:r>
      <w:r w:rsidRPr="00684E0B">
        <w:t xml:space="preserve">-- Display </w:t>
      </w:r>
      <w:proofErr w:type="spellStart"/>
      <w:r w:rsidRPr="00684E0B">
        <w:t>servicesN</w:t>
      </w:r>
      <w:proofErr w:type="spellEnd"/>
      <w:r w:rsidRPr="00684E0B">
        <w:t xml:space="preserve"> before the update.</w:t>
      </w:r>
    </w:p>
    <w:p w14:paraId="29F5ED4D" w14:textId="77777777" w:rsidR="00684E0B" w:rsidRDefault="00684E0B" w:rsidP="00684E0B">
      <w:r>
        <w:t xml:space="preserve">SELECT * FROM </w:t>
      </w:r>
      <w:proofErr w:type="spellStart"/>
      <w:r>
        <w:t>servicesN</w:t>
      </w:r>
      <w:proofErr w:type="spellEnd"/>
      <w:r>
        <w:t>;</w:t>
      </w:r>
    </w:p>
    <w:p w14:paraId="11A3775A" w14:textId="1A9D330C" w:rsidR="00684E0B" w:rsidRDefault="00684E0B" w:rsidP="00684E0B">
      <w:r w:rsidRPr="00684E0B">
        <w:lastRenderedPageBreak/>
        <w:drawing>
          <wp:inline distT="0" distB="0" distL="0" distR="0" wp14:anchorId="1BBC1FCA" wp14:editId="55E98694">
            <wp:extent cx="5486400" cy="1456690"/>
            <wp:effectExtent l="0" t="0" r="0" b="0"/>
            <wp:docPr id="378412870"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8412870" name="Picture 1" descr="A screenshot of a computer&#10;&#10;AI-generated content may be incorrect."/>
                    <pic:cNvPicPr/>
                  </pic:nvPicPr>
                  <pic:blipFill>
                    <a:blip r:embed="rId36"/>
                    <a:stretch>
                      <a:fillRect/>
                    </a:stretch>
                  </pic:blipFill>
                  <pic:spPr>
                    <a:xfrm>
                      <a:off x="0" y="0"/>
                      <a:ext cx="5486400" cy="1456690"/>
                    </a:xfrm>
                    <a:prstGeom prst="rect">
                      <a:avLst/>
                    </a:prstGeom>
                  </pic:spPr>
                </pic:pic>
              </a:graphicData>
            </a:graphic>
          </wp:inline>
        </w:drawing>
      </w:r>
    </w:p>
    <w:p w14:paraId="7AB1D774" w14:textId="77777777" w:rsidR="00684E0B" w:rsidRDefault="00684E0B" w:rsidP="00684E0B">
      <w:r>
        <w:t>ET SERVEROUTPUT ON;</w:t>
      </w:r>
    </w:p>
    <w:p w14:paraId="13A37720" w14:textId="77777777" w:rsidR="00684E0B" w:rsidRDefault="00684E0B" w:rsidP="00684E0B">
      <w:r>
        <w:t>DECLARE</w:t>
      </w:r>
    </w:p>
    <w:p w14:paraId="011DD561" w14:textId="77777777" w:rsidR="00684E0B" w:rsidRDefault="00684E0B" w:rsidP="00684E0B">
      <w:r>
        <w:t xml:space="preserve">  CURSOR </w:t>
      </w:r>
      <w:proofErr w:type="spellStart"/>
      <w:r>
        <w:t>c_update</w:t>
      </w:r>
      <w:proofErr w:type="spellEnd"/>
      <w:r>
        <w:t xml:space="preserve"> IS</w:t>
      </w:r>
    </w:p>
    <w:p w14:paraId="708F9A0A" w14:textId="77777777" w:rsidR="00684E0B" w:rsidRDefault="00684E0B" w:rsidP="00684E0B">
      <w:r>
        <w:t xml:space="preserve">    SELECT </w:t>
      </w:r>
      <w:proofErr w:type="spellStart"/>
      <w:r>
        <w:t>service_id</w:t>
      </w:r>
      <w:proofErr w:type="spellEnd"/>
      <w:r>
        <w:t xml:space="preserve">, </w:t>
      </w:r>
      <w:proofErr w:type="spellStart"/>
      <w:r>
        <w:t>service_name</w:t>
      </w:r>
      <w:proofErr w:type="spellEnd"/>
    </w:p>
    <w:p w14:paraId="50156D7D" w14:textId="77777777" w:rsidR="00684E0B" w:rsidRDefault="00684E0B" w:rsidP="00684E0B">
      <w:r>
        <w:t xml:space="preserve">      FROM </w:t>
      </w:r>
      <w:proofErr w:type="spellStart"/>
      <w:r>
        <w:t>servicesN</w:t>
      </w:r>
      <w:proofErr w:type="spellEnd"/>
    </w:p>
    <w:p w14:paraId="61164387" w14:textId="77777777" w:rsidR="00684E0B" w:rsidRDefault="00684E0B" w:rsidP="00684E0B">
      <w:r>
        <w:t xml:space="preserve">     WHERE </w:t>
      </w:r>
      <w:proofErr w:type="spellStart"/>
      <w:r>
        <w:t>service_name</w:t>
      </w:r>
      <w:proofErr w:type="spellEnd"/>
      <w:r>
        <w:t xml:space="preserve"> LIKE 'Std %'</w:t>
      </w:r>
    </w:p>
    <w:p w14:paraId="2E297A32" w14:textId="77777777" w:rsidR="00684E0B" w:rsidRDefault="00684E0B" w:rsidP="00684E0B">
      <w:r>
        <w:t xml:space="preserve">     FOR UPDATE OF </w:t>
      </w:r>
      <w:proofErr w:type="spellStart"/>
      <w:r>
        <w:t>service_name</w:t>
      </w:r>
      <w:proofErr w:type="spellEnd"/>
      <w:r>
        <w:t>;</w:t>
      </w:r>
    </w:p>
    <w:p w14:paraId="08419613" w14:textId="77777777" w:rsidR="00684E0B" w:rsidRDefault="00684E0B" w:rsidP="00684E0B">
      <w:r>
        <w:t>BEGIN</w:t>
      </w:r>
    </w:p>
    <w:p w14:paraId="57271C6F" w14:textId="77777777" w:rsidR="00684E0B" w:rsidRDefault="00684E0B" w:rsidP="00684E0B">
      <w:r>
        <w:t xml:space="preserve">  FOR rec IN </w:t>
      </w:r>
      <w:proofErr w:type="spellStart"/>
      <w:r>
        <w:t>c_update</w:t>
      </w:r>
      <w:proofErr w:type="spellEnd"/>
      <w:r>
        <w:t xml:space="preserve"> LOOP</w:t>
      </w:r>
    </w:p>
    <w:p w14:paraId="127ABDBF" w14:textId="77777777" w:rsidR="00684E0B" w:rsidRDefault="00684E0B" w:rsidP="00684E0B">
      <w:r>
        <w:t xml:space="preserve">    UPDATE </w:t>
      </w:r>
      <w:proofErr w:type="spellStart"/>
      <w:r>
        <w:t>servicesN</w:t>
      </w:r>
      <w:proofErr w:type="spellEnd"/>
    </w:p>
    <w:p w14:paraId="09CDFFB0" w14:textId="77777777" w:rsidR="00684E0B" w:rsidRDefault="00684E0B" w:rsidP="00684E0B">
      <w:r>
        <w:t xml:space="preserve">       SET </w:t>
      </w:r>
      <w:proofErr w:type="spellStart"/>
      <w:r>
        <w:t>service_name</w:t>
      </w:r>
      <w:proofErr w:type="spellEnd"/>
      <w:r>
        <w:t xml:space="preserve"> = REPLACE(</w:t>
      </w:r>
      <w:proofErr w:type="spellStart"/>
      <w:r>
        <w:t>rec.service_name</w:t>
      </w:r>
      <w:proofErr w:type="spellEnd"/>
      <w:r>
        <w:t>, 'Std ', 'Standard ')</w:t>
      </w:r>
    </w:p>
    <w:p w14:paraId="3ED6B85D" w14:textId="77777777" w:rsidR="00684E0B" w:rsidRDefault="00684E0B" w:rsidP="00684E0B">
      <w:r>
        <w:t xml:space="preserve">     WHERE CURRENT OF </w:t>
      </w:r>
      <w:proofErr w:type="spellStart"/>
      <w:r>
        <w:t>c_update</w:t>
      </w:r>
      <w:proofErr w:type="spellEnd"/>
      <w:r>
        <w:t>;</w:t>
      </w:r>
    </w:p>
    <w:p w14:paraId="4E6B8ED1" w14:textId="77777777" w:rsidR="00684E0B" w:rsidRDefault="00684E0B" w:rsidP="00684E0B">
      <w:r>
        <w:t xml:space="preserve">    DBMS_OUTPUT.PUT_LINE(</w:t>
      </w:r>
    </w:p>
    <w:p w14:paraId="0F52C943" w14:textId="77777777" w:rsidR="00684E0B" w:rsidRDefault="00684E0B" w:rsidP="00684E0B">
      <w:r>
        <w:t xml:space="preserve">      'Updated service ' || </w:t>
      </w:r>
      <w:proofErr w:type="spellStart"/>
      <w:r>
        <w:t>rec.service_id</w:t>
      </w:r>
      <w:proofErr w:type="spellEnd"/>
      <w:r>
        <w:t xml:space="preserve"> </w:t>
      </w:r>
    </w:p>
    <w:p w14:paraId="75FFC0F0" w14:textId="77777777" w:rsidR="00684E0B" w:rsidRDefault="00684E0B" w:rsidP="00684E0B">
      <w:r>
        <w:t xml:space="preserve">      || ' title to: ' || REPLACE(</w:t>
      </w:r>
      <w:proofErr w:type="spellStart"/>
      <w:r>
        <w:t>rec.service_name</w:t>
      </w:r>
      <w:proofErr w:type="spellEnd"/>
      <w:r>
        <w:t>, 'Std ', 'Standard ')</w:t>
      </w:r>
    </w:p>
    <w:p w14:paraId="6F99C0D4" w14:textId="77777777" w:rsidR="00684E0B" w:rsidRDefault="00684E0B" w:rsidP="00684E0B">
      <w:r>
        <w:t xml:space="preserve">    );</w:t>
      </w:r>
    </w:p>
    <w:p w14:paraId="788778C7" w14:textId="77777777" w:rsidR="00684E0B" w:rsidRDefault="00684E0B" w:rsidP="00684E0B">
      <w:r>
        <w:t xml:space="preserve">  END LOOP;</w:t>
      </w:r>
    </w:p>
    <w:p w14:paraId="00315C90" w14:textId="77777777" w:rsidR="00684E0B" w:rsidRDefault="00684E0B" w:rsidP="00684E0B">
      <w:r>
        <w:t>END;</w:t>
      </w:r>
    </w:p>
    <w:p w14:paraId="00B8B3F1" w14:textId="77777777" w:rsidR="00684E0B" w:rsidRDefault="00684E0B" w:rsidP="00684E0B">
      <w:r>
        <w:t>/</w:t>
      </w:r>
    </w:p>
    <w:p w14:paraId="48DBDDCC" w14:textId="77777777" w:rsidR="00684E0B" w:rsidRDefault="00684E0B" w:rsidP="00684E0B"/>
    <w:p w14:paraId="35D8BAA2" w14:textId="6053DB04" w:rsidR="00684E0B" w:rsidRDefault="00684E0B" w:rsidP="00684E0B">
      <w:pPr>
        <w:pStyle w:val="IntenseQuote"/>
      </w:pPr>
      <w:r>
        <w:t xml:space="preserve"> Display </w:t>
      </w:r>
      <w:proofErr w:type="spellStart"/>
      <w:r>
        <w:t>servicesN</w:t>
      </w:r>
      <w:proofErr w:type="spellEnd"/>
      <w:r>
        <w:t xml:space="preserve"> after the update.</w:t>
      </w:r>
    </w:p>
    <w:p w14:paraId="4483BE6E" w14:textId="567C97A4" w:rsidR="00684E0B" w:rsidRDefault="00684E0B" w:rsidP="00684E0B">
      <w:r>
        <w:lastRenderedPageBreak/>
        <w:t xml:space="preserve">SELECT * FROM </w:t>
      </w:r>
      <w:proofErr w:type="spellStart"/>
      <w:r>
        <w:t>servicesN</w:t>
      </w:r>
      <w:proofErr w:type="spellEnd"/>
      <w:r>
        <w:t>;</w:t>
      </w:r>
    </w:p>
    <w:p w14:paraId="1F6421F1" w14:textId="7FDFB704" w:rsidR="00684E0B" w:rsidRDefault="00684E0B" w:rsidP="00684E0B">
      <w:r w:rsidRPr="00684E0B">
        <w:drawing>
          <wp:inline distT="0" distB="0" distL="0" distR="0" wp14:anchorId="447CFEC7" wp14:editId="7CD5A287">
            <wp:extent cx="5486400" cy="1586865"/>
            <wp:effectExtent l="0" t="0" r="0" b="0"/>
            <wp:docPr id="502068350"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2068350" name="Picture 1" descr="A screenshot of a computer&#10;&#10;AI-generated content may be incorrect."/>
                    <pic:cNvPicPr/>
                  </pic:nvPicPr>
                  <pic:blipFill>
                    <a:blip r:embed="rId37"/>
                    <a:stretch>
                      <a:fillRect/>
                    </a:stretch>
                  </pic:blipFill>
                  <pic:spPr>
                    <a:xfrm>
                      <a:off x="0" y="0"/>
                      <a:ext cx="5486400" cy="1586865"/>
                    </a:xfrm>
                    <a:prstGeom prst="rect">
                      <a:avLst/>
                    </a:prstGeom>
                  </pic:spPr>
                </pic:pic>
              </a:graphicData>
            </a:graphic>
          </wp:inline>
        </w:drawing>
      </w:r>
    </w:p>
    <w:p w14:paraId="24C87E92" w14:textId="638AB69A" w:rsidR="0088599F" w:rsidRDefault="0088599F" w:rsidP="0088599F">
      <w:pPr>
        <w:pStyle w:val="IntenseQuote"/>
      </w:pPr>
      <w:r w:rsidRPr="0088599F">
        <w:t xml:space="preserve">-- 20. Create a procedure </w:t>
      </w:r>
      <w:proofErr w:type="spellStart"/>
      <w:r w:rsidRPr="0088599F">
        <w:t>show_documents</w:t>
      </w:r>
      <w:proofErr w:type="spellEnd"/>
      <w:r w:rsidRPr="0088599F">
        <w:t>(</w:t>
      </w:r>
      <w:proofErr w:type="spellStart"/>
      <w:r w:rsidRPr="0088599F">
        <w:t>p_client_id</w:t>
      </w:r>
      <w:proofErr w:type="spellEnd"/>
      <w:r w:rsidRPr="0088599F">
        <w:t xml:space="preserve"> IN NUMBER) that prints all documents for a given client.</w:t>
      </w:r>
    </w:p>
    <w:p w14:paraId="303DFA5E" w14:textId="77777777" w:rsidR="0088599F" w:rsidRDefault="0088599F" w:rsidP="0088599F">
      <w:pPr>
        <w:pStyle w:val="IntenseQuote"/>
      </w:pPr>
      <w:r>
        <w:t xml:space="preserve">-- Display </w:t>
      </w:r>
      <w:proofErr w:type="spellStart"/>
      <w:r>
        <w:t>documentsN</w:t>
      </w:r>
      <w:proofErr w:type="spellEnd"/>
      <w:r>
        <w:t xml:space="preserve"> before running the procedure:</w:t>
      </w:r>
    </w:p>
    <w:p w14:paraId="54BAA849" w14:textId="77777777" w:rsidR="0088599F" w:rsidRDefault="0088599F" w:rsidP="0088599F">
      <w:r>
        <w:t xml:space="preserve">SELECT * FROM </w:t>
      </w:r>
      <w:proofErr w:type="spellStart"/>
      <w:r>
        <w:t>documentsN</w:t>
      </w:r>
      <w:proofErr w:type="spellEnd"/>
      <w:r>
        <w:t>;</w:t>
      </w:r>
    </w:p>
    <w:p w14:paraId="17D6E4F2" w14:textId="47602E79" w:rsidR="0088599F" w:rsidRDefault="0088599F" w:rsidP="0088599F">
      <w:r>
        <w:rPr>
          <w:noProof/>
        </w:rPr>
        <w:drawing>
          <wp:inline distT="0" distB="0" distL="0" distR="0" wp14:anchorId="4FE3C4D4" wp14:editId="6E9305FA">
            <wp:extent cx="5486400" cy="1456690"/>
            <wp:effectExtent l="0" t="0" r="0" b="0"/>
            <wp:docPr id="584880220"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4880220" name="Picture 1" descr="A screenshot of a computer&#10;&#10;AI-generated content may be incorrect."/>
                    <pic:cNvPicPr/>
                  </pic:nvPicPr>
                  <pic:blipFill>
                    <a:blip r:embed="rId38"/>
                    <a:stretch>
                      <a:fillRect/>
                    </a:stretch>
                  </pic:blipFill>
                  <pic:spPr>
                    <a:xfrm>
                      <a:off x="0" y="0"/>
                      <a:ext cx="5486400" cy="1456690"/>
                    </a:xfrm>
                    <a:prstGeom prst="rect">
                      <a:avLst/>
                    </a:prstGeom>
                  </pic:spPr>
                </pic:pic>
              </a:graphicData>
            </a:graphic>
          </wp:inline>
        </w:drawing>
      </w:r>
    </w:p>
    <w:p w14:paraId="2A19C506" w14:textId="77777777" w:rsidR="0088599F" w:rsidRDefault="0088599F" w:rsidP="0088599F">
      <w:r>
        <w:t>SET SERVEROUTPUT ON;</w:t>
      </w:r>
    </w:p>
    <w:p w14:paraId="39A837FE" w14:textId="77777777" w:rsidR="0088599F" w:rsidRDefault="0088599F" w:rsidP="0088599F">
      <w:r>
        <w:t xml:space="preserve">CREATE OR REPLACE PROCEDURE </w:t>
      </w:r>
      <w:proofErr w:type="spellStart"/>
      <w:r>
        <w:t>show_documents</w:t>
      </w:r>
      <w:proofErr w:type="spellEnd"/>
      <w:r>
        <w:t>(</w:t>
      </w:r>
      <w:proofErr w:type="spellStart"/>
      <w:r>
        <w:t>p_client_id</w:t>
      </w:r>
      <w:proofErr w:type="spellEnd"/>
      <w:r>
        <w:t xml:space="preserve"> IN NUMBER) IS</w:t>
      </w:r>
    </w:p>
    <w:p w14:paraId="0578E9B0" w14:textId="77777777" w:rsidR="0088599F" w:rsidRDefault="0088599F" w:rsidP="0088599F">
      <w:r>
        <w:t xml:space="preserve">  CURSOR </w:t>
      </w:r>
      <w:proofErr w:type="spellStart"/>
      <w:r>
        <w:t>c_docs</w:t>
      </w:r>
      <w:proofErr w:type="spellEnd"/>
      <w:r>
        <w:t xml:space="preserve"> IS</w:t>
      </w:r>
    </w:p>
    <w:p w14:paraId="0AA9B352" w14:textId="77777777" w:rsidR="0088599F" w:rsidRDefault="0088599F" w:rsidP="0088599F">
      <w:r>
        <w:t xml:space="preserve">    SELECT </w:t>
      </w:r>
      <w:proofErr w:type="spellStart"/>
      <w:r>
        <w:t>d.document_id</w:t>
      </w:r>
      <w:proofErr w:type="spellEnd"/>
      <w:r>
        <w:t xml:space="preserve">, </w:t>
      </w:r>
      <w:proofErr w:type="spellStart"/>
      <w:r>
        <w:t>d.doc_type</w:t>
      </w:r>
      <w:proofErr w:type="spellEnd"/>
      <w:r>
        <w:t xml:space="preserve">, </w:t>
      </w:r>
      <w:proofErr w:type="spellStart"/>
      <w:r>
        <w:t>d.doc_path</w:t>
      </w:r>
      <w:proofErr w:type="spellEnd"/>
      <w:r>
        <w:t xml:space="preserve">, </w:t>
      </w:r>
      <w:proofErr w:type="spellStart"/>
      <w:r>
        <w:t>d.upload_date</w:t>
      </w:r>
      <w:proofErr w:type="spellEnd"/>
    </w:p>
    <w:p w14:paraId="2B5114FA" w14:textId="77777777" w:rsidR="0088599F" w:rsidRDefault="0088599F" w:rsidP="0088599F">
      <w:r>
        <w:t xml:space="preserve">      FROM </w:t>
      </w:r>
      <w:proofErr w:type="spellStart"/>
      <w:r>
        <w:t>documentsN</w:t>
      </w:r>
      <w:proofErr w:type="spellEnd"/>
      <w:r>
        <w:t xml:space="preserve"> d</w:t>
      </w:r>
    </w:p>
    <w:p w14:paraId="609E7989" w14:textId="77777777" w:rsidR="0088599F" w:rsidRDefault="0088599F" w:rsidP="0088599F">
      <w:r>
        <w:t xml:space="preserve">      JOIN </w:t>
      </w:r>
      <w:proofErr w:type="spellStart"/>
      <w:r>
        <w:t>applicationsN</w:t>
      </w:r>
      <w:proofErr w:type="spellEnd"/>
      <w:r>
        <w:t xml:space="preserve"> a ON </w:t>
      </w:r>
      <w:proofErr w:type="spellStart"/>
      <w:r>
        <w:t>d.application_id</w:t>
      </w:r>
      <w:proofErr w:type="spellEnd"/>
      <w:r>
        <w:t xml:space="preserve"> = </w:t>
      </w:r>
      <w:proofErr w:type="spellStart"/>
      <w:r>
        <w:t>a.application_id</w:t>
      </w:r>
      <w:proofErr w:type="spellEnd"/>
    </w:p>
    <w:p w14:paraId="3AA957E2" w14:textId="77777777" w:rsidR="0088599F" w:rsidRDefault="0088599F" w:rsidP="0088599F">
      <w:r>
        <w:t xml:space="preserve">     WHERE </w:t>
      </w:r>
      <w:proofErr w:type="spellStart"/>
      <w:r>
        <w:t>a.client_id</w:t>
      </w:r>
      <w:proofErr w:type="spellEnd"/>
      <w:r>
        <w:t xml:space="preserve"> = </w:t>
      </w:r>
      <w:proofErr w:type="spellStart"/>
      <w:r>
        <w:t>p_client_id</w:t>
      </w:r>
      <w:proofErr w:type="spellEnd"/>
    </w:p>
    <w:p w14:paraId="0D9D4E26" w14:textId="77777777" w:rsidR="0088599F" w:rsidRDefault="0088599F" w:rsidP="0088599F">
      <w:r>
        <w:t xml:space="preserve">     ORDER BY </w:t>
      </w:r>
      <w:proofErr w:type="spellStart"/>
      <w:r>
        <w:t>d.upload_date</w:t>
      </w:r>
      <w:proofErr w:type="spellEnd"/>
      <w:r>
        <w:t>;</w:t>
      </w:r>
    </w:p>
    <w:p w14:paraId="66CBC17F" w14:textId="77777777" w:rsidR="0088599F" w:rsidRDefault="0088599F" w:rsidP="0088599F">
      <w:r>
        <w:t>BEGIN</w:t>
      </w:r>
    </w:p>
    <w:p w14:paraId="31CB2018" w14:textId="77777777" w:rsidR="0088599F" w:rsidRDefault="0088599F" w:rsidP="0088599F">
      <w:r>
        <w:t xml:space="preserve">  FOR rec IN </w:t>
      </w:r>
      <w:proofErr w:type="spellStart"/>
      <w:r>
        <w:t>c_docs</w:t>
      </w:r>
      <w:proofErr w:type="spellEnd"/>
      <w:r>
        <w:t xml:space="preserve"> LOOP</w:t>
      </w:r>
    </w:p>
    <w:p w14:paraId="589B1554" w14:textId="77777777" w:rsidR="0088599F" w:rsidRDefault="0088599F" w:rsidP="0088599F">
      <w:r>
        <w:lastRenderedPageBreak/>
        <w:t xml:space="preserve">    DBMS_OUTPUT.PUT_LINE(</w:t>
      </w:r>
    </w:p>
    <w:p w14:paraId="508E24D6" w14:textId="77777777" w:rsidR="0088599F" w:rsidRDefault="0088599F" w:rsidP="0088599F">
      <w:r>
        <w:t xml:space="preserve">      'Document ' || </w:t>
      </w:r>
      <w:proofErr w:type="spellStart"/>
      <w:r>
        <w:t>rec.document_id</w:t>
      </w:r>
      <w:proofErr w:type="spellEnd"/>
    </w:p>
    <w:p w14:paraId="7828001A" w14:textId="77777777" w:rsidR="0088599F" w:rsidRDefault="0088599F" w:rsidP="0088599F">
      <w:r>
        <w:t xml:space="preserve">      || ' | Type: ' || </w:t>
      </w:r>
      <w:proofErr w:type="spellStart"/>
      <w:r>
        <w:t>rec.doc_type</w:t>
      </w:r>
      <w:proofErr w:type="spellEnd"/>
    </w:p>
    <w:p w14:paraId="3198E7E6" w14:textId="77777777" w:rsidR="0088599F" w:rsidRDefault="0088599F" w:rsidP="0088599F">
      <w:r>
        <w:t xml:space="preserve">      || ' | Path: ' || </w:t>
      </w:r>
      <w:proofErr w:type="spellStart"/>
      <w:r>
        <w:t>rec.doc_path</w:t>
      </w:r>
      <w:proofErr w:type="spellEnd"/>
    </w:p>
    <w:p w14:paraId="52051F2C" w14:textId="77777777" w:rsidR="0088599F" w:rsidRDefault="0088599F" w:rsidP="0088599F">
      <w:r>
        <w:t xml:space="preserve">      || ' | Uploaded: ' || TO_CHAR(</w:t>
      </w:r>
      <w:proofErr w:type="spellStart"/>
      <w:r>
        <w:t>rec.upload_date</w:t>
      </w:r>
      <w:proofErr w:type="spellEnd"/>
      <w:r>
        <w:t>, 'DD-MON-YYYY')</w:t>
      </w:r>
    </w:p>
    <w:p w14:paraId="2989B2CD" w14:textId="77777777" w:rsidR="0088599F" w:rsidRDefault="0088599F" w:rsidP="0088599F">
      <w:r>
        <w:t xml:space="preserve">    );</w:t>
      </w:r>
    </w:p>
    <w:p w14:paraId="229D37D1" w14:textId="77777777" w:rsidR="0088599F" w:rsidRDefault="0088599F" w:rsidP="0088599F">
      <w:r>
        <w:t xml:space="preserve">  END LOOP;</w:t>
      </w:r>
    </w:p>
    <w:p w14:paraId="0473227F" w14:textId="77777777" w:rsidR="0088599F" w:rsidRDefault="0088599F" w:rsidP="0088599F">
      <w:r>
        <w:t>END;</w:t>
      </w:r>
    </w:p>
    <w:p w14:paraId="4FFF263F" w14:textId="77777777" w:rsidR="0088599F" w:rsidRDefault="0088599F" w:rsidP="0088599F">
      <w:r>
        <w:t>/</w:t>
      </w:r>
    </w:p>
    <w:p w14:paraId="0A6B1D00" w14:textId="77777777" w:rsidR="0088599F" w:rsidRDefault="0088599F" w:rsidP="0088599F"/>
    <w:p w14:paraId="4A4441DF" w14:textId="77777777" w:rsidR="0088599F" w:rsidRDefault="0088599F" w:rsidP="0088599F">
      <w:r>
        <w:t>BEGIN</w:t>
      </w:r>
    </w:p>
    <w:p w14:paraId="379FDCAE" w14:textId="77777777" w:rsidR="0088599F" w:rsidRDefault="0088599F" w:rsidP="0088599F">
      <w:r>
        <w:t xml:space="preserve">  </w:t>
      </w:r>
      <w:proofErr w:type="spellStart"/>
      <w:r>
        <w:t>show_documents</w:t>
      </w:r>
      <w:proofErr w:type="spellEnd"/>
      <w:r>
        <w:t>(3001);</w:t>
      </w:r>
    </w:p>
    <w:p w14:paraId="0AE1E2CB" w14:textId="77777777" w:rsidR="0088599F" w:rsidRDefault="0088599F" w:rsidP="0088599F">
      <w:r>
        <w:t>END;</w:t>
      </w:r>
    </w:p>
    <w:p w14:paraId="0D48CF35" w14:textId="16C64896" w:rsidR="0088599F" w:rsidRDefault="0088599F" w:rsidP="0088599F">
      <w:r>
        <w:t>/</w:t>
      </w:r>
    </w:p>
    <w:p w14:paraId="315C661A" w14:textId="200340C3" w:rsidR="0088599F" w:rsidRDefault="0088599F" w:rsidP="0088599F">
      <w:r>
        <w:rPr>
          <w:noProof/>
        </w:rPr>
        <w:drawing>
          <wp:inline distT="0" distB="0" distL="0" distR="0" wp14:anchorId="37D829C5" wp14:editId="660080AA">
            <wp:extent cx="5486400" cy="1175385"/>
            <wp:effectExtent l="0" t="0" r="0" b="5715"/>
            <wp:docPr id="1628687093"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8687093" name="Picture 1" descr="A screenshot of a computer&#10;&#10;AI-generated content may be incorrect."/>
                    <pic:cNvPicPr/>
                  </pic:nvPicPr>
                  <pic:blipFill>
                    <a:blip r:embed="rId39"/>
                    <a:stretch>
                      <a:fillRect/>
                    </a:stretch>
                  </pic:blipFill>
                  <pic:spPr>
                    <a:xfrm>
                      <a:off x="0" y="0"/>
                      <a:ext cx="5486400" cy="1175385"/>
                    </a:xfrm>
                    <a:prstGeom prst="rect">
                      <a:avLst/>
                    </a:prstGeom>
                  </pic:spPr>
                </pic:pic>
              </a:graphicData>
            </a:graphic>
          </wp:inline>
        </w:drawing>
      </w:r>
    </w:p>
    <w:p w14:paraId="783FD580" w14:textId="3740026A" w:rsidR="0088599F" w:rsidRDefault="0088599F" w:rsidP="0088599F">
      <w:pPr>
        <w:pStyle w:val="IntenseQuote"/>
      </w:pPr>
      <w:r w:rsidRPr="0088599F">
        <w:t>Problem:</w:t>
      </w:r>
      <w:r w:rsidRPr="0088599F">
        <w:br/>
        <w:t xml:space="preserve">Create a function </w:t>
      </w:r>
      <w:proofErr w:type="spellStart"/>
      <w:r w:rsidRPr="0088599F">
        <w:t>get_total_fees</w:t>
      </w:r>
      <w:proofErr w:type="spellEnd"/>
      <w:r w:rsidRPr="0088599F">
        <w:t>(</w:t>
      </w:r>
      <w:proofErr w:type="spellStart"/>
      <w:r w:rsidRPr="0088599F">
        <w:t>p_client_id</w:t>
      </w:r>
      <w:proofErr w:type="spellEnd"/>
      <w:r w:rsidRPr="0088599F">
        <w:t xml:space="preserve"> IN NUMBER) RETURN NUMBER that returns the total sum of fee from </w:t>
      </w:r>
      <w:proofErr w:type="spellStart"/>
      <w:r w:rsidRPr="0088599F">
        <w:t>servicesN</w:t>
      </w:r>
      <w:proofErr w:type="spellEnd"/>
      <w:r w:rsidRPr="0088599F">
        <w:t xml:space="preserve"> for all applications of </w:t>
      </w:r>
      <w:proofErr w:type="spellStart"/>
      <w:r w:rsidRPr="0088599F">
        <w:t>p_client_id</w:t>
      </w:r>
      <w:proofErr w:type="spellEnd"/>
      <w:r w:rsidRPr="0088599F">
        <w:t>.</w:t>
      </w:r>
    </w:p>
    <w:p w14:paraId="09B25F6C" w14:textId="77777777" w:rsidR="0088599F" w:rsidRDefault="0088599F" w:rsidP="0088599F">
      <w:r>
        <w:t>SET SERVEROUTPUT ON;</w:t>
      </w:r>
    </w:p>
    <w:p w14:paraId="1B037107" w14:textId="77777777" w:rsidR="0088599F" w:rsidRDefault="0088599F" w:rsidP="0088599F"/>
    <w:p w14:paraId="6E13D542" w14:textId="77777777" w:rsidR="0088599F" w:rsidRDefault="0088599F" w:rsidP="0088599F">
      <w:r>
        <w:t xml:space="preserve">CREATE OR REPLACE FUNCTION </w:t>
      </w:r>
      <w:proofErr w:type="spellStart"/>
      <w:r>
        <w:t>get_total_fees</w:t>
      </w:r>
      <w:proofErr w:type="spellEnd"/>
      <w:r>
        <w:t>(</w:t>
      </w:r>
      <w:proofErr w:type="spellStart"/>
      <w:r>
        <w:t>p_client_id</w:t>
      </w:r>
      <w:proofErr w:type="spellEnd"/>
      <w:r>
        <w:t xml:space="preserve"> IN NUMBER) RETURN NUMBER IS</w:t>
      </w:r>
    </w:p>
    <w:p w14:paraId="09E93C44" w14:textId="77777777" w:rsidR="0088599F" w:rsidRDefault="0088599F" w:rsidP="0088599F">
      <w:r>
        <w:t xml:space="preserve">  </w:t>
      </w:r>
      <w:proofErr w:type="spellStart"/>
      <w:r>
        <w:t>v_total</w:t>
      </w:r>
      <w:proofErr w:type="spellEnd"/>
      <w:r>
        <w:t xml:space="preserve"> NUMBER;</w:t>
      </w:r>
    </w:p>
    <w:p w14:paraId="53B9B6C6" w14:textId="77777777" w:rsidR="0088599F" w:rsidRDefault="0088599F" w:rsidP="0088599F">
      <w:r>
        <w:lastRenderedPageBreak/>
        <w:t>BEGIN</w:t>
      </w:r>
    </w:p>
    <w:p w14:paraId="16A59B01" w14:textId="77777777" w:rsidR="0088599F" w:rsidRDefault="0088599F" w:rsidP="0088599F">
      <w:r>
        <w:t xml:space="preserve">  SELECT NVL(SUM(</w:t>
      </w:r>
      <w:proofErr w:type="spellStart"/>
      <w:r>
        <w:t>s.fee</w:t>
      </w:r>
      <w:proofErr w:type="spellEnd"/>
      <w:r>
        <w:t>), 0)</w:t>
      </w:r>
    </w:p>
    <w:p w14:paraId="6A383D5E" w14:textId="77777777" w:rsidR="0088599F" w:rsidRDefault="0088599F" w:rsidP="0088599F">
      <w:r>
        <w:t xml:space="preserve">    INTO </w:t>
      </w:r>
      <w:proofErr w:type="spellStart"/>
      <w:r>
        <w:t>v_total</w:t>
      </w:r>
      <w:proofErr w:type="spellEnd"/>
    </w:p>
    <w:p w14:paraId="0A972E58" w14:textId="77777777" w:rsidR="0088599F" w:rsidRDefault="0088599F" w:rsidP="0088599F">
      <w:r>
        <w:t xml:space="preserve">    FROM </w:t>
      </w:r>
      <w:proofErr w:type="spellStart"/>
      <w:r>
        <w:t>applicationsN</w:t>
      </w:r>
      <w:proofErr w:type="spellEnd"/>
      <w:r>
        <w:t xml:space="preserve"> a</w:t>
      </w:r>
    </w:p>
    <w:p w14:paraId="64D9AEB9" w14:textId="77777777" w:rsidR="0088599F" w:rsidRDefault="0088599F" w:rsidP="0088599F">
      <w:r>
        <w:t xml:space="preserve">    JOIN </w:t>
      </w:r>
      <w:proofErr w:type="spellStart"/>
      <w:r>
        <w:t>servicesN</w:t>
      </w:r>
      <w:proofErr w:type="spellEnd"/>
      <w:r>
        <w:t xml:space="preserve">   s ON </w:t>
      </w:r>
      <w:proofErr w:type="spellStart"/>
      <w:r>
        <w:t>a.service_id</w:t>
      </w:r>
      <w:proofErr w:type="spellEnd"/>
      <w:r>
        <w:t xml:space="preserve"> = </w:t>
      </w:r>
      <w:proofErr w:type="spellStart"/>
      <w:r>
        <w:t>s.service_id</w:t>
      </w:r>
      <w:proofErr w:type="spellEnd"/>
    </w:p>
    <w:p w14:paraId="0E10D75C" w14:textId="77777777" w:rsidR="0088599F" w:rsidRDefault="0088599F" w:rsidP="0088599F">
      <w:r>
        <w:t xml:space="preserve">   WHERE </w:t>
      </w:r>
      <w:proofErr w:type="spellStart"/>
      <w:r>
        <w:t>a.client_id</w:t>
      </w:r>
      <w:proofErr w:type="spellEnd"/>
      <w:r>
        <w:t xml:space="preserve"> = </w:t>
      </w:r>
      <w:proofErr w:type="spellStart"/>
      <w:r>
        <w:t>p_client_id</w:t>
      </w:r>
      <w:proofErr w:type="spellEnd"/>
      <w:r>
        <w:t>;</w:t>
      </w:r>
    </w:p>
    <w:p w14:paraId="3722AA55" w14:textId="77777777" w:rsidR="0088599F" w:rsidRDefault="0088599F" w:rsidP="0088599F"/>
    <w:p w14:paraId="47ED446A" w14:textId="77777777" w:rsidR="0088599F" w:rsidRDefault="0088599F" w:rsidP="0088599F">
      <w:r>
        <w:t xml:space="preserve">  RETURN </w:t>
      </w:r>
      <w:proofErr w:type="spellStart"/>
      <w:r>
        <w:t>v_total</w:t>
      </w:r>
      <w:proofErr w:type="spellEnd"/>
      <w:r>
        <w:t>;</w:t>
      </w:r>
    </w:p>
    <w:p w14:paraId="74665F8F" w14:textId="77777777" w:rsidR="0088599F" w:rsidRDefault="0088599F" w:rsidP="0088599F">
      <w:r>
        <w:t>END;</w:t>
      </w:r>
    </w:p>
    <w:p w14:paraId="166CF4FA" w14:textId="77777777" w:rsidR="0088599F" w:rsidRDefault="0088599F" w:rsidP="0088599F">
      <w:r>
        <w:t>/</w:t>
      </w:r>
    </w:p>
    <w:p w14:paraId="6CFED064" w14:textId="77777777" w:rsidR="0088599F" w:rsidRDefault="0088599F" w:rsidP="0088599F">
      <w:r>
        <w:t xml:space="preserve"> </w:t>
      </w:r>
    </w:p>
    <w:p w14:paraId="068D87AA" w14:textId="77777777" w:rsidR="0088599F" w:rsidRDefault="0088599F" w:rsidP="0088599F">
      <w:r>
        <w:t>DECLARE</w:t>
      </w:r>
    </w:p>
    <w:p w14:paraId="7E9A37A1" w14:textId="77777777" w:rsidR="0088599F" w:rsidRDefault="0088599F" w:rsidP="0088599F">
      <w:r>
        <w:t xml:space="preserve">  </w:t>
      </w:r>
      <w:proofErr w:type="spellStart"/>
      <w:r>
        <w:t>v_result</w:t>
      </w:r>
      <w:proofErr w:type="spellEnd"/>
      <w:r>
        <w:t xml:space="preserve"> NUMBER;</w:t>
      </w:r>
    </w:p>
    <w:p w14:paraId="7D552880" w14:textId="77777777" w:rsidR="0088599F" w:rsidRDefault="0088599F" w:rsidP="0088599F">
      <w:r>
        <w:t>BEGIN</w:t>
      </w:r>
    </w:p>
    <w:p w14:paraId="46FFB102" w14:textId="77777777" w:rsidR="0088599F" w:rsidRDefault="0088599F" w:rsidP="0088599F">
      <w:r>
        <w:t xml:space="preserve">  </w:t>
      </w:r>
      <w:proofErr w:type="spellStart"/>
      <w:r>
        <w:t>v_result</w:t>
      </w:r>
      <w:proofErr w:type="spellEnd"/>
      <w:r>
        <w:t xml:space="preserve"> := </w:t>
      </w:r>
      <w:proofErr w:type="spellStart"/>
      <w:r>
        <w:t>get_total_fees</w:t>
      </w:r>
      <w:proofErr w:type="spellEnd"/>
      <w:r>
        <w:t>(1001);</w:t>
      </w:r>
    </w:p>
    <w:p w14:paraId="5A3672F7" w14:textId="77777777" w:rsidR="0088599F" w:rsidRDefault="0088599F" w:rsidP="0088599F">
      <w:r>
        <w:t xml:space="preserve">  DBMS_OUTPUT.PUT_LINE('Total fees for client 1001: $' || </w:t>
      </w:r>
      <w:proofErr w:type="spellStart"/>
      <w:r>
        <w:t>v_result</w:t>
      </w:r>
      <w:proofErr w:type="spellEnd"/>
      <w:r>
        <w:t>);</w:t>
      </w:r>
    </w:p>
    <w:p w14:paraId="75E55461" w14:textId="77777777" w:rsidR="0088599F" w:rsidRDefault="0088599F" w:rsidP="0088599F">
      <w:r>
        <w:t>END;</w:t>
      </w:r>
    </w:p>
    <w:p w14:paraId="13C99CB8" w14:textId="79E30798" w:rsidR="0088599F" w:rsidRPr="0088599F" w:rsidRDefault="0088599F" w:rsidP="0088599F">
      <w:r>
        <w:t>/</w:t>
      </w:r>
    </w:p>
    <w:p w14:paraId="2678A694" w14:textId="4A06427D" w:rsidR="0088599F" w:rsidRDefault="0088599F" w:rsidP="0088599F">
      <w:r w:rsidRPr="0088599F">
        <w:drawing>
          <wp:inline distT="0" distB="0" distL="0" distR="0" wp14:anchorId="2A64967F" wp14:editId="6527D76E">
            <wp:extent cx="5486400" cy="1866265"/>
            <wp:effectExtent l="0" t="0" r="0" b="635"/>
            <wp:docPr id="857923700" name="Picture 1" descr="A screenshot of a computer scree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7923700" name="Picture 1" descr="A screenshot of a computer screen&#10;&#10;AI-generated content may be incorrect."/>
                    <pic:cNvPicPr/>
                  </pic:nvPicPr>
                  <pic:blipFill>
                    <a:blip r:embed="rId40"/>
                    <a:stretch>
                      <a:fillRect/>
                    </a:stretch>
                  </pic:blipFill>
                  <pic:spPr>
                    <a:xfrm>
                      <a:off x="0" y="0"/>
                      <a:ext cx="5486400" cy="1866265"/>
                    </a:xfrm>
                    <a:prstGeom prst="rect">
                      <a:avLst/>
                    </a:prstGeom>
                  </pic:spPr>
                </pic:pic>
              </a:graphicData>
            </a:graphic>
          </wp:inline>
        </w:drawing>
      </w:r>
    </w:p>
    <w:p w14:paraId="238E6377" w14:textId="77777777" w:rsidR="0088599F" w:rsidRDefault="0088599F" w:rsidP="0088599F">
      <w:pPr>
        <w:pStyle w:val="IntenseQuote"/>
      </w:pPr>
      <w:r>
        <w:t xml:space="preserve">-- 22. Create a procedure </w:t>
      </w:r>
      <w:proofErr w:type="spellStart"/>
      <w:r>
        <w:t>add_application</w:t>
      </w:r>
      <w:proofErr w:type="spellEnd"/>
      <w:r>
        <w:t>(</w:t>
      </w:r>
      <w:proofErr w:type="spellStart"/>
      <w:r>
        <w:t>p_client_id</w:t>
      </w:r>
      <w:proofErr w:type="spellEnd"/>
      <w:r>
        <w:t xml:space="preserve"> IN NUMBER, </w:t>
      </w:r>
      <w:proofErr w:type="spellStart"/>
      <w:r>
        <w:t>p_visa_type_id</w:t>
      </w:r>
      <w:proofErr w:type="spellEnd"/>
      <w:r>
        <w:t xml:space="preserve"> IN NUMBER, </w:t>
      </w:r>
      <w:proofErr w:type="spellStart"/>
      <w:r>
        <w:t>p_service_id</w:t>
      </w:r>
      <w:proofErr w:type="spellEnd"/>
      <w:r>
        <w:t xml:space="preserve"> IN NUMBER) </w:t>
      </w:r>
    </w:p>
    <w:p w14:paraId="288A907E" w14:textId="77777777" w:rsidR="0088599F" w:rsidRDefault="0088599F" w:rsidP="0088599F">
      <w:pPr>
        <w:pStyle w:val="IntenseQuote"/>
      </w:pPr>
      <w:r>
        <w:lastRenderedPageBreak/>
        <w:t xml:space="preserve">-- that checks if an application exists for that client, visa, and service. If not, insert it and print “Application created.” </w:t>
      </w:r>
    </w:p>
    <w:p w14:paraId="66D5F774" w14:textId="77777777" w:rsidR="0088599F" w:rsidRDefault="0088599F" w:rsidP="0088599F">
      <w:pPr>
        <w:pStyle w:val="IntenseQuote"/>
      </w:pPr>
      <w:r>
        <w:t>-- If it exists, print “Application already exists.”</w:t>
      </w:r>
    </w:p>
    <w:p w14:paraId="39831A7F" w14:textId="77777777" w:rsidR="0088599F" w:rsidRDefault="0088599F" w:rsidP="0088599F">
      <w:r>
        <w:t xml:space="preserve">CREATE SEQUENCE </w:t>
      </w:r>
      <w:proofErr w:type="spellStart"/>
      <w:r>
        <w:t>seq_applicationsN</w:t>
      </w:r>
      <w:proofErr w:type="spellEnd"/>
      <w:r>
        <w:t xml:space="preserve"> START WITH 10000 INCREMENT BY 1;</w:t>
      </w:r>
    </w:p>
    <w:p w14:paraId="759C4F8D" w14:textId="77777777" w:rsidR="0088599F" w:rsidRDefault="0088599F" w:rsidP="0088599F">
      <w:r>
        <w:t>/</w:t>
      </w:r>
    </w:p>
    <w:p w14:paraId="08A4D720" w14:textId="77777777" w:rsidR="0088599F" w:rsidRDefault="0088599F" w:rsidP="0088599F"/>
    <w:p w14:paraId="36DDA6B1" w14:textId="77777777" w:rsidR="0088599F" w:rsidRDefault="0088599F" w:rsidP="0088599F">
      <w:r>
        <w:t xml:space="preserve">CREATE OR REPLACE PROCEDURE </w:t>
      </w:r>
      <w:proofErr w:type="spellStart"/>
      <w:r>
        <w:t>add_application</w:t>
      </w:r>
      <w:proofErr w:type="spellEnd"/>
      <w:r>
        <w:t>(</w:t>
      </w:r>
    </w:p>
    <w:p w14:paraId="70509363" w14:textId="77777777" w:rsidR="0088599F" w:rsidRDefault="0088599F" w:rsidP="0088599F">
      <w:r>
        <w:t xml:space="preserve">  </w:t>
      </w:r>
      <w:proofErr w:type="spellStart"/>
      <w:r>
        <w:t>p_client_id</w:t>
      </w:r>
      <w:proofErr w:type="spellEnd"/>
      <w:r>
        <w:t xml:space="preserve">    IN NUMBER,</w:t>
      </w:r>
    </w:p>
    <w:p w14:paraId="5E333AEB" w14:textId="77777777" w:rsidR="0088599F" w:rsidRDefault="0088599F" w:rsidP="0088599F">
      <w:r>
        <w:t xml:space="preserve">  </w:t>
      </w:r>
      <w:proofErr w:type="spellStart"/>
      <w:r>
        <w:t>p_visa_type_id</w:t>
      </w:r>
      <w:proofErr w:type="spellEnd"/>
      <w:r>
        <w:t xml:space="preserve"> IN NUMBER,</w:t>
      </w:r>
    </w:p>
    <w:p w14:paraId="6E68303F" w14:textId="77777777" w:rsidR="0088599F" w:rsidRDefault="0088599F" w:rsidP="0088599F">
      <w:r>
        <w:t xml:space="preserve">  </w:t>
      </w:r>
      <w:proofErr w:type="spellStart"/>
      <w:r>
        <w:t>p_service_id</w:t>
      </w:r>
      <w:proofErr w:type="spellEnd"/>
      <w:r>
        <w:t xml:space="preserve">   IN NUMBER</w:t>
      </w:r>
    </w:p>
    <w:p w14:paraId="2E0FC9CA" w14:textId="77777777" w:rsidR="0088599F" w:rsidRDefault="0088599F" w:rsidP="0088599F">
      <w:r>
        <w:t>) IS</w:t>
      </w:r>
    </w:p>
    <w:p w14:paraId="2EBD0940" w14:textId="77777777" w:rsidR="0088599F" w:rsidRDefault="0088599F" w:rsidP="0088599F">
      <w:r>
        <w:t xml:space="preserve">  </w:t>
      </w:r>
      <w:proofErr w:type="spellStart"/>
      <w:r>
        <w:t>v_exists</w:t>
      </w:r>
      <w:proofErr w:type="spellEnd"/>
      <w:r>
        <w:t xml:space="preserve"> NUMBER;</w:t>
      </w:r>
    </w:p>
    <w:p w14:paraId="25189EF0" w14:textId="77777777" w:rsidR="0088599F" w:rsidRDefault="0088599F" w:rsidP="0088599F">
      <w:r>
        <w:t xml:space="preserve">  </w:t>
      </w:r>
      <w:proofErr w:type="spellStart"/>
      <w:r>
        <w:t>v_new_id</w:t>
      </w:r>
      <w:proofErr w:type="spellEnd"/>
      <w:r>
        <w:t xml:space="preserve"> NUMBER;</w:t>
      </w:r>
    </w:p>
    <w:p w14:paraId="3C9629FD" w14:textId="77777777" w:rsidR="0088599F" w:rsidRDefault="0088599F" w:rsidP="0088599F">
      <w:r>
        <w:t>BEGIN</w:t>
      </w:r>
    </w:p>
    <w:p w14:paraId="67D5AFB7" w14:textId="77777777" w:rsidR="0088599F" w:rsidRDefault="0088599F" w:rsidP="0088599F">
      <w:r>
        <w:t xml:space="preserve">  SELECT COUNT(*) </w:t>
      </w:r>
    </w:p>
    <w:p w14:paraId="0BC2F366" w14:textId="77777777" w:rsidR="0088599F" w:rsidRDefault="0088599F" w:rsidP="0088599F">
      <w:r>
        <w:t xml:space="preserve">    INTO </w:t>
      </w:r>
      <w:proofErr w:type="spellStart"/>
      <w:r>
        <w:t>v_exists</w:t>
      </w:r>
      <w:proofErr w:type="spellEnd"/>
    </w:p>
    <w:p w14:paraId="51004374" w14:textId="77777777" w:rsidR="0088599F" w:rsidRDefault="0088599F" w:rsidP="0088599F">
      <w:r>
        <w:t xml:space="preserve">    FROM </w:t>
      </w:r>
      <w:proofErr w:type="spellStart"/>
      <w:r>
        <w:t>applicationsN</w:t>
      </w:r>
      <w:proofErr w:type="spellEnd"/>
    </w:p>
    <w:p w14:paraId="1228AA36" w14:textId="77777777" w:rsidR="0088599F" w:rsidRDefault="0088599F" w:rsidP="0088599F">
      <w:r>
        <w:t xml:space="preserve">   WHERE </w:t>
      </w:r>
      <w:proofErr w:type="spellStart"/>
      <w:r>
        <w:t>client_id</w:t>
      </w:r>
      <w:proofErr w:type="spellEnd"/>
      <w:r>
        <w:t xml:space="preserve">    = </w:t>
      </w:r>
      <w:proofErr w:type="spellStart"/>
      <w:r>
        <w:t>p_client_id</w:t>
      </w:r>
      <w:proofErr w:type="spellEnd"/>
    </w:p>
    <w:p w14:paraId="3D1690C4" w14:textId="77777777" w:rsidR="0088599F" w:rsidRDefault="0088599F" w:rsidP="0088599F">
      <w:r>
        <w:t xml:space="preserve">     AND </w:t>
      </w:r>
      <w:proofErr w:type="spellStart"/>
      <w:r>
        <w:t>visa_type_id</w:t>
      </w:r>
      <w:proofErr w:type="spellEnd"/>
      <w:r>
        <w:t xml:space="preserve"> = </w:t>
      </w:r>
      <w:proofErr w:type="spellStart"/>
      <w:r>
        <w:t>p_visa_type_id</w:t>
      </w:r>
      <w:proofErr w:type="spellEnd"/>
    </w:p>
    <w:p w14:paraId="25BC7D0E" w14:textId="77777777" w:rsidR="0088599F" w:rsidRDefault="0088599F" w:rsidP="0088599F">
      <w:r>
        <w:t xml:space="preserve">     AND </w:t>
      </w:r>
      <w:proofErr w:type="spellStart"/>
      <w:r>
        <w:t>service_id</w:t>
      </w:r>
      <w:proofErr w:type="spellEnd"/>
      <w:r>
        <w:t xml:space="preserve">   = </w:t>
      </w:r>
      <w:proofErr w:type="spellStart"/>
      <w:r>
        <w:t>p_service_id</w:t>
      </w:r>
      <w:proofErr w:type="spellEnd"/>
      <w:r>
        <w:t>;</w:t>
      </w:r>
    </w:p>
    <w:p w14:paraId="4B16515C" w14:textId="77777777" w:rsidR="0088599F" w:rsidRDefault="0088599F" w:rsidP="0088599F"/>
    <w:p w14:paraId="323C1701" w14:textId="77777777" w:rsidR="0088599F" w:rsidRDefault="0088599F" w:rsidP="0088599F">
      <w:r>
        <w:t xml:space="preserve">  IF </w:t>
      </w:r>
      <w:proofErr w:type="spellStart"/>
      <w:r>
        <w:t>v_exists</w:t>
      </w:r>
      <w:proofErr w:type="spellEnd"/>
      <w:r>
        <w:t xml:space="preserve"> = 0 THEN</w:t>
      </w:r>
    </w:p>
    <w:p w14:paraId="464B605F" w14:textId="77777777" w:rsidR="0088599F" w:rsidRDefault="0088599F" w:rsidP="0088599F">
      <w:r>
        <w:t xml:space="preserve">    </w:t>
      </w:r>
      <w:proofErr w:type="spellStart"/>
      <w:r>
        <w:t>v_new_id</w:t>
      </w:r>
      <w:proofErr w:type="spellEnd"/>
      <w:r>
        <w:t xml:space="preserve"> := </w:t>
      </w:r>
      <w:proofErr w:type="spellStart"/>
      <w:r>
        <w:t>seq_applicationsN.NEXTVAL</w:t>
      </w:r>
      <w:proofErr w:type="spellEnd"/>
      <w:r>
        <w:t>;</w:t>
      </w:r>
    </w:p>
    <w:p w14:paraId="54BD02A3" w14:textId="77777777" w:rsidR="0088599F" w:rsidRDefault="0088599F" w:rsidP="0088599F">
      <w:r>
        <w:t xml:space="preserve">    INSERT INTO </w:t>
      </w:r>
      <w:proofErr w:type="spellStart"/>
      <w:r>
        <w:t>applicationsN</w:t>
      </w:r>
      <w:proofErr w:type="spellEnd"/>
      <w:r>
        <w:t xml:space="preserve"> (</w:t>
      </w:r>
    </w:p>
    <w:p w14:paraId="721B1728" w14:textId="77777777" w:rsidR="0088599F" w:rsidRDefault="0088599F" w:rsidP="0088599F">
      <w:r>
        <w:t xml:space="preserve">      </w:t>
      </w:r>
      <w:proofErr w:type="spellStart"/>
      <w:r>
        <w:t>application_id</w:t>
      </w:r>
      <w:proofErr w:type="spellEnd"/>
      <w:r>
        <w:t xml:space="preserve">, </w:t>
      </w:r>
      <w:proofErr w:type="spellStart"/>
      <w:r>
        <w:t>client_id</w:t>
      </w:r>
      <w:proofErr w:type="spellEnd"/>
      <w:r>
        <w:t xml:space="preserve">, </w:t>
      </w:r>
      <w:proofErr w:type="spellStart"/>
      <w:r>
        <w:t>visa_type_id</w:t>
      </w:r>
      <w:proofErr w:type="spellEnd"/>
      <w:r>
        <w:t xml:space="preserve">, </w:t>
      </w:r>
      <w:proofErr w:type="spellStart"/>
      <w:r>
        <w:t>service_id</w:t>
      </w:r>
      <w:proofErr w:type="spellEnd"/>
      <w:r>
        <w:t xml:space="preserve">, status, </w:t>
      </w:r>
      <w:proofErr w:type="spellStart"/>
      <w:r>
        <w:t>applied_date</w:t>
      </w:r>
      <w:proofErr w:type="spellEnd"/>
    </w:p>
    <w:p w14:paraId="1454419C" w14:textId="77777777" w:rsidR="0088599F" w:rsidRDefault="0088599F" w:rsidP="0088599F">
      <w:r>
        <w:t xml:space="preserve">    ) VALUES (</w:t>
      </w:r>
    </w:p>
    <w:p w14:paraId="7F65BCAF" w14:textId="77777777" w:rsidR="0088599F" w:rsidRDefault="0088599F" w:rsidP="0088599F">
      <w:r>
        <w:lastRenderedPageBreak/>
        <w:t xml:space="preserve">      </w:t>
      </w:r>
      <w:proofErr w:type="spellStart"/>
      <w:r>
        <w:t>v_new_id</w:t>
      </w:r>
      <w:proofErr w:type="spellEnd"/>
      <w:r>
        <w:t xml:space="preserve">, </w:t>
      </w:r>
      <w:proofErr w:type="spellStart"/>
      <w:r>
        <w:t>p_client_id</w:t>
      </w:r>
      <w:proofErr w:type="spellEnd"/>
      <w:r>
        <w:t xml:space="preserve">, </w:t>
      </w:r>
      <w:proofErr w:type="spellStart"/>
      <w:r>
        <w:t>p_visa_type_id</w:t>
      </w:r>
      <w:proofErr w:type="spellEnd"/>
      <w:r>
        <w:t xml:space="preserve">, </w:t>
      </w:r>
      <w:proofErr w:type="spellStart"/>
      <w:r>
        <w:t>p_service_id</w:t>
      </w:r>
      <w:proofErr w:type="spellEnd"/>
      <w:r>
        <w:t>, 'NEW', SYSDATE</w:t>
      </w:r>
    </w:p>
    <w:p w14:paraId="7D047C8F" w14:textId="77777777" w:rsidR="0088599F" w:rsidRDefault="0088599F" w:rsidP="0088599F">
      <w:r>
        <w:t xml:space="preserve">    );</w:t>
      </w:r>
    </w:p>
    <w:p w14:paraId="302B64E0" w14:textId="77777777" w:rsidR="0088599F" w:rsidRDefault="0088599F" w:rsidP="0088599F">
      <w:r>
        <w:t xml:space="preserve">    DBMS_OUTPUT.PUT_LINE('Application created: ' || </w:t>
      </w:r>
      <w:proofErr w:type="spellStart"/>
      <w:r>
        <w:t>v_new_id</w:t>
      </w:r>
      <w:proofErr w:type="spellEnd"/>
      <w:r>
        <w:t>);</w:t>
      </w:r>
    </w:p>
    <w:p w14:paraId="0BC9A0A6" w14:textId="77777777" w:rsidR="0088599F" w:rsidRDefault="0088599F" w:rsidP="0088599F">
      <w:r>
        <w:t xml:space="preserve">  ELSE</w:t>
      </w:r>
    </w:p>
    <w:p w14:paraId="5124A76B" w14:textId="77777777" w:rsidR="0088599F" w:rsidRDefault="0088599F" w:rsidP="0088599F">
      <w:r>
        <w:t xml:space="preserve">    DBMS_OUTPUT.PUT_LINE('Application already exists.');</w:t>
      </w:r>
    </w:p>
    <w:p w14:paraId="063786AC" w14:textId="77777777" w:rsidR="0088599F" w:rsidRDefault="0088599F" w:rsidP="0088599F">
      <w:r>
        <w:t xml:space="preserve">  END IF;</w:t>
      </w:r>
    </w:p>
    <w:p w14:paraId="1B361CF3" w14:textId="77777777" w:rsidR="0088599F" w:rsidRDefault="0088599F" w:rsidP="0088599F">
      <w:r>
        <w:t>EXCEPTION</w:t>
      </w:r>
    </w:p>
    <w:p w14:paraId="06014D0E" w14:textId="77777777" w:rsidR="0088599F" w:rsidRDefault="0088599F" w:rsidP="0088599F">
      <w:r>
        <w:t xml:space="preserve">  WHEN OTHERS THEN</w:t>
      </w:r>
    </w:p>
    <w:p w14:paraId="7AF5BD17" w14:textId="77777777" w:rsidR="0088599F" w:rsidRDefault="0088599F" w:rsidP="0088599F">
      <w:r>
        <w:t xml:space="preserve">    DBMS_OUTPUT.PUT_LINE('Error: ' || SQLERRM);</w:t>
      </w:r>
    </w:p>
    <w:p w14:paraId="40642599" w14:textId="77777777" w:rsidR="0088599F" w:rsidRDefault="0088599F" w:rsidP="0088599F">
      <w:r>
        <w:t>END;</w:t>
      </w:r>
    </w:p>
    <w:p w14:paraId="5D033D5D" w14:textId="77777777" w:rsidR="0088599F" w:rsidRDefault="0088599F" w:rsidP="0088599F">
      <w:r>
        <w:t>/</w:t>
      </w:r>
    </w:p>
    <w:p w14:paraId="6056105E" w14:textId="77777777" w:rsidR="0088599F" w:rsidRDefault="0088599F" w:rsidP="0088599F"/>
    <w:p w14:paraId="60BEE274" w14:textId="77777777" w:rsidR="0088599F" w:rsidRDefault="0088599F" w:rsidP="0088599F">
      <w:r>
        <w:t>-- Run the procedure:</w:t>
      </w:r>
    </w:p>
    <w:p w14:paraId="16026318" w14:textId="77777777" w:rsidR="0088599F" w:rsidRDefault="0088599F" w:rsidP="0088599F">
      <w:r>
        <w:t>BEGIN</w:t>
      </w:r>
    </w:p>
    <w:p w14:paraId="74A05938" w14:textId="77777777" w:rsidR="0088599F" w:rsidRDefault="0088599F" w:rsidP="0088599F">
      <w:r>
        <w:t xml:space="preserve">  </w:t>
      </w:r>
      <w:proofErr w:type="spellStart"/>
      <w:r>
        <w:t>add_application</w:t>
      </w:r>
      <w:proofErr w:type="spellEnd"/>
      <w:r>
        <w:t>(1001, 1, 1);</w:t>
      </w:r>
    </w:p>
    <w:p w14:paraId="468BC0D0" w14:textId="77777777" w:rsidR="0088599F" w:rsidRDefault="0088599F" w:rsidP="0088599F">
      <w:r>
        <w:t>END;</w:t>
      </w:r>
    </w:p>
    <w:p w14:paraId="2492F66B" w14:textId="7A70D4FC" w:rsidR="0088599F" w:rsidRDefault="0088599F" w:rsidP="0088599F">
      <w:r>
        <w:t>/</w:t>
      </w:r>
    </w:p>
    <w:p w14:paraId="593172D9" w14:textId="53846F57" w:rsidR="00906396" w:rsidRDefault="00906396" w:rsidP="0088599F">
      <w:r w:rsidRPr="00906396">
        <w:drawing>
          <wp:inline distT="0" distB="0" distL="0" distR="0" wp14:anchorId="1AB04C04" wp14:editId="449A84F5">
            <wp:extent cx="5486400" cy="1725930"/>
            <wp:effectExtent l="0" t="0" r="0" b="7620"/>
            <wp:docPr id="802712708" name="Picture 1" descr="A white background with black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2712708" name="Picture 1" descr="A white background with black text&#10;&#10;AI-generated content may be incorrect."/>
                    <pic:cNvPicPr/>
                  </pic:nvPicPr>
                  <pic:blipFill>
                    <a:blip r:embed="rId41"/>
                    <a:stretch>
                      <a:fillRect/>
                    </a:stretch>
                  </pic:blipFill>
                  <pic:spPr>
                    <a:xfrm>
                      <a:off x="0" y="0"/>
                      <a:ext cx="5486400" cy="1725930"/>
                    </a:xfrm>
                    <a:prstGeom prst="rect">
                      <a:avLst/>
                    </a:prstGeom>
                  </pic:spPr>
                </pic:pic>
              </a:graphicData>
            </a:graphic>
          </wp:inline>
        </w:drawing>
      </w:r>
    </w:p>
    <w:p w14:paraId="42267D3B" w14:textId="22609A9B" w:rsidR="00906396" w:rsidRDefault="00906396" w:rsidP="00906396">
      <w:pPr>
        <w:pStyle w:val="IntenseQuote"/>
      </w:pPr>
      <w:r>
        <w:t xml:space="preserve">23. </w:t>
      </w:r>
      <w:r w:rsidRPr="00906396">
        <w:t>Problem:</w:t>
      </w:r>
      <w:r w:rsidRPr="00906396">
        <w:br/>
        <w:t xml:space="preserve">Create a procedure </w:t>
      </w:r>
      <w:proofErr w:type="spellStart"/>
      <w:r w:rsidRPr="00906396">
        <w:t>show_client_status</w:t>
      </w:r>
      <w:proofErr w:type="spellEnd"/>
      <w:r w:rsidRPr="00906396">
        <w:t>(</w:t>
      </w:r>
      <w:proofErr w:type="spellStart"/>
      <w:r w:rsidRPr="00906396">
        <w:t>p_client_id</w:t>
      </w:r>
      <w:proofErr w:type="spellEnd"/>
      <w:r w:rsidRPr="00906396">
        <w:t xml:space="preserve"> IN NUMBER) that lists all status history entries for a given client’s applications (showing </w:t>
      </w:r>
      <w:proofErr w:type="spellStart"/>
      <w:r w:rsidRPr="00906396">
        <w:t>application_id</w:t>
      </w:r>
      <w:proofErr w:type="spellEnd"/>
      <w:r w:rsidRPr="00906396">
        <w:t xml:space="preserve">, status, </w:t>
      </w:r>
      <w:proofErr w:type="spellStart"/>
      <w:r w:rsidRPr="00906396">
        <w:t>change_date</w:t>
      </w:r>
      <w:proofErr w:type="spellEnd"/>
      <w:r w:rsidRPr="00906396">
        <w:t>). If none exist, print “No status history for client &lt;ID&gt;.”</w:t>
      </w:r>
    </w:p>
    <w:p w14:paraId="5A863627" w14:textId="77777777" w:rsidR="00906396" w:rsidRDefault="00906396" w:rsidP="00906396">
      <w:r>
        <w:lastRenderedPageBreak/>
        <w:t>SET SERVEROUTPUT ON;</w:t>
      </w:r>
    </w:p>
    <w:p w14:paraId="69D84C2F" w14:textId="77777777" w:rsidR="00906396" w:rsidRDefault="00906396" w:rsidP="00906396"/>
    <w:p w14:paraId="29EF94FF" w14:textId="77777777" w:rsidR="00906396" w:rsidRDefault="00906396" w:rsidP="00906396">
      <w:r>
        <w:t xml:space="preserve">CREATE OR REPLACE PROCEDURE </w:t>
      </w:r>
      <w:proofErr w:type="spellStart"/>
      <w:r>
        <w:t>show_client_status</w:t>
      </w:r>
      <w:proofErr w:type="spellEnd"/>
      <w:r>
        <w:t>(</w:t>
      </w:r>
      <w:proofErr w:type="spellStart"/>
      <w:r>
        <w:t>p_client_id</w:t>
      </w:r>
      <w:proofErr w:type="spellEnd"/>
      <w:r>
        <w:t xml:space="preserve"> IN NUMBER) IS</w:t>
      </w:r>
    </w:p>
    <w:p w14:paraId="6733C005" w14:textId="77777777" w:rsidR="00906396" w:rsidRDefault="00906396" w:rsidP="00906396">
      <w:r>
        <w:t xml:space="preserve">  CURSOR </w:t>
      </w:r>
      <w:proofErr w:type="spellStart"/>
      <w:r>
        <w:t>c_status</w:t>
      </w:r>
      <w:proofErr w:type="spellEnd"/>
      <w:r>
        <w:t xml:space="preserve"> IS</w:t>
      </w:r>
    </w:p>
    <w:p w14:paraId="475A614C" w14:textId="77777777" w:rsidR="00906396" w:rsidRDefault="00906396" w:rsidP="00906396">
      <w:r>
        <w:t xml:space="preserve">    SELECT </w:t>
      </w:r>
      <w:proofErr w:type="spellStart"/>
      <w:r>
        <w:t>h.application_id</w:t>
      </w:r>
      <w:proofErr w:type="spellEnd"/>
      <w:r>
        <w:t>,</w:t>
      </w:r>
    </w:p>
    <w:p w14:paraId="71538682" w14:textId="77777777" w:rsidR="00906396" w:rsidRDefault="00906396" w:rsidP="00906396">
      <w:r>
        <w:t xml:space="preserve">           </w:t>
      </w:r>
      <w:proofErr w:type="spellStart"/>
      <w:r>
        <w:t>h.status</w:t>
      </w:r>
      <w:proofErr w:type="spellEnd"/>
      <w:r>
        <w:t>,</w:t>
      </w:r>
    </w:p>
    <w:p w14:paraId="2C5C2AA1" w14:textId="77777777" w:rsidR="00906396" w:rsidRDefault="00906396" w:rsidP="00906396">
      <w:r>
        <w:t xml:space="preserve">           </w:t>
      </w:r>
      <w:proofErr w:type="spellStart"/>
      <w:r>
        <w:t>h.change_date</w:t>
      </w:r>
      <w:proofErr w:type="spellEnd"/>
    </w:p>
    <w:p w14:paraId="66DC30A3" w14:textId="77777777" w:rsidR="00906396" w:rsidRDefault="00906396" w:rsidP="00906396">
      <w:r>
        <w:t xml:space="preserve">      FROM </w:t>
      </w:r>
      <w:proofErr w:type="spellStart"/>
      <w:r>
        <w:t>status_historyN</w:t>
      </w:r>
      <w:proofErr w:type="spellEnd"/>
      <w:r>
        <w:t xml:space="preserve"> h</w:t>
      </w:r>
    </w:p>
    <w:p w14:paraId="2842C85D" w14:textId="77777777" w:rsidR="00906396" w:rsidRDefault="00906396" w:rsidP="00906396">
      <w:r>
        <w:t xml:space="preserve">      JOIN </w:t>
      </w:r>
      <w:proofErr w:type="spellStart"/>
      <w:r>
        <w:t>applicationsN</w:t>
      </w:r>
      <w:proofErr w:type="spellEnd"/>
      <w:r>
        <w:t xml:space="preserve"> a ON </w:t>
      </w:r>
      <w:proofErr w:type="spellStart"/>
      <w:r>
        <w:t>h.application_id</w:t>
      </w:r>
      <w:proofErr w:type="spellEnd"/>
      <w:r>
        <w:t xml:space="preserve"> = </w:t>
      </w:r>
      <w:proofErr w:type="spellStart"/>
      <w:r>
        <w:t>a.application_id</w:t>
      </w:r>
      <w:proofErr w:type="spellEnd"/>
    </w:p>
    <w:p w14:paraId="250D67E3" w14:textId="77777777" w:rsidR="00906396" w:rsidRDefault="00906396" w:rsidP="00906396">
      <w:r>
        <w:t xml:space="preserve">     WHERE </w:t>
      </w:r>
      <w:proofErr w:type="spellStart"/>
      <w:r>
        <w:t>a.client_id</w:t>
      </w:r>
      <w:proofErr w:type="spellEnd"/>
      <w:r>
        <w:t xml:space="preserve"> = </w:t>
      </w:r>
      <w:proofErr w:type="spellStart"/>
      <w:r>
        <w:t>p_client_id</w:t>
      </w:r>
      <w:proofErr w:type="spellEnd"/>
    </w:p>
    <w:p w14:paraId="0E57299D" w14:textId="77777777" w:rsidR="00906396" w:rsidRDefault="00906396" w:rsidP="00906396">
      <w:r>
        <w:t xml:space="preserve">     ORDER BY </w:t>
      </w:r>
      <w:proofErr w:type="spellStart"/>
      <w:r>
        <w:t>h.change_date</w:t>
      </w:r>
      <w:proofErr w:type="spellEnd"/>
      <w:r>
        <w:t>;</w:t>
      </w:r>
    </w:p>
    <w:p w14:paraId="40E41DB6" w14:textId="77777777" w:rsidR="00906396" w:rsidRDefault="00906396" w:rsidP="00906396">
      <w:r>
        <w:t xml:space="preserve">  </w:t>
      </w:r>
      <w:proofErr w:type="spellStart"/>
      <w:r>
        <w:t>v_found</w:t>
      </w:r>
      <w:proofErr w:type="spellEnd"/>
      <w:r>
        <w:t xml:space="preserve"> BOOLEAN := FALSE;</w:t>
      </w:r>
    </w:p>
    <w:p w14:paraId="0A54B95E" w14:textId="77777777" w:rsidR="00906396" w:rsidRDefault="00906396" w:rsidP="00906396">
      <w:r>
        <w:t>BEGIN</w:t>
      </w:r>
    </w:p>
    <w:p w14:paraId="6F58145A" w14:textId="77777777" w:rsidR="00906396" w:rsidRDefault="00906396" w:rsidP="00906396">
      <w:r>
        <w:t xml:space="preserve">  FOR rec IN </w:t>
      </w:r>
      <w:proofErr w:type="spellStart"/>
      <w:r>
        <w:t>c_status</w:t>
      </w:r>
      <w:proofErr w:type="spellEnd"/>
      <w:r>
        <w:t xml:space="preserve"> LOOP</w:t>
      </w:r>
    </w:p>
    <w:p w14:paraId="2111AC4B" w14:textId="77777777" w:rsidR="00906396" w:rsidRDefault="00906396" w:rsidP="00906396">
      <w:r>
        <w:t xml:space="preserve">    </w:t>
      </w:r>
      <w:proofErr w:type="spellStart"/>
      <w:r>
        <w:t>v_found</w:t>
      </w:r>
      <w:proofErr w:type="spellEnd"/>
      <w:r>
        <w:t xml:space="preserve"> := TRUE;</w:t>
      </w:r>
    </w:p>
    <w:p w14:paraId="3E0B8CCB" w14:textId="77777777" w:rsidR="00906396" w:rsidRDefault="00906396" w:rsidP="00906396">
      <w:r>
        <w:t xml:space="preserve">    DBMS_OUTPUT.PUT_LINE(</w:t>
      </w:r>
    </w:p>
    <w:p w14:paraId="5C250F87" w14:textId="77777777" w:rsidR="00906396" w:rsidRDefault="00906396" w:rsidP="00906396">
      <w:r>
        <w:t xml:space="preserve">      'Application ' || </w:t>
      </w:r>
      <w:proofErr w:type="spellStart"/>
      <w:r>
        <w:t>rec.application_id</w:t>
      </w:r>
      <w:proofErr w:type="spellEnd"/>
      <w:r>
        <w:t xml:space="preserve"> </w:t>
      </w:r>
    </w:p>
    <w:p w14:paraId="14D18856" w14:textId="77777777" w:rsidR="00906396" w:rsidRDefault="00906396" w:rsidP="00906396">
      <w:r>
        <w:t xml:space="preserve">      || ' | Status: ' || </w:t>
      </w:r>
      <w:proofErr w:type="spellStart"/>
      <w:r>
        <w:t>rec.status</w:t>
      </w:r>
      <w:proofErr w:type="spellEnd"/>
      <w:r>
        <w:t xml:space="preserve"> </w:t>
      </w:r>
    </w:p>
    <w:p w14:paraId="4567F9FF" w14:textId="77777777" w:rsidR="00906396" w:rsidRDefault="00906396" w:rsidP="00906396">
      <w:r>
        <w:t xml:space="preserve">      || ' | Changed: ' || TO_CHAR(</w:t>
      </w:r>
      <w:proofErr w:type="spellStart"/>
      <w:r>
        <w:t>rec.change_date</w:t>
      </w:r>
      <w:proofErr w:type="spellEnd"/>
      <w:r>
        <w:t>, 'DD-MON-YYYY HH24:MI:SS')</w:t>
      </w:r>
    </w:p>
    <w:p w14:paraId="40EE92AA" w14:textId="77777777" w:rsidR="00906396" w:rsidRDefault="00906396" w:rsidP="00906396">
      <w:r>
        <w:t xml:space="preserve">    );</w:t>
      </w:r>
    </w:p>
    <w:p w14:paraId="1B7D543C" w14:textId="77777777" w:rsidR="00906396" w:rsidRDefault="00906396" w:rsidP="00906396">
      <w:r>
        <w:t xml:space="preserve">  END LOOP;</w:t>
      </w:r>
    </w:p>
    <w:p w14:paraId="3215386C" w14:textId="77777777" w:rsidR="00906396" w:rsidRDefault="00906396" w:rsidP="00906396">
      <w:r>
        <w:t xml:space="preserve">  IF NOT </w:t>
      </w:r>
      <w:proofErr w:type="spellStart"/>
      <w:r>
        <w:t>v_found</w:t>
      </w:r>
      <w:proofErr w:type="spellEnd"/>
      <w:r>
        <w:t xml:space="preserve"> THEN</w:t>
      </w:r>
    </w:p>
    <w:p w14:paraId="73224AAB" w14:textId="77777777" w:rsidR="00906396" w:rsidRDefault="00906396" w:rsidP="00906396">
      <w:r>
        <w:t xml:space="preserve">    DBMS_OUTPUT.PUT_LINE('No status history for client ' || </w:t>
      </w:r>
      <w:proofErr w:type="spellStart"/>
      <w:r>
        <w:t>p_client_id</w:t>
      </w:r>
      <w:proofErr w:type="spellEnd"/>
      <w:r>
        <w:t>);</w:t>
      </w:r>
    </w:p>
    <w:p w14:paraId="05976E3F" w14:textId="77777777" w:rsidR="00906396" w:rsidRDefault="00906396" w:rsidP="00906396">
      <w:r>
        <w:t xml:space="preserve">  END IF;</w:t>
      </w:r>
    </w:p>
    <w:p w14:paraId="1D6D1E90" w14:textId="77777777" w:rsidR="00906396" w:rsidRDefault="00906396" w:rsidP="00906396">
      <w:r>
        <w:t>END;</w:t>
      </w:r>
    </w:p>
    <w:p w14:paraId="0A07FE12" w14:textId="7E3A2C36" w:rsidR="00906396" w:rsidRDefault="00906396" w:rsidP="00906396">
      <w:r>
        <w:t>/</w:t>
      </w:r>
    </w:p>
    <w:p w14:paraId="06AB7B28" w14:textId="20F1C061" w:rsidR="00906396" w:rsidRDefault="00906396" w:rsidP="00906396">
      <w:r w:rsidRPr="00906396">
        <w:lastRenderedPageBreak/>
        <w:drawing>
          <wp:inline distT="0" distB="0" distL="0" distR="0" wp14:anchorId="756E1CB5" wp14:editId="4BBEB2F2">
            <wp:extent cx="5001323" cy="1467055"/>
            <wp:effectExtent l="0" t="0" r="0" b="0"/>
            <wp:docPr id="1338108520" name="Picture 1" descr="A close-up of a computer scree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8108520" name="Picture 1" descr="A close-up of a computer screen&#10;&#10;AI-generated content may be incorrect."/>
                    <pic:cNvPicPr/>
                  </pic:nvPicPr>
                  <pic:blipFill>
                    <a:blip r:embed="rId42"/>
                    <a:stretch>
                      <a:fillRect/>
                    </a:stretch>
                  </pic:blipFill>
                  <pic:spPr>
                    <a:xfrm>
                      <a:off x="0" y="0"/>
                      <a:ext cx="5001323" cy="1467055"/>
                    </a:xfrm>
                    <a:prstGeom prst="rect">
                      <a:avLst/>
                    </a:prstGeom>
                  </pic:spPr>
                </pic:pic>
              </a:graphicData>
            </a:graphic>
          </wp:inline>
        </w:drawing>
      </w:r>
    </w:p>
    <w:p w14:paraId="6D1A8A51" w14:textId="77777777" w:rsidR="00906396" w:rsidRDefault="00906396" w:rsidP="00906396">
      <w:r>
        <w:t>BEGIN</w:t>
      </w:r>
    </w:p>
    <w:p w14:paraId="2E393B70" w14:textId="77777777" w:rsidR="00906396" w:rsidRDefault="00906396" w:rsidP="00906396">
      <w:r>
        <w:t xml:space="preserve">  </w:t>
      </w:r>
      <w:proofErr w:type="spellStart"/>
      <w:r>
        <w:t>show_client_status</w:t>
      </w:r>
      <w:proofErr w:type="spellEnd"/>
      <w:r>
        <w:t>(1001);</w:t>
      </w:r>
    </w:p>
    <w:p w14:paraId="64AA14D2" w14:textId="77777777" w:rsidR="00906396" w:rsidRDefault="00906396" w:rsidP="00906396">
      <w:r>
        <w:t>END;</w:t>
      </w:r>
    </w:p>
    <w:p w14:paraId="56BAE58D" w14:textId="65360CE5" w:rsidR="00906396" w:rsidRDefault="00906396" w:rsidP="00906396">
      <w:pPr>
        <w:rPr>
          <w:noProof/>
        </w:rPr>
      </w:pPr>
      <w:r>
        <w:t>/</w:t>
      </w:r>
      <w:r w:rsidRPr="00906396">
        <w:rPr>
          <w:noProof/>
        </w:rPr>
        <w:t xml:space="preserve"> </w:t>
      </w:r>
      <w:r>
        <w:rPr>
          <w:noProof/>
        </w:rPr>
        <w:drawing>
          <wp:inline distT="0" distB="0" distL="0" distR="0" wp14:anchorId="5DFE1EEA" wp14:editId="1753B8F5">
            <wp:extent cx="4904762" cy="1857143"/>
            <wp:effectExtent l="0" t="0" r="0" b="0"/>
            <wp:docPr id="339545813" name="Picture 1" descr="A white background with black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9545813" name="Picture 1" descr="A white background with black text&#10;&#10;AI-generated content may be incorrect."/>
                    <pic:cNvPicPr/>
                  </pic:nvPicPr>
                  <pic:blipFill>
                    <a:blip r:embed="rId43"/>
                    <a:stretch>
                      <a:fillRect/>
                    </a:stretch>
                  </pic:blipFill>
                  <pic:spPr>
                    <a:xfrm>
                      <a:off x="0" y="0"/>
                      <a:ext cx="4904762" cy="1857143"/>
                    </a:xfrm>
                    <a:prstGeom prst="rect">
                      <a:avLst/>
                    </a:prstGeom>
                  </pic:spPr>
                </pic:pic>
              </a:graphicData>
            </a:graphic>
          </wp:inline>
        </w:drawing>
      </w:r>
    </w:p>
    <w:p w14:paraId="39623A5B" w14:textId="01C5D5A3" w:rsidR="00906396" w:rsidRDefault="00906396" w:rsidP="00906396">
      <w:pPr>
        <w:pStyle w:val="IntenseQuote"/>
      </w:pPr>
      <w:r>
        <w:t xml:space="preserve">24. </w:t>
      </w:r>
      <w:r w:rsidRPr="00906396">
        <w:t>Problem:</w:t>
      </w:r>
      <w:r w:rsidRPr="00906396">
        <w:br/>
        <w:t xml:space="preserve">Create a function </w:t>
      </w:r>
      <w:proofErr w:type="spellStart"/>
      <w:r w:rsidRPr="00906396">
        <w:t>client_count_by_country</w:t>
      </w:r>
      <w:proofErr w:type="spellEnd"/>
      <w:r w:rsidRPr="00906396">
        <w:t>(</w:t>
      </w:r>
      <w:proofErr w:type="spellStart"/>
      <w:r w:rsidRPr="00906396">
        <w:t>p_cc</w:t>
      </w:r>
      <w:proofErr w:type="spellEnd"/>
      <w:r w:rsidRPr="00906396">
        <w:t xml:space="preserve"> IN VARCHAR2) RETURN NUMBER that returns the number of clients whose </w:t>
      </w:r>
      <w:proofErr w:type="spellStart"/>
      <w:r w:rsidRPr="00906396">
        <w:t>country_code</w:t>
      </w:r>
      <w:proofErr w:type="spellEnd"/>
      <w:r w:rsidRPr="00906396">
        <w:t xml:space="preserve"> matches </w:t>
      </w:r>
      <w:proofErr w:type="spellStart"/>
      <w:r w:rsidRPr="00906396">
        <w:t>p_cc</w:t>
      </w:r>
      <w:proofErr w:type="spellEnd"/>
      <w:r w:rsidRPr="00906396">
        <w:t xml:space="preserve"> (case-insensitive).</w:t>
      </w:r>
    </w:p>
    <w:p w14:paraId="430F6031" w14:textId="77777777" w:rsidR="00906396" w:rsidRDefault="00906396" w:rsidP="00906396">
      <w:r>
        <w:t>SET SERVEROUTPUT ON;</w:t>
      </w:r>
    </w:p>
    <w:p w14:paraId="3FEA1D8E" w14:textId="77777777" w:rsidR="00906396" w:rsidRDefault="00906396" w:rsidP="00906396"/>
    <w:p w14:paraId="137C9DB1" w14:textId="77777777" w:rsidR="00906396" w:rsidRDefault="00906396" w:rsidP="00906396">
      <w:r>
        <w:t xml:space="preserve">CREATE OR REPLACE FUNCTION </w:t>
      </w:r>
      <w:proofErr w:type="spellStart"/>
      <w:r>
        <w:t>client_count_by_country</w:t>
      </w:r>
      <w:proofErr w:type="spellEnd"/>
      <w:r>
        <w:t>(</w:t>
      </w:r>
      <w:proofErr w:type="spellStart"/>
      <w:r>
        <w:t>p_cc</w:t>
      </w:r>
      <w:proofErr w:type="spellEnd"/>
      <w:r>
        <w:t xml:space="preserve"> IN VARCHAR2) </w:t>
      </w:r>
    </w:p>
    <w:p w14:paraId="2EBA3F42" w14:textId="77777777" w:rsidR="00906396" w:rsidRDefault="00906396" w:rsidP="00906396">
      <w:r>
        <w:t>RETURN NUMBER IS</w:t>
      </w:r>
    </w:p>
    <w:p w14:paraId="3A19840B" w14:textId="77777777" w:rsidR="00906396" w:rsidRDefault="00906396" w:rsidP="00906396">
      <w:r>
        <w:t xml:space="preserve">  </w:t>
      </w:r>
      <w:proofErr w:type="spellStart"/>
      <w:r>
        <w:t>v_count</w:t>
      </w:r>
      <w:proofErr w:type="spellEnd"/>
      <w:r>
        <w:t xml:space="preserve"> NUMBER;</w:t>
      </w:r>
    </w:p>
    <w:p w14:paraId="7FEB7541" w14:textId="77777777" w:rsidR="00906396" w:rsidRDefault="00906396" w:rsidP="00906396">
      <w:r>
        <w:t>BEGIN</w:t>
      </w:r>
    </w:p>
    <w:p w14:paraId="06FE47F6" w14:textId="77777777" w:rsidR="00906396" w:rsidRDefault="00906396" w:rsidP="00906396">
      <w:r>
        <w:t xml:space="preserve">  SELECT COUNT(*) </w:t>
      </w:r>
    </w:p>
    <w:p w14:paraId="641B59E5" w14:textId="77777777" w:rsidR="00906396" w:rsidRDefault="00906396" w:rsidP="00906396">
      <w:r>
        <w:t xml:space="preserve">    INTO </w:t>
      </w:r>
      <w:proofErr w:type="spellStart"/>
      <w:r>
        <w:t>v_count</w:t>
      </w:r>
      <w:proofErr w:type="spellEnd"/>
      <w:r>
        <w:t xml:space="preserve"> </w:t>
      </w:r>
    </w:p>
    <w:p w14:paraId="08548282" w14:textId="77777777" w:rsidR="00906396" w:rsidRDefault="00906396" w:rsidP="00906396">
      <w:r>
        <w:lastRenderedPageBreak/>
        <w:t xml:space="preserve">    FROM </w:t>
      </w:r>
      <w:proofErr w:type="spellStart"/>
      <w:r>
        <w:t>clientsN</w:t>
      </w:r>
      <w:proofErr w:type="spellEnd"/>
      <w:r>
        <w:t xml:space="preserve"> </w:t>
      </w:r>
    </w:p>
    <w:p w14:paraId="2D1F6050" w14:textId="77777777" w:rsidR="00906396" w:rsidRDefault="00906396" w:rsidP="00906396">
      <w:r>
        <w:t xml:space="preserve">   WHERE LOWER(</w:t>
      </w:r>
      <w:proofErr w:type="spellStart"/>
      <w:r>
        <w:t>country_code</w:t>
      </w:r>
      <w:proofErr w:type="spellEnd"/>
      <w:r>
        <w:t>) = LOWER(</w:t>
      </w:r>
      <w:proofErr w:type="spellStart"/>
      <w:r>
        <w:t>p_cc</w:t>
      </w:r>
      <w:proofErr w:type="spellEnd"/>
      <w:r>
        <w:t>);</w:t>
      </w:r>
    </w:p>
    <w:p w14:paraId="27BEA18C" w14:textId="77777777" w:rsidR="00906396" w:rsidRDefault="00906396" w:rsidP="00906396">
      <w:r>
        <w:t xml:space="preserve">  RETURN </w:t>
      </w:r>
      <w:proofErr w:type="spellStart"/>
      <w:r>
        <w:t>v_count</w:t>
      </w:r>
      <w:proofErr w:type="spellEnd"/>
      <w:r>
        <w:t>;</w:t>
      </w:r>
    </w:p>
    <w:p w14:paraId="57485272" w14:textId="77777777" w:rsidR="00906396" w:rsidRDefault="00906396" w:rsidP="00906396">
      <w:r>
        <w:t>END;</w:t>
      </w:r>
    </w:p>
    <w:p w14:paraId="572776C6" w14:textId="77777777" w:rsidR="00906396" w:rsidRDefault="00906396" w:rsidP="00906396">
      <w:r>
        <w:t>/</w:t>
      </w:r>
    </w:p>
    <w:p w14:paraId="65F55166" w14:textId="591AA264" w:rsidR="00906396" w:rsidRDefault="00906396" w:rsidP="00906396">
      <w:pPr>
        <w:rPr>
          <w:noProof/>
        </w:rPr>
      </w:pPr>
    </w:p>
    <w:p w14:paraId="270725EA" w14:textId="2270B69E" w:rsidR="00906396" w:rsidRDefault="00906396" w:rsidP="00906396">
      <w:pPr>
        <w:rPr>
          <w:noProof/>
        </w:rPr>
      </w:pPr>
      <w:r w:rsidRPr="00906396">
        <w:rPr>
          <w:noProof/>
        </w:rPr>
        <w:t xml:space="preserve"> </w:t>
      </w:r>
      <w:r>
        <w:rPr>
          <w:noProof/>
        </w:rPr>
        <w:drawing>
          <wp:inline distT="0" distB="0" distL="0" distR="0" wp14:anchorId="4CC9A4D5" wp14:editId="7B01855B">
            <wp:extent cx="5276190" cy="1533333"/>
            <wp:effectExtent l="0" t="0" r="1270" b="0"/>
            <wp:docPr id="1803477687" name="Picture 1" descr="A close-up of a computer scree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3477687" name="Picture 1" descr="A close-up of a computer screen&#10;&#10;AI-generated content may be incorrect."/>
                    <pic:cNvPicPr/>
                  </pic:nvPicPr>
                  <pic:blipFill>
                    <a:blip r:embed="rId44"/>
                    <a:stretch>
                      <a:fillRect/>
                    </a:stretch>
                  </pic:blipFill>
                  <pic:spPr>
                    <a:xfrm>
                      <a:off x="0" y="0"/>
                      <a:ext cx="5276190" cy="1533333"/>
                    </a:xfrm>
                    <a:prstGeom prst="rect">
                      <a:avLst/>
                    </a:prstGeom>
                  </pic:spPr>
                </pic:pic>
              </a:graphicData>
            </a:graphic>
          </wp:inline>
        </w:drawing>
      </w:r>
    </w:p>
    <w:p w14:paraId="19F7DA43" w14:textId="77777777" w:rsidR="00906396" w:rsidRDefault="00906396" w:rsidP="00906396">
      <w:pPr>
        <w:rPr>
          <w:noProof/>
        </w:rPr>
      </w:pPr>
      <w:r>
        <w:rPr>
          <w:noProof/>
        </w:rPr>
        <w:t>DECLARE</w:t>
      </w:r>
    </w:p>
    <w:p w14:paraId="547D0EE9" w14:textId="77777777" w:rsidR="00906396" w:rsidRDefault="00906396" w:rsidP="00906396">
      <w:pPr>
        <w:rPr>
          <w:noProof/>
        </w:rPr>
      </w:pPr>
      <w:r>
        <w:rPr>
          <w:noProof/>
        </w:rPr>
        <w:t xml:space="preserve">  v_result NUMBER;</w:t>
      </w:r>
    </w:p>
    <w:p w14:paraId="5CB1E0ED" w14:textId="77777777" w:rsidR="00906396" w:rsidRDefault="00906396" w:rsidP="00906396">
      <w:pPr>
        <w:rPr>
          <w:noProof/>
        </w:rPr>
      </w:pPr>
      <w:r>
        <w:rPr>
          <w:noProof/>
        </w:rPr>
        <w:t>BEGIN</w:t>
      </w:r>
    </w:p>
    <w:p w14:paraId="2F0ECD99" w14:textId="77777777" w:rsidR="00906396" w:rsidRDefault="00906396" w:rsidP="00906396">
      <w:pPr>
        <w:rPr>
          <w:noProof/>
        </w:rPr>
      </w:pPr>
      <w:r>
        <w:rPr>
          <w:noProof/>
        </w:rPr>
        <w:t xml:space="preserve">  v_result := client_count_by_country('USA');</w:t>
      </w:r>
    </w:p>
    <w:p w14:paraId="65F236D4" w14:textId="77777777" w:rsidR="00906396" w:rsidRDefault="00906396" w:rsidP="00906396">
      <w:pPr>
        <w:rPr>
          <w:noProof/>
        </w:rPr>
      </w:pPr>
      <w:r>
        <w:rPr>
          <w:noProof/>
        </w:rPr>
        <w:t xml:space="preserve">  DBMS_OUTPUT.PUT_LINE('Number of clients in USA: ' || v_result);</w:t>
      </w:r>
    </w:p>
    <w:p w14:paraId="182E5176" w14:textId="77777777" w:rsidR="00906396" w:rsidRDefault="00906396" w:rsidP="00906396">
      <w:pPr>
        <w:rPr>
          <w:noProof/>
        </w:rPr>
      </w:pPr>
      <w:r>
        <w:rPr>
          <w:noProof/>
        </w:rPr>
        <w:t>END;</w:t>
      </w:r>
    </w:p>
    <w:p w14:paraId="02DD3B37" w14:textId="43F7EBAA" w:rsidR="00906396" w:rsidRDefault="00906396" w:rsidP="00906396">
      <w:pPr>
        <w:rPr>
          <w:noProof/>
        </w:rPr>
      </w:pPr>
      <w:r>
        <w:rPr>
          <w:noProof/>
        </w:rPr>
        <w:t>/</w:t>
      </w:r>
    </w:p>
    <w:p w14:paraId="12CD9AED" w14:textId="28542017" w:rsidR="00906396" w:rsidRDefault="00906396" w:rsidP="00906396">
      <w:r w:rsidRPr="00906396">
        <w:drawing>
          <wp:inline distT="0" distB="0" distL="0" distR="0" wp14:anchorId="3E5FDD36" wp14:editId="1C29EA71">
            <wp:extent cx="5486400" cy="1934210"/>
            <wp:effectExtent l="0" t="0" r="0" b="8890"/>
            <wp:docPr id="1948297560" name="Picture 1" descr="A close-up of a computer scree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8297560" name="Picture 1" descr="A close-up of a computer screen&#10;&#10;AI-generated content may be incorrect."/>
                    <pic:cNvPicPr/>
                  </pic:nvPicPr>
                  <pic:blipFill>
                    <a:blip r:embed="rId45"/>
                    <a:stretch>
                      <a:fillRect/>
                    </a:stretch>
                  </pic:blipFill>
                  <pic:spPr>
                    <a:xfrm>
                      <a:off x="0" y="0"/>
                      <a:ext cx="5486400" cy="1934210"/>
                    </a:xfrm>
                    <a:prstGeom prst="rect">
                      <a:avLst/>
                    </a:prstGeom>
                  </pic:spPr>
                </pic:pic>
              </a:graphicData>
            </a:graphic>
          </wp:inline>
        </w:drawing>
      </w:r>
    </w:p>
    <w:p w14:paraId="63D2A71F" w14:textId="1546A94E" w:rsidR="00906396" w:rsidRPr="00906396" w:rsidRDefault="00906396" w:rsidP="00906396">
      <w:pPr>
        <w:pStyle w:val="IntenseQuote"/>
        <w:rPr>
          <w:rStyle w:val="Strong"/>
          <w:b/>
          <w:bCs/>
        </w:rPr>
      </w:pPr>
      <w:r w:rsidRPr="00906396">
        <w:rPr>
          <w:rStyle w:val="Strong"/>
          <w:b/>
          <w:bCs/>
        </w:rPr>
        <w:t>2</w:t>
      </w:r>
      <w:r>
        <w:rPr>
          <w:rStyle w:val="Strong"/>
          <w:b/>
          <w:bCs/>
        </w:rPr>
        <w:t>5</w:t>
      </w:r>
      <w:r w:rsidRPr="00906396">
        <w:rPr>
          <w:rStyle w:val="Strong"/>
          <w:b/>
          <w:bCs/>
        </w:rPr>
        <w:t xml:space="preserve">. Create package </w:t>
      </w:r>
      <w:proofErr w:type="spellStart"/>
      <w:r w:rsidRPr="00906396">
        <w:rPr>
          <w:rStyle w:val="Strong"/>
          <w:b/>
          <w:bCs/>
        </w:rPr>
        <w:t>client_utils_pkg</w:t>
      </w:r>
      <w:proofErr w:type="spellEnd"/>
      <w:r w:rsidRPr="00906396">
        <w:rPr>
          <w:rStyle w:val="Strong"/>
          <w:b/>
          <w:bCs/>
        </w:rPr>
        <w:t xml:space="preserve"> with:</w:t>
      </w:r>
    </w:p>
    <w:p w14:paraId="23622E00" w14:textId="77777777" w:rsidR="00906396" w:rsidRPr="00906396" w:rsidRDefault="00906396" w:rsidP="00906396">
      <w:pPr>
        <w:pStyle w:val="IntenseQuote"/>
        <w:rPr>
          <w:rStyle w:val="Strong"/>
          <w:b/>
          <w:bCs/>
        </w:rPr>
      </w:pPr>
      <w:r w:rsidRPr="00906396">
        <w:rPr>
          <w:rStyle w:val="Strong"/>
          <w:b/>
          <w:bCs/>
        </w:rPr>
        <w:lastRenderedPageBreak/>
        <w:t xml:space="preserve">--   • PROCEDURE </w:t>
      </w:r>
      <w:proofErr w:type="spellStart"/>
      <w:r w:rsidRPr="00906396">
        <w:rPr>
          <w:rStyle w:val="Strong"/>
          <w:b/>
          <w:bCs/>
        </w:rPr>
        <w:t>show_client_applications</w:t>
      </w:r>
      <w:proofErr w:type="spellEnd"/>
      <w:r w:rsidRPr="00906396">
        <w:rPr>
          <w:rStyle w:val="Strong"/>
          <w:b/>
          <w:bCs/>
        </w:rPr>
        <w:t>(</w:t>
      </w:r>
      <w:proofErr w:type="spellStart"/>
      <w:r w:rsidRPr="00906396">
        <w:rPr>
          <w:rStyle w:val="Strong"/>
          <w:b/>
          <w:bCs/>
        </w:rPr>
        <w:t>p_client_id</w:t>
      </w:r>
      <w:proofErr w:type="spellEnd"/>
      <w:r w:rsidRPr="00906396">
        <w:rPr>
          <w:rStyle w:val="Strong"/>
          <w:b/>
          <w:bCs/>
        </w:rPr>
        <w:t xml:space="preserve">) lists </w:t>
      </w:r>
      <w:proofErr w:type="spellStart"/>
      <w:r w:rsidRPr="00906396">
        <w:rPr>
          <w:rStyle w:val="Strong"/>
          <w:b/>
          <w:bCs/>
        </w:rPr>
        <w:t>application_id</w:t>
      </w:r>
      <w:proofErr w:type="spellEnd"/>
      <w:r w:rsidRPr="00906396">
        <w:rPr>
          <w:rStyle w:val="Strong"/>
          <w:b/>
          <w:bCs/>
        </w:rPr>
        <w:t xml:space="preserve">, status, </w:t>
      </w:r>
      <w:proofErr w:type="spellStart"/>
      <w:r w:rsidRPr="00906396">
        <w:rPr>
          <w:rStyle w:val="Strong"/>
          <w:b/>
          <w:bCs/>
        </w:rPr>
        <w:t>applied_date</w:t>
      </w:r>
      <w:proofErr w:type="spellEnd"/>
      <w:r w:rsidRPr="00906396">
        <w:rPr>
          <w:rStyle w:val="Strong"/>
          <w:b/>
          <w:bCs/>
        </w:rPr>
        <w:t xml:space="preserve"> for that client.</w:t>
      </w:r>
    </w:p>
    <w:p w14:paraId="58076817" w14:textId="61F9482E" w:rsidR="00906396" w:rsidRDefault="00906396" w:rsidP="00906396">
      <w:pPr>
        <w:pStyle w:val="IntenseQuote"/>
      </w:pPr>
      <w:r w:rsidRPr="00906396">
        <w:rPr>
          <w:rStyle w:val="Strong"/>
          <w:b/>
          <w:bCs/>
        </w:rPr>
        <w:t xml:space="preserve">--   • FUNCTION </w:t>
      </w:r>
      <w:proofErr w:type="spellStart"/>
      <w:r w:rsidRPr="00906396">
        <w:rPr>
          <w:rStyle w:val="Strong"/>
          <w:b/>
          <w:bCs/>
        </w:rPr>
        <w:t>application_count</w:t>
      </w:r>
      <w:proofErr w:type="spellEnd"/>
      <w:r w:rsidRPr="00906396">
        <w:rPr>
          <w:rStyle w:val="Strong"/>
          <w:b/>
          <w:bCs/>
        </w:rPr>
        <w:t>(</w:t>
      </w:r>
      <w:proofErr w:type="spellStart"/>
      <w:r w:rsidRPr="00906396">
        <w:rPr>
          <w:rStyle w:val="Strong"/>
          <w:b/>
          <w:bCs/>
        </w:rPr>
        <w:t>p_client_id</w:t>
      </w:r>
      <w:proofErr w:type="spellEnd"/>
      <w:r w:rsidRPr="00906396">
        <w:rPr>
          <w:rStyle w:val="Strong"/>
          <w:b/>
          <w:bCs/>
        </w:rPr>
        <w:t>) RETURN NUMBER counts applications for that client.</w:t>
      </w:r>
    </w:p>
    <w:p w14:paraId="2F311877" w14:textId="77777777" w:rsidR="00906396" w:rsidRDefault="00906396" w:rsidP="00906396">
      <w:r>
        <w:t xml:space="preserve">CREATE OR REPLACE PACKAGE </w:t>
      </w:r>
      <w:proofErr w:type="spellStart"/>
      <w:r>
        <w:t>client_utils_pkg</w:t>
      </w:r>
      <w:proofErr w:type="spellEnd"/>
      <w:r>
        <w:t xml:space="preserve"> AS</w:t>
      </w:r>
    </w:p>
    <w:p w14:paraId="09846C78" w14:textId="77777777" w:rsidR="00906396" w:rsidRDefault="00906396" w:rsidP="00906396">
      <w:r>
        <w:t xml:space="preserve">  PROCEDURE </w:t>
      </w:r>
      <w:proofErr w:type="spellStart"/>
      <w:r>
        <w:t>show_client_applications</w:t>
      </w:r>
      <w:proofErr w:type="spellEnd"/>
      <w:r>
        <w:t>(</w:t>
      </w:r>
      <w:proofErr w:type="spellStart"/>
      <w:r>
        <w:t>p_client_id</w:t>
      </w:r>
      <w:proofErr w:type="spellEnd"/>
      <w:r>
        <w:t xml:space="preserve"> IN NUMBER);</w:t>
      </w:r>
    </w:p>
    <w:p w14:paraId="3841E5E6" w14:textId="77777777" w:rsidR="00906396" w:rsidRDefault="00906396" w:rsidP="00906396">
      <w:r>
        <w:t xml:space="preserve">  FUNCTION </w:t>
      </w:r>
      <w:proofErr w:type="spellStart"/>
      <w:r>
        <w:t>application_count</w:t>
      </w:r>
      <w:proofErr w:type="spellEnd"/>
      <w:r>
        <w:t>(</w:t>
      </w:r>
      <w:proofErr w:type="spellStart"/>
      <w:r>
        <w:t>p_client_id</w:t>
      </w:r>
      <w:proofErr w:type="spellEnd"/>
      <w:r>
        <w:t xml:space="preserve"> IN NUMBER) RETURN NUMBER;</w:t>
      </w:r>
    </w:p>
    <w:p w14:paraId="531D8C22" w14:textId="77777777" w:rsidR="00906396" w:rsidRDefault="00906396" w:rsidP="00906396">
      <w:r>
        <w:t xml:space="preserve">END </w:t>
      </w:r>
      <w:proofErr w:type="spellStart"/>
      <w:r>
        <w:t>client_utils_pkg</w:t>
      </w:r>
      <w:proofErr w:type="spellEnd"/>
      <w:r>
        <w:t>;</w:t>
      </w:r>
    </w:p>
    <w:p w14:paraId="2F95DD8D" w14:textId="77777777" w:rsidR="00906396" w:rsidRDefault="00906396" w:rsidP="00906396">
      <w:r>
        <w:t>/</w:t>
      </w:r>
    </w:p>
    <w:p w14:paraId="236144F6" w14:textId="77777777" w:rsidR="00906396" w:rsidRDefault="00906396" w:rsidP="00906396"/>
    <w:p w14:paraId="659F69EE" w14:textId="77777777" w:rsidR="00906396" w:rsidRDefault="00906396" w:rsidP="00906396">
      <w:r>
        <w:t xml:space="preserve">CREATE OR REPLACE PACKAGE BODY </w:t>
      </w:r>
      <w:proofErr w:type="spellStart"/>
      <w:r>
        <w:t>client_utils_pkg</w:t>
      </w:r>
      <w:proofErr w:type="spellEnd"/>
      <w:r>
        <w:t xml:space="preserve"> AS</w:t>
      </w:r>
    </w:p>
    <w:p w14:paraId="2FAFC420" w14:textId="77777777" w:rsidR="00906396" w:rsidRDefault="00906396" w:rsidP="00906396"/>
    <w:p w14:paraId="0503D25A" w14:textId="77777777" w:rsidR="00906396" w:rsidRDefault="00906396" w:rsidP="00906396">
      <w:r>
        <w:t xml:space="preserve">  PROCEDURE </w:t>
      </w:r>
      <w:proofErr w:type="spellStart"/>
      <w:r>
        <w:t>show_client_applications</w:t>
      </w:r>
      <w:proofErr w:type="spellEnd"/>
      <w:r>
        <w:t>(</w:t>
      </w:r>
      <w:proofErr w:type="spellStart"/>
      <w:r>
        <w:t>p_client_id</w:t>
      </w:r>
      <w:proofErr w:type="spellEnd"/>
      <w:r>
        <w:t xml:space="preserve"> IN NUMBER) IS</w:t>
      </w:r>
    </w:p>
    <w:p w14:paraId="7EA9682F" w14:textId="77777777" w:rsidR="00906396" w:rsidRDefault="00906396" w:rsidP="00906396">
      <w:r>
        <w:t xml:space="preserve">  BEGIN</w:t>
      </w:r>
    </w:p>
    <w:p w14:paraId="440EDAB2" w14:textId="77777777" w:rsidR="00906396" w:rsidRDefault="00906396" w:rsidP="00906396">
      <w:r>
        <w:t xml:space="preserve">    FOR rec IN (</w:t>
      </w:r>
    </w:p>
    <w:p w14:paraId="08E8AFD1" w14:textId="77777777" w:rsidR="00906396" w:rsidRDefault="00906396" w:rsidP="00906396">
      <w:r>
        <w:t xml:space="preserve">      SELECT </w:t>
      </w:r>
      <w:proofErr w:type="spellStart"/>
      <w:r>
        <w:t>application_id</w:t>
      </w:r>
      <w:proofErr w:type="spellEnd"/>
      <w:r>
        <w:t xml:space="preserve">, status, </w:t>
      </w:r>
      <w:proofErr w:type="spellStart"/>
      <w:r>
        <w:t>applied_date</w:t>
      </w:r>
      <w:proofErr w:type="spellEnd"/>
    </w:p>
    <w:p w14:paraId="61AD8D89" w14:textId="77777777" w:rsidR="00906396" w:rsidRDefault="00906396" w:rsidP="00906396">
      <w:r>
        <w:t xml:space="preserve">        FROM </w:t>
      </w:r>
      <w:proofErr w:type="spellStart"/>
      <w:r>
        <w:t>applicationsN</w:t>
      </w:r>
      <w:proofErr w:type="spellEnd"/>
    </w:p>
    <w:p w14:paraId="5A1BABD7" w14:textId="77777777" w:rsidR="00906396" w:rsidRDefault="00906396" w:rsidP="00906396">
      <w:r>
        <w:t xml:space="preserve">       WHERE </w:t>
      </w:r>
      <w:proofErr w:type="spellStart"/>
      <w:r>
        <w:t>client_id</w:t>
      </w:r>
      <w:proofErr w:type="spellEnd"/>
      <w:r>
        <w:t xml:space="preserve"> = </w:t>
      </w:r>
      <w:proofErr w:type="spellStart"/>
      <w:r>
        <w:t>p_client_id</w:t>
      </w:r>
      <w:proofErr w:type="spellEnd"/>
    </w:p>
    <w:p w14:paraId="729C4699" w14:textId="77777777" w:rsidR="00906396" w:rsidRDefault="00906396" w:rsidP="00906396">
      <w:r>
        <w:t xml:space="preserve">       ORDER BY </w:t>
      </w:r>
      <w:proofErr w:type="spellStart"/>
      <w:r>
        <w:t>applied_date</w:t>
      </w:r>
      <w:proofErr w:type="spellEnd"/>
    </w:p>
    <w:p w14:paraId="704D4035" w14:textId="77777777" w:rsidR="00906396" w:rsidRDefault="00906396" w:rsidP="00906396">
      <w:r>
        <w:t xml:space="preserve">    ) LOOP</w:t>
      </w:r>
    </w:p>
    <w:p w14:paraId="5EA52F5B" w14:textId="77777777" w:rsidR="00906396" w:rsidRDefault="00906396" w:rsidP="00906396">
      <w:r>
        <w:t xml:space="preserve">      DBMS_OUTPUT.PUT_LINE(</w:t>
      </w:r>
    </w:p>
    <w:p w14:paraId="0216AAE0" w14:textId="77777777" w:rsidR="00906396" w:rsidRDefault="00906396" w:rsidP="00906396">
      <w:r>
        <w:t xml:space="preserve">        'Application ' || </w:t>
      </w:r>
      <w:proofErr w:type="spellStart"/>
      <w:r>
        <w:t>rec.application_id</w:t>
      </w:r>
      <w:proofErr w:type="spellEnd"/>
    </w:p>
    <w:p w14:paraId="3AA60DAB" w14:textId="77777777" w:rsidR="00906396" w:rsidRDefault="00906396" w:rsidP="00906396">
      <w:r>
        <w:t xml:space="preserve">        || ' | Status: ' || </w:t>
      </w:r>
      <w:proofErr w:type="spellStart"/>
      <w:r>
        <w:t>rec.status</w:t>
      </w:r>
      <w:proofErr w:type="spellEnd"/>
    </w:p>
    <w:p w14:paraId="0F673F1B" w14:textId="77777777" w:rsidR="00906396" w:rsidRDefault="00906396" w:rsidP="00906396">
      <w:r>
        <w:t xml:space="preserve">        || ' | Applied: ' || TO_CHAR(</w:t>
      </w:r>
      <w:proofErr w:type="spellStart"/>
      <w:r>
        <w:t>rec.applied_date</w:t>
      </w:r>
      <w:proofErr w:type="spellEnd"/>
      <w:r>
        <w:t>, 'DD-MON-YYYY')</w:t>
      </w:r>
    </w:p>
    <w:p w14:paraId="06EC9B18" w14:textId="77777777" w:rsidR="00906396" w:rsidRDefault="00906396" w:rsidP="00906396">
      <w:r>
        <w:t xml:space="preserve">      );</w:t>
      </w:r>
    </w:p>
    <w:p w14:paraId="3E06A89B" w14:textId="77777777" w:rsidR="00906396" w:rsidRDefault="00906396" w:rsidP="00906396">
      <w:r>
        <w:t xml:space="preserve">    END LOOP;</w:t>
      </w:r>
    </w:p>
    <w:p w14:paraId="207F27B0" w14:textId="77777777" w:rsidR="00906396" w:rsidRDefault="00906396" w:rsidP="00906396">
      <w:r>
        <w:lastRenderedPageBreak/>
        <w:t xml:space="preserve">  END </w:t>
      </w:r>
      <w:proofErr w:type="spellStart"/>
      <w:r>
        <w:t>show_client_applications</w:t>
      </w:r>
      <w:proofErr w:type="spellEnd"/>
      <w:r>
        <w:t>;</w:t>
      </w:r>
    </w:p>
    <w:p w14:paraId="49225B8F" w14:textId="77777777" w:rsidR="00906396" w:rsidRDefault="00906396" w:rsidP="00906396"/>
    <w:p w14:paraId="461F67DF" w14:textId="77777777" w:rsidR="00906396" w:rsidRDefault="00906396" w:rsidP="00906396">
      <w:r>
        <w:t xml:space="preserve">  FUNCTION </w:t>
      </w:r>
      <w:proofErr w:type="spellStart"/>
      <w:r>
        <w:t>application_count</w:t>
      </w:r>
      <w:proofErr w:type="spellEnd"/>
      <w:r>
        <w:t>(</w:t>
      </w:r>
      <w:proofErr w:type="spellStart"/>
      <w:r>
        <w:t>p_client_id</w:t>
      </w:r>
      <w:proofErr w:type="spellEnd"/>
      <w:r>
        <w:t xml:space="preserve"> IN NUMBER) RETURN NUMBER IS</w:t>
      </w:r>
    </w:p>
    <w:p w14:paraId="3DE0B792" w14:textId="77777777" w:rsidR="00906396" w:rsidRDefault="00906396" w:rsidP="00906396">
      <w:r>
        <w:t xml:space="preserve">    </w:t>
      </w:r>
      <w:proofErr w:type="spellStart"/>
      <w:r>
        <w:t>v_cnt</w:t>
      </w:r>
      <w:proofErr w:type="spellEnd"/>
      <w:r>
        <w:t xml:space="preserve"> NUMBER;</w:t>
      </w:r>
    </w:p>
    <w:p w14:paraId="70EF228B" w14:textId="77777777" w:rsidR="00906396" w:rsidRDefault="00906396" w:rsidP="00906396">
      <w:r>
        <w:t xml:space="preserve">  BEGIN</w:t>
      </w:r>
    </w:p>
    <w:p w14:paraId="210D2BC7" w14:textId="77777777" w:rsidR="00906396" w:rsidRDefault="00906396" w:rsidP="00906396">
      <w:r>
        <w:t xml:space="preserve">    SELECT COUNT(*) INTO </w:t>
      </w:r>
      <w:proofErr w:type="spellStart"/>
      <w:r>
        <w:t>v_cnt</w:t>
      </w:r>
      <w:proofErr w:type="spellEnd"/>
    </w:p>
    <w:p w14:paraId="11553FBF" w14:textId="77777777" w:rsidR="00906396" w:rsidRDefault="00906396" w:rsidP="00906396">
      <w:r>
        <w:t xml:space="preserve">      FROM </w:t>
      </w:r>
      <w:proofErr w:type="spellStart"/>
      <w:r>
        <w:t>applicationsN</w:t>
      </w:r>
      <w:proofErr w:type="spellEnd"/>
    </w:p>
    <w:p w14:paraId="0E7B3CAF" w14:textId="77777777" w:rsidR="00906396" w:rsidRDefault="00906396" w:rsidP="00906396">
      <w:r>
        <w:t xml:space="preserve">     WHERE </w:t>
      </w:r>
      <w:proofErr w:type="spellStart"/>
      <w:r>
        <w:t>client_id</w:t>
      </w:r>
      <w:proofErr w:type="spellEnd"/>
      <w:r>
        <w:t xml:space="preserve"> = </w:t>
      </w:r>
      <w:proofErr w:type="spellStart"/>
      <w:r>
        <w:t>p_client_id</w:t>
      </w:r>
      <w:proofErr w:type="spellEnd"/>
      <w:r>
        <w:t>;</w:t>
      </w:r>
    </w:p>
    <w:p w14:paraId="28D3C531" w14:textId="77777777" w:rsidR="00906396" w:rsidRDefault="00906396" w:rsidP="00906396">
      <w:r>
        <w:t xml:space="preserve">    RETURN </w:t>
      </w:r>
      <w:proofErr w:type="spellStart"/>
      <w:r>
        <w:t>v_cnt</w:t>
      </w:r>
      <w:proofErr w:type="spellEnd"/>
      <w:r>
        <w:t>;</w:t>
      </w:r>
    </w:p>
    <w:p w14:paraId="5F40A471" w14:textId="77777777" w:rsidR="00906396" w:rsidRDefault="00906396" w:rsidP="00906396">
      <w:r>
        <w:t xml:space="preserve">  END </w:t>
      </w:r>
      <w:proofErr w:type="spellStart"/>
      <w:r>
        <w:t>application_count</w:t>
      </w:r>
      <w:proofErr w:type="spellEnd"/>
      <w:r>
        <w:t>;</w:t>
      </w:r>
    </w:p>
    <w:p w14:paraId="4DF1735E" w14:textId="77777777" w:rsidR="00906396" w:rsidRDefault="00906396" w:rsidP="00906396"/>
    <w:p w14:paraId="42E3C1B4" w14:textId="77777777" w:rsidR="00906396" w:rsidRDefault="00906396" w:rsidP="00906396">
      <w:r>
        <w:t xml:space="preserve">END </w:t>
      </w:r>
      <w:proofErr w:type="spellStart"/>
      <w:r>
        <w:t>client_utils_pkg</w:t>
      </w:r>
      <w:proofErr w:type="spellEnd"/>
      <w:r>
        <w:t>;</w:t>
      </w:r>
    </w:p>
    <w:p w14:paraId="368AE717" w14:textId="77777777" w:rsidR="00906396" w:rsidRDefault="00906396" w:rsidP="00906396">
      <w:r>
        <w:t>/</w:t>
      </w:r>
    </w:p>
    <w:p w14:paraId="09D028E3" w14:textId="77777777" w:rsidR="00906396" w:rsidRDefault="00906396" w:rsidP="00906396"/>
    <w:p w14:paraId="11BD438A" w14:textId="77777777" w:rsidR="00906396" w:rsidRDefault="00906396" w:rsidP="00906396"/>
    <w:p w14:paraId="24D4CC04" w14:textId="77777777" w:rsidR="00906396" w:rsidRDefault="00906396" w:rsidP="00906396">
      <w:r>
        <w:t>SET SERVEROUTPUT ON;</w:t>
      </w:r>
    </w:p>
    <w:p w14:paraId="12A388DA" w14:textId="77777777" w:rsidR="00906396" w:rsidRDefault="00906396" w:rsidP="00906396">
      <w:r>
        <w:t>DECLARE</w:t>
      </w:r>
    </w:p>
    <w:p w14:paraId="26C5CD0B" w14:textId="77777777" w:rsidR="00906396" w:rsidRDefault="00906396" w:rsidP="00906396">
      <w:r>
        <w:t xml:space="preserve">  </w:t>
      </w:r>
      <w:proofErr w:type="spellStart"/>
      <w:r>
        <w:t>v_total</w:t>
      </w:r>
      <w:proofErr w:type="spellEnd"/>
      <w:r>
        <w:t xml:space="preserve"> NUMBER;</w:t>
      </w:r>
    </w:p>
    <w:p w14:paraId="0D57DB2B" w14:textId="77777777" w:rsidR="00906396" w:rsidRDefault="00906396" w:rsidP="00906396">
      <w:r>
        <w:t>BEGIN</w:t>
      </w:r>
    </w:p>
    <w:p w14:paraId="7E7FAEA0" w14:textId="77777777" w:rsidR="00906396" w:rsidRDefault="00906396" w:rsidP="00906396">
      <w:r>
        <w:t xml:space="preserve">  </w:t>
      </w:r>
      <w:proofErr w:type="spellStart"/>
      <w:r>
        <w:t>v_total</w:t>
      </w:r>
      <w:proofErr w:type="spellEnd"/>
      <w:r>
        <w:t xml:space="preserve"> := </w:t>
      </w:r>
      <w:proofErr w:type="spellStart"/>
      <w:r>
        <w:t>client_utils_pkg.application_count</w:t>
      </w:r>
      <w:proofErr w:type="spellEnd"/>
      <w:r>
        <w:t>(1001);</w:t>
      </w:r>
    </w:p>
    <w:p w14:paraId="035B1E33" w14:textId="77777777" w:rsidR="00906396" w:rsidRDefault="00906396" w:rsidP="00906396">
      <w:r>
        <w:t xml:space="preserve">  DBMS_OUTPUT.PUT_LINE('Client 1001 has ' || </w:t>
      </w:r>
      <w:proofErr w:type="spellStart"/>
      <w:r>
        <w:t>v_total</w:t>
      </w:r>
      <w:proofErr w:type="spellEnd"/>
      <w:r>
        <w:t xml:space="preserve"> || ' application(s).');</w:t>
      </w:r>
    </w:p>
    <w:p w14:paraId="59A2378F" w14:textId="77777777" w:rsidR="00906396" w:rsidRDefault="00906396" w:rsidP="00906396">
      <w:r>
        <w:t xml:space="preserve">  </w:t>
      </w:r>
      <w:proofErr w:type="spellStart"/>
      <w:r>
        <w:t>client_utils_pkg.show_client_applications</w:t>
      </w:r>
      <w:proofErr w:type="spellEnd"/>
      <w:r>
        <w:t>(1001);</w:t>
      </w:r>
    </w:p>
    <w:p w14:paraId="3F3A4928" w14:textId="77777777" w:rsidR="00906396" w:rsidRDefault="00906396" w:rsidP="00906396">
      <w:r>
        <w:t>END;</w:t>
      </w:r>
    </w:p>
    <w:p w14:paraId="2FE6BB58" w14:textId="3A156610" w:rsidR="00906396" w:rsidRPr="00906396" w:rsidRDefault="00906396" w:rsidP="00906396">
      <w:r>
        <w:t>/</w:t>
      </w:r>
    </w:p>
    <w:p w14:paraId="4EEAA8A7" w14:textId="1A8608F8" w:rsidR="00906396" w:rsidRDefault="00906396" w:rsidP="00906396">
      <w:r w:rsidRPr="00906396">
        <w:lastRenderedPageBreak/>
        <w:drawing>
          <wp:inline distT="0" distB="0" distL="0" distR="0" wp14:anchorId="2312E4AB" wp14:editId="5CAC739A">
            <wp:extent cx="5486400" cy="1694180"/>
            <wp:effectExtent l="0" t="0" r="0" b="1270"/>
            <wp:docPr id="523611056" name="Picture 1" descr="A computer code with black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3611056" name="Picture 1" descr="A computer code with black text&#10;&#10;AI-generated content may be incorrect."/>
                    <pic:cNvPicPr/>
                  </pic:nvPicPr>
                  <pic:blipFill>
                    <a:blip r:embed="rId46"/>
                    <a:stretch>
                      <a:fillRect/>
                    </a:stretch>
                  </pic:blipFill>
                  <pic:spPr>
                    <a:xfrm>
                      <a:off x="0" y="0"/>
                      <a:ext cx="5486400" cy="1694180"/>
                    </a:xfrm>
                    <a:prstGeom prst="rect">
                      <a:avLst/>
                    </a:prstGeom>
                  </pic:spPr>
                </pic:pic>
              </a:graphicData>
            </a:graphic>
          </wp:inline>
        </w:drawing>
      </w:r>
    </w:p>
    <w:p w14:paraId="09808106" w14:textId="77777777" w:rsidR="00906396" w:rsidRDefault="00906396" w:rsidP="00906396">
      <w:pPr>
        <w:pStyle w:val="IntenseQuote"/>
        <w:jc w:val="center"/>
      </w:pPr>
      <w:r>
        <w:t>-- Package specification</w:t>
      </w:r>
    </w:p>
    <w:p w14:paraId="21E26B1E" w14:textId="77777777" w:rsidR="00906396" w:rsidRDefault="00906396" w:rsidP="00906396">
      <w:r>
        <w:t xml:space="preserve">CREATE OR REPLACE PACKAGE </w:t>
      </w:r>
      <w:proofErr w:type="spellStart"/>
      <w:r>
        <w:t>client_utils_pkg</w:t>
      </w:r>
      <w:proofErr w:type="spellEnd"/>
      <w:r>
        <w:t xml:space="preserve"> AS</w:t>
      </w:r>
    </w:p>
    <w:p w14:paraId="063430A0" w14:textId="77777777" w:rsidR="00906396" w:rsidRDefault="00906396" w:rsidP="00906396">
      <w:r>
        <w:t xml:space="preserve">  PROCEDURE </w:t>
      </w:r>
      <w:proofErr w:type="spellStart"/>
      <w:r>
        <w:t>show_client_applications</w:t>
      </w:r>
      <w:proofErr w:type="spellEnd"/>
      <w:r>
        <w:t>(</w:t>
      </w:r>
      <w:proofErr w:type="spellStart"/>
      <w:r>
        <w:t>p_client_id</w:t>
      </w:r>
      <w:proofErr w:type="spellEnd"/>
      <w:r>
        <w:t xml:space="preserve"> IN NUMBER);</w:t>
      </w:r>
    </w:p>
    <w:p w14:paraId="1B3A0B9F" w14:textId="77777777" w:rsidR="00906396" w:rsidRDefault="00906396" w:rsidP="00906396">
      <w:r>
        <w:t xml:space="preserve">  FUNCTION </w:t>
      </w:r>
      <w:proofErr w:type="spellStart"/>
      <w:r>
        <w:t>application_count</w:t>
      </w:r>
      <w:proofErr w:type="spellEnd"/>
      <w:r>
        <w:t>(</w:t>
      </w:r>
      <w:proofErr w:type="spellStart"/>
      <w:r>
        <w:t>p_client_id</w:t>
      </w:r>
      <w:proofErr w:type="spellEnd"/>
      <w:r>
        <w:t xml:space="preserve"> IN NUMBER) RETURN NUMBER;</w:t>
      </w:r>
    </w:p>
    <w:p w14:paraId="1CDC8DA8" w14:textId="77777777" w:rsidR="00906396" w:rsidRDefault="00906396" w:rsidP="00906396">
      <w:r>
        <w:t xml:space="preserve">END </w:t>
      </w:r>
      <w:proofErr w:type="spellStart"/>
      <w:r>
        <w:t>client_utils_pkg</w:t>
      </w:r>
      <w:proofErr w:type="spellEnd"/>
      <w:r>
        <w:t>;</w:t>
      </w:r>
    </w:p>
    <w:p w14:paraId="54333707" w14:textId="77777777" w:rsidR="00906396" w:rsidRDefault="00906396" w:rsidP="00906396">
      <w:r>
        <w:t>/</w:t>
      </w:r>
    </w:p>
    <w:p w14:paraId="4BD2EEF2" w14:textId="77777777" w:rsidR="00906396" w:rsidRDefault="00906396" w:rsidP="00906396"/>
    <w:p w14:paraId="762586DD" w14:textId="77777777" w:rsidR="00906396" w:rsidRDefault="00906396" w:rsidP="00240D8F">
      <w:pPr>
        <w:pStyle w:val="IntenseQuote"/>
      </w:pPr>
      <w:r>
        <w:t>-- Package body</w:t>
      </w:r>
    </w:p>
    <w:p w14:paraId="18B3BB08" w14:textId="77777777" w:rsidR="00906396" w:rsidRDefault="00906396" w:rsidP="00906396">
      <w:r>
        <w:t xml:space="preserve">CREATE OR REPLACE PACKAGE BODY </w:t>
      </w:r>
      <w:proofErr w:type="spellStart"/>
      <w:r>
        <w:t>client_utils_pkg</w:t>
      </w:r>
      <w:proofErr w:type="spellEnd"/>
      <w:r>
        <w:t xml:space="preserve"> AS</w:t>
      </w:r>
    </w:p>
    <w:p w14:paraId="421AE75D" w14:textId="77777777" w:rsidR="00906396" w:rsidRDefault="00906396" w:rsidP="00906396"/>
    <w:p w14:paraId="1D2AC33D" w14:textId="77777777" w:rsidR="00906396" w:rsidRDefault="00906396" w:rsidP="00906396">
      <w:r>
        <w:t xml:space="preserve">  PROCEDURE </w:t>
      </w:r>
      <w:proofErr w:type="spellStart"/>
      <w:r>
        <w:t>show_client_applications</w:t>
      </w:r>
      <w:proofErr w:type="spellEnd"/>
      <w:r>
        <w:t>(</w:t>
      </w:r>
      <w:proofErr w:type="spellStart"/>
      <w:r>
        <w:t>p_client_id</w:t>
      </w:r>
      <w:proofErr w:type="spellEnd"/>
      <w:r>
        <w:t xml:space="preserve"> IN NUMBER) IS</w:t>
      </w:r>
    </w:p>
    <w:p w14:paraId="0C90B695" w14:textId="77777777" w:rsidR="00906396" w:rsidRDefault="00906396" w:rsidP="00906396">
      <w:r>
        <w:t xml:space="preserve">  BEGIN</w:t>
      </w:r>
    </w:p>
    <w:p w14:paraId="26B9272E" w14:textId="77777777" w:rsidR="00906396" w:rsidRDefault="00906396" w:rsidP="00906396">
      <w:r>
        <w:t xml:space="preserve">    FOR rec IN (</w:t>
      </w:r>
    </w:p>
    <w:p w14:paraId="2820DA44" w14:textId="77777777" w:rsidR="00906396" w:rsidRDefault="00906396" w:rsidP="00906396">
      <w:r>
        <w:t xml:space="preserve">      SELECT </w:t>
      </w:r>
      <w:proofErr w:type="spellStart"/>
      <w:r>
        <w:t>application_id</w:t>
      </w:r>
      <w:proofErr w:type="spellEnd"/>
      <w:r>
        <w:t xml:space="preserve">, status, </w:t>
      </w:r>
      <w:proofErr w:type="spellStart"/>
      <w:r>
        <w:t>applied_date</w:t>
      </w:r>
      <w:proofErr w:type="spellEnd"/>
    </w:p>
    <w:p w14:paraId="0F623248" w14:textId="77777777" w:rsidR="00906396" w:rsidRDefault="00906396" w:rsidP="00906396">
      <w:r>
        <w:t xml:space="preserve">        FROM </w:t>
      </w:r>
      <w:proofErr w:type="spellStart"/>
      <w:r>
        <w:t>applicationsN</w:t>
      </w:r>
      <w:proofErr w:type="spellEnd"/>
    </w:p>
    <w:p w14:paraId="452FA3E3" w14:textId="77777777" w:rsidR="00906396" w:rsidRDefault="00906396" w:rsidP="00906396">
      <w:r>
        <w:t xml:space="preserve">       WHERE </w:t>
      </w:r>
      <w:proofErr w:type="spellStart"/>
      <w:r>
        <w:t>client_id</w:t>
      </w:r>
      <w:proofErr w:type="spellEnd"/>
      <w:r>
        <w:t xml:space="preserve"> = </w:t>
      </w:r>
      <w:proofErr w:type="spellStart"/>
      <w:r>
        <w:t>p_client_id</w:t>
      </w:r>
      <w:proofErr w:type="spellEnd"/>
    </w:p>
    <w:p w14:paraId="4FAF09FD" w14:textId="77777777" w:rsidR="00906396" w:rsidRDefault="00906396" w:rsidP="00906396">
      <w:r>
        <w:t xml:space="preserve">       ORDER BY </w:t>
      </w:r>
      <w:proofErr w:type="spellStart"/>
      <w:r>
        <w:t>applied_date</w:t>
      </w:r>
      <w:proofErr w:type="spellEnd"/>
    </w:p>
    <w:p w14:paraId="091F168A" w14:textId="77777777" w:rsidR="00906396" w:rsidRDefault="00906396" w:rsidP="00906396">
      <w:r>
        <w:t xml:space="preserve">    ) LOOP</w:t>
      </w:r>
    </w:p>
    <w:p w14:paraId="08B067A1" w14:textId="77777777" w:rsidR="00906396" w:rsidRDefault="00906396" w:rsidP="00906396">
      <w:r>
        <w:t xml:space="preserve">      DBMS_OUTPUT.PUT_LINE(</w:t>
      </w:r>
    </w:p>
    <w:p w14:paraId="72844781" w14:textId="77777777" w:rsidR="00906396" w:rsidRDefault="00906396" w:rsidP="00906396">
      <w:r>
        <w:lastRenderedPageBreak/>
        <w:t xml:space="preserve">        </w:t>
      </w:r>
      <w:proofErr w:type="spellStart"/>
      <w:r>
        <w:t>rec.application_id</w:t>
      </w:r>
      <w:proofErr w:type="spellEnd"/>
      <w:r>
        <w:t xml:space="preserve"> || ' – ' || </w:t>
      </w:r>
      <w:proofErr w:type="spellStart"/>
      <w:r>
        <w:t>rec.status</w:t>
      </w:r>
      <w:proofErr w:type="spellEnd"/>
      <w:r>
        <w:t xml:space="preserve"> || ' | ' || TO_CHAR(</w:t>
      </w:r>
      <w:proofErr w:type="spellStart"/>
      <w:r>
        <w:t>rec.applied_date</w:t>
      </w:r>
      <w:proofErr w:type="spellEnd"/>
      <w:r>
        <w:t>, 'DD-MON-YYYY')</w:t>
      </w:r>
    </w:p>
    <w:p w14:paraId="57B80CA8" w14:textId="77777777" w:rsidR="00906396" w:rsidRDefault="00906396" w:rsidP="00906396">
      <w:r>
        <w:t xml:space="preserve">      );</w:t>
      </w:r>
    </w:p>
    <w:p w14:paraId="4ACA7F58" w14:textId="77777777" w:rsidR="00906396" w:rsidRDefault="00906396" w:rsidP="00906396">
      <w:r>
        <w:t xml:space="preserve">    END LOOP;</w:t>
      </w:r>
    </w:p>
    <w:p w14:paraId="5584258A" w14:textId="77777777" w:rsidR="00906396" w:rsidRDefault="00906396" w:rsidP="00906396">
      <w:r>
        <w:t xml:space="preserve">  END </w:t>
      </w:r>
      <w:proofErr w:type="spellStart"/>
      <w:r>
        <w:t>show_client_applications</w:t>
      </w:r>
      <w:proofErr w:type="spellEnd"/>
      <w:r>
        <w:t>;</w:t>
      </w:r>
    </w:p>
    <w:p w14:paraId="49A0FF6A" w14:textId="77777777" w:rsidR="00906396" w:rsidRDefault="00906396" w:rsidP="00906396"/>
    <w:p w14:paraId="40736F02" w14:textId="77777777" w:rsidR="00906396" w:rsidRDefault="00906396" w:rsidP="00906396">
      <w:r>
        <w:t xml:space="preserve">  FUNCTION </w:t>
      </w:r>
      <w:proofErr w:type="spellStart"/>
      <w:r>
        <w:t>application_count</w:t>
      </w:r>
      <w:proofErr w:type="spellEnd"/>
      <w:r>
        <w:t>(</w:t>
      </w:r>
      <w:proofErr w:type="spellStart"/>
      <w:r>
        <w:t>p_client_id</w:t>
      </w:r>
      <w:proofErr w:type="spellEnd"/>
      <w:r>
        <w:t xml:space="preserve"> IN NUMBER) RETURN NUMBER IS</w:t>
      </w:r>
    </w:p>
    <w:p w14:paraId="27766FFA" w14:textId="77777777" w:rsidR="00906396" w:rsidRDefault="00906396" w:rsidP="00906396">
      <w:r>
        <w:t xml:space="preserve">    </w:t>
      </w:r>
      <w:proofErr w:type="spellStart"/>
      <w:r>
        <w:t>v_count</w:t>
      </w:r>
      <w:proofErr w:type="spellEnd"/>
      <w:r>
        <w:t xml:space="preserve"> NUMBER;</w:t>
      </w:r>
    </w:p>
    <w:p w14:paraId="05B291E8" w14:textId="77777777" w:rsidR="00906396" w:rsidRDefault="00906396" w:rsidP="00906396">
      <w:r>
        <w:t xml:space="preserve">  BEGIN</w:t>
      </w:r>
    </w:p>
    <w:p w14:paraId="2E941AB8" w14:textId="77777777" w:rsidR="00906396" w:rsidRDefault="00906396" w:rsidP="00906396">
      <w:r>
        <w:t xml:space="preserve">    SELECT COUNT(*) </w:t>
      </w:r>
    </w:p>
    <w:p w14:paraId="02D1C97B" w14:textId="77777777" w:rsidR="00906396" w:rsidRDefault="00906396" w:rsidP="00906396">
      <w:r>
        <w:t xml:space="preserve">      INTO </w:t>
      </w:r>
      <w:proofErr w:type="spellStart"/>
      <w:r>
        <w:t>v_count</w:t>
      </w:r>
      <w:proofErr w:type="spellEnd"/>
      <w:r>
        <w:t xml:space="preserve"> </w:t>
      </w:r>
    </w:p>
    <w:p w14:paraId="452B35D8" w14:textId="77777777" w:rsidR="00906396" w:rsidRDefault="00906396" w:rsidP="00906396">
      <w:r>
        <w:t xml:space="preserve">      FROM </w:t>
      </w:r>
      <w:proofErr w:type="spellStart"/>
      <w:r>
        <w:t>applicationsN</w:t>
      </w:r>
      <w:proofErr w:type="spellEnd"/>
      <w:r>
        <w:t xml:space="preserve"> </w:t>
      </w:r>
    </w:p>
    <w:p w14:paraId="25BD8839" w14:textId="77777777" w:rsidR="00906396" w:rsidRDefault="00906396" w:rsidP="00906396">
      <w:r>
        <w:t xml:space="preserve">     WHERE </w:t>
      </w:r>
      <w:proofErr w:type="spellStart"/>
      <w:r>
        <w:t>client_id</w:t>
      </w:r>
      <w:proofErr w:type="spellEnd"/>
      <w:r>
        <w:t xml:space="preserve"> = </w:t>
      </w:r>
      <w:proofErr w:type="spellStart"/>
      <w:r>
        <w:t>p_client_id</w:t>
      </w:r>
      <w:proofErr w:type="spellEnd"/>
      <w:r>
        <w:t>;</w:t>
      </w:r>
    </w:p>
    <w:p w14:paraId="731FBAA3" w14:textId="77777777" w:rsidR="00906396" w:rsidRDefault="00906396" w:rsidP="00906396">
      <w:r>
        <w:t xml:space="preserve">    RETURN </w:t>
      </w:r>
      <w:proofErr w:type="spellStart"/>
      <w:r>
        <w:t>v_count</w:t>
      </w:r>
      <w:proofErr w:type="spellEnd"/>
      <w:r>
        <w:t>;</w:t>
      </w:r>
    </w:p>
    <w:p w14:paraId="2347E771" w14:textId="77777777" w:rsidR="00906396" w:rsidRDefault="00906396" w:rsidP="00906396">
      <w:r>
        <w:t xml:space="preserve">  END </w:t>
      </w:r>
      <w:proofErr w:type="spellStart"/>
      <w:r>
        <w:t>application_count</w:t>
      </w:r>
      <w:proofErr w:type="spellEnd"/>
      <w:r>
        <w:t>;</w:t>
      </w:r>
    </w:p>
    <w:p w14:paraId="1886A701" w14:textId="77777777" w:rsidR="00906396" w:rsidRDefault="00906396" w:rsidP="00906396"/>
    <w:p w14:paraId="00C199C0" w14:textId="77777777" w:rsidR="00906396" w:rsidRDefault="00906396" w:rsidP="00906396">
      <w:r>
        <w:t xml:space="preserve">END </w:t>
      </w:r>
      <w:proofErr w:type="spellStart"/>
      <w:r>
        <w:t>client_utils_pkg</w:t>
      </w:r>
      <w:proofErr w:type="spellEnd"/>
      <w:r>
        <w:t>;</w:t>
      </w:r>
    </w:p>
    <w:p w14:paraId="116B9DFB" w14:textId="60D394AD" w:rsidR="00906396" w:rsidRDefault="00906396" w:rsidP="00906396">
      <w:pPr>
        <w:rPr>
          <w:noProof/>
        </w:rPr>
      </w:pPr>
      <w:r>
        <w:t>/</w:t>
      </w:r>
      <w:r w:rsidRPr="00906396">
        <w:rPr>
          <w:noProof/>
        </w:rPr>
        <w:t xml:space="preserve"> </w:t>
      </w:r>
      <w:r>
        <w:rPr>
          <w:noProof/>
        </w:rPr>
        <w:drawing>
          <wp:inline distT="0" distB="0" distL="0" distR="0" wp14:anchorId="26296C82" wp14:editId="33011A06">
            <wp:extent cx="5486400" cy="2292985"/>
            <wp:effectExtent l="0" t="0" r="0" b="0"/>
            <wp:docPr id="195812159" name="Picture 1" descr="A screenshot of a computer program&#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812159" name="Picture 1" descr="A screenshot of a computer program&#10;&#10;AI-generated content may be incorrect."/>
                    <pic:cNvPicPr/>
                  </pic:nvPicPr>
                  <pic:blipFill>
                    <a:blip r:embed="rId47"/>
                    <a:stretch>
                      <a:fillRect/>
                    </a:stretch>
                  </pic:blipFill>
                  <pic:spPr>
                    <a:xfrm>
                      <a:off x="0" y="0"/>
                      <a:ext cx="5486400" cy="2292985"/>
                    </a:xfrm>
                    <a:prstGeom prst="rect">
                      <a:avLst/>
                    </a:prstGeom>
                  </pic:spPr>
                </pic:pic>
              </a:graphicData>
            </a:graphic>
          </wp:inline>
        </w:drawing>
      </w:r>
    </w:p>
    <w:p w14:paraId="6C866020" w14:textId="77777777" w:rsidR="00906396" w:rsidRDefault="00906396" w:rsidP="00906396">
      <w:r>
        <w:t>SET SERVEROUTPUT ON;</w:t>
      </w:r>
    </w:p>
    <w:p w14:paraId="7A228B88" w14:textId="77777777" w:rsidR="00906396" w:rsidRDefault="00906396" w:rsidP="00906396">
      <w:r>
        <w:lastRenderedPageBreak/>
        <w:t>DECLARE</w:t>
      </w:r>
    </w:p>
    <w:p w14:paraId="1A4FCD6E" w14:textId="77777777" w:rsidR="00906396" w:rsidRDefault="00906396" w:rsidP="00906396">
      <w:r>
        <w:t xml:space="preserve">  </w:t>
      </w:r>
      <w:proofErr w:type="spellStart"/>
      <w:r>
        <w:t>v_total</w:t>
      </w:r>
      <w:proofErr w:type="spellEnd"/>
      <w:r>
        <w:t xml:space="preserve"> NUMBER;</w:t>
      </w:r>
    </w:p>
    <w:p w14:paraId="0288B388" w14:textId="77777777" w:rsidR="00906396" w:rsidRDefault="00906396" w:rsidP="00906396">
      <w:r>
        <w:t>BEGIN</w:t>
      </w:r>
    </w:p>
    <w:p w14:paraId="515C0F38" w14:textId="77777777" w:rsidR="00906396" w:rsidRDefault="00906396" w:rsidP="00906396">
      <w:r>
        <w:t xml:space="preserve">  </w:t>
      </w:r>
      <w:proofErr w:type="spellStart"/>
      <w:r>
        <w:t>v_total</w:t>
      </w:r>
      <w:proofErr w:type="spellEnd"/>
      <w:r>
        <w:t xml:space="preserve"> := </w:t>
      </w:r>
      <w:proofErr w:type="spellStart"/>
      <w:r>
        <w:t>client_utils_pkg.application_count</w:t>
      </w:r>
      <w:proofErr w:type="spellEnd"/>
      <w:r>
        <w:t>(1001);</w:t>
      </w:r>
    </w:p>
    <w:p w14:paraId="53C0B4A2" w14:textId="77777777" w:rsidR="00906396" w:rsidRDefault="00906396" w:rsidP="00906396">
      <w:r>
        <w:t xml:space="preserve">  DBMS_OUTPUT.PUT_LINE('Client 1001 has the following ' || </w:t>
      </w:r>
      <w:proofErr w:type="spellStart"/>
      <w:r>
        <w:t>v_total</w:t>
      </w:r>
      <w:proofErr w:type="spellEnd"/>
      <w:r>
        <w:t xml:space="preserve"> || ' applications:');</w:t>
      </w:r>
    </w:p>
    <w:p w14:paraId="22DE7ACD" w14:textId="77777777" w:rsidR="00906396" w:rsidRDefault="00906396" w:rsidP="00906396">
      <w:r>
        <w:t xml:space="preserve">  </w:t>
      </w:r>
      <w:proofErr w:type="spellStart"/>
      <w:r>
        <w:t>client_utils_pkg.show_client_applications</w:t>
      </w:r>
      <w:proofErr w:type="spellEnd"/>
      <w:r>
        <w:t>(1001);</w:t>
      </w:r>
    </w:p>
    <w:p w14:paraId="4C19DD0B" w14:textId="77777777" w:rsidR="00906396" w:rsidRDefault="00906396" w:rsidP="00906396">
      <w:r>
        <w:t>END;</w:t>
      </w:r>
    </w:p>
    <w:p w14:paraId="311D89A3" w14:textId="77777777" w:rsidR="00906396" w:rsidRDefault="00906396" w:rsidP="00906396">
      <w:pPr>
        <w:rPr>
          <w:noProof/>
        </w:rPr>
      </w:pPr>
      <w:r>
        <w:t>/</w:t>
      </w:r>
      <w:r w:rsidRPr="00906396">
        <w:rPr>
          <w:noProof/>
        </w:rPr>
        <w:t xml:space="preserve"> </w:t>
      </w:r>
    </w:p>
    <w:p w14:paraId="0F971BE0" w14:textId="77777777" w:rsidR="00906396" w:rsidRDefault="00906396" w:rsidP="00906396"/>
    <w:p w14:paraId="34CCE1D9" w14:textId="7628A036" w:rsidR="00906396" w:rsidRDefault="00906396" w:rsidP="00906396">
      <w:r>
        <w:rPr>
          <w:noProof/>
        </w:rPr>
        <w:drawing>
          <wp:inline distT="0" distB="0" distL="0" distR="0" wp14:anchorId="3C949316" wp14:editId="75986375">
            <wp:extent cx="5486400" cy="1993900"/>
            <wp:effectExtent l="0" t="0" r="0" b="6350"/>
            <wp:docPr id="42600373" name="Picture 1" descr="A white background with black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600373" name="Picture 1" descr="A white background with black text&#10;&#10;AI-generated content may be incorrect."/>
                    <pic:cNvPicPr/>
                  </pic:nvPicPr>
                  <pic:blipFill>
                    <a:blip r:embed="rId48"/>
                    <a:stretch>
                      <a:fillRect/>
                    </a:stretch>
                  </pic:blipFill>
                  <pic:spPr>
                    <a:xfrm>
                      <a:off x="0" y="0"/>
                      <a:ext cx="5486400" cy="1993900"/>
                    </a:xfrm>
                    <a:prstGeom prst="rect">
                      <a:avLst/>
                    </a:prstGeom>
                  </pic:spPr>
                </pic:pic>
              </a:graphicData>
            </a:graphic>
          </wp:inline>
        </w:drawing>
      </w:r>
    </w:p>
    <w:p w14:paraId="2B8C7A69" w14:textId="60B76AC8" w:rsidR="00906396" w:rsidRDefault="00906396" w:rsidP="00906396">
      <w:r w:rsidRPr="00906396">
        <w:drawing>
          <wp:inline distT="0" distB="0" distL="0" distR="0" wp14:anchorId="77886820" wp14:editId="524D3F53">
            <wp:extent cx="5486400" cy="1149985"/>
            <wp:effectExtent l="0" t="0" r="0" b="0"/>
            <wp:docPr id="1591070690" name="Picture 1" descr="A white background with black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1070690" name="Picture 1" descr="A white background with black text&#10;&#10;AI-generated content may be incorrect."/>
                    <pic:cNvPicPr/>
                  </pic:nvPicPr>
                  <pic:blipFill>
                    <a:blip r:embed="rId49"/>
                    <a:stretch>
                      <a:fillRect/>
                    </a:stretch>
                  </pic:blipFill>
                  <pic:spPr>
                    <a:xfrm>
                      <a:off x="0" y="0"/>
                      <a:ext cx="5486400" cy="1149985"/>
                    </a:xfrm>
                    <a:prstGeom prst="rect">
                      <a:avLst/>
                    </a:prstGeom>
                  </pic:spPr>
                </pic:pic>
              </a:graphicData>
            </a:graphic>
          </wp:inline>
        </w:drawing>
      </w:r>
    </w:p>
    <w:p w14:paraId="4E8846B9" w14:textId="77777777" w:rsidR="004172DC" w:rsidRDefault="004172DC" w:rsidP="004172DC">
      <w:pPr>
        <w:pStyle w:val="IntenseQuote"/>
        <w:rPr>
          <w:rStyle w:val="IntenseEmphasis"/>
        </w:rPr>
      </w:pPr>
      <w:r>
        <w:rPr>
          <w:rStyle w:val="IntenseEmphasis"/>
        </w:rPr>
        <w:t xml:space="preserve">26. </w:t>
      </w:r>
      <w:r w:rsidRPr="004172DC">
        <w:rPr>
          <w:rStyle w:val="IntenseEmphasis"/>
        </w:rPr>
        <w:t>Problem:</w:t>
      </w:r>
      <w:r w:rsidRPr="004172DC">
        <w:rPr>
          <w:rStyle w:val="IntenseEmphasis"/>
        </w:rPr>
        <w:br/>
        <w:t xml:space="preserve">Create a trigger that fires before INSERT or UPDATE on </w:t>
      </w:r>
      <w:proofErr w:type="spellStart"/>
      <w:r w:rsidRPr="004172DC">
        <w:rPr>
          <w:rStyle w:val="IntenseEmphasis"/>
        </w:rPr>
        <w:t>appointmentsN</w:t>
      </w:r>
      <w:proofErr w:type="spellEnd"/>
      <w:r w:rsidRPr="004172DC">
        <w:rPr>
          <w:rStyle w:val="IntenseEmphasis"/>
        </w:rPr>
        <w:t xml:space="preserve"> and ensures the new </w:t>
      </w:r>
      <w:proofErr w:type="spellStart"/>
      <w:r w:rsidRPr="004172DC">
        <w:rPr>
          <w:rStyle w:val="IntenseEmphasis"/>
        </w:rPr>
        <w:t>appointment_date</w:t>
      </w:r>
      <w:proofErr w:type="spellEnd"/>
      <w:r w:rsidRPr="004172DC">
        <w:rPr>
          <w:rStyle w:val="IntenseEmphasis"/>
        </w:rPr>
        <w:t xml:space="preserve"> is not earlier than the corresponding application’s </w:t>
      </w:r>
      <w:proofErr w:type="spellStart"/>
      <w:r w:rsidRPr="004172DC">
        <w:rPr>
          <w:rStyle w:val="IntenseEmphasis"/>
        </w:rPr>
        <w:t>applied_date</w:t>
      </w:r>
      <w:proofErr w:type="spellEnd"/>
      <w:r w:rsidRPr="004172DC">
        <w:rPr>
          <w:rStyle w:val="IntenseEmphasis"/>
        </w:rPr>
        <w:t>. If :</w:t>
      </w:r>
      <w:proofErr w:type="spellStart"/>
      <w:r w:rsidRPr="004172DC">
        <w:rPr>
          <w:rStyle w:val="IntenseEmphasis"/>
        </w:rPr>
        <w:t>NEW.appointment_date</w:t>
      </w:r>
      <w:proofErr w:type="spellEnd"/>
      <w:r w:rsidRPr="004172DC">
        <w:rPr>
          <w:rStyle w:val="IntenseEmphasis"/>
        </w:rPr>
        <w:t xml:space="preserve"> &lt; (SELECT </w:t>
      </w:r>
      <w:proofErr w:type="spellStart"/>
      <w:r w:rsidRPr="004172DC">
        <w:rPr>
          <w:rStyle w:val="IntenseEmphasis"/>
        </w:rPr>
        <w:t>applied_date</w:t>
      </w:r>
      <w:proofErr w:type="spellEnd"/>
      <w:r w:rsidRPr="004172DC">
        <w:rPr>
          <w:rStyle w:val="IntenseEmphasis"/>
        </w:rPr>
        <w:t xml:space="preserve"> FROM </w:t>
      </w:r>
      <w:proofErr w:type="spellStart"/>
      <w:r w:rsidRPr="004172DC">
        <w:rPr>
          <w:rStyle w:val="IntenseEmphasis"/>
        </w:rPr>
        <w:t>applicationsN</w:t>
      </w:r>
      <w:proofErr w:type="spellEnd"/>
      <w:r w:rsidRPr="004172DC">
        <w:rPr>
          <w:rStyle w:val="IntenseEmphasis"/>
        </w:rPr>
        <w:t xml:space="preserve"> W</w:t>
      </w:r>
    </w:p>
    <w:p w14:paraId="22BD46AE" w14:textId="76524E07" w:rsidR="00906396" w:rsidRDefault="004172DC" w:rsidP="004172DC">
      <w:pPr>
        <w:pStyle w:val="IntenseQuote"/>
        <w:rPr>
          <w:rStyle w:val="IntenseEmphasis"/>
        </w:rPr>
      </w:pPr>
      <w:r w:rsidRPr="004172DC">
        <w:rPr>
          <w:rStyle w:val="IntenseEmphasis"/>
        </w:rPr>
        <w:t xml:space="preserve">HERE </w:t>
      </w:r>
      <w:proofErr w:type="spellStart"/>
      <w:r w:rsidRPr="004172DC">
        <w:rPr>
          <w:rStyle w:val="IntenseEmphasis"/>
        </w:rPr>
        <w:t>application_id</w:t>
      </w:r>
      <w:proofErr w:type="spellEnd"/>
      <w:r w:rsidRPr="004172DC">
        <w:rPr>
          <w:rStyle w:val="IntenseEmphasis"/>
        </w:rPr>
        <w:t xml:space="preserve"> = :</w:t>
      </w:r>
      <w:proofErr w:type="spellStart"/>
      <w:r w:rsidRPr="004172DC">
        <w:rPr>
          <w:rStyle w:val="IntenseEmphasis"/>
        </w:rPr>
        <w:t>NEW.application_id</w:t>
      </w:r>
      <w:proofErr w:type="spellEnd"/>
      <w:r w:rsidRPr="004172DC">
        <w:rPr>
          <w:rStyle w:val="IntenseEmphasis"/>
        </w:rPr>
        <w:t>), then set</w:t>
      </w:r>
    </w:p>
    <w:p w14:paraId="5BAA1CF7" w14:textId="77777777" w:rsidR="004172DC" w:rsidRDefault="004172DC" w:rsidP="004172DC">
      <w:r>
        <w:t xml:space="preserve">CREATE OR REPLACE TRIGGER </w:t>
      </w:r>
      <w:proofErr w:type="spellStart"/>
      <w:r>
        <w:t>trg_appointments_date_fix</w:t>
      </w:r>
      <w:proofErr w:type="spellEnd"/>
    </w:p>
    <w:p w14:paraId="28260513" w14:textId="77777777" w:rsidR="004172DC" w:rsidRDefault="004172DC" w:rsidP="004172DC">
      <w:r>
        <w:lastRenderedPageBreak/>
        <w:t xml:space="preserve">BEFORE INSERT OR UPDATE ON </w:t>
      </w:r>
      <w:proofErr w:type="spellStart"/>
      <w:r>
        <w:t>appointmentsN</w:t>
      </w:r>
      <w:proofErr w:type="spellEnd"/>
    </w:p>
    <w:p w14:paraId="559D7F78" w14:textId="77777777" w:rsidR="004172DC" w:rsidRDefault="004172DC" w:rsidP="004172DC">
      <w:r>
        <w:t>FOR EACH ROW</w:t>
      </w:r>
    </w:p>
    <w:p w14:paraId="16300912" w14:textId="77777777" w:rsidR="004172DC" w:rsidRDefault="004172DC" w:rsidP="004172DC">
      <w:r>
        <w:t>DECLARE</w:t>
      </w:r>
    </w:p>
    <w:p w14:paraId="4BD8AF49" w14:textId="77777777" w:rsidR="004172DC" w:rsidRDefault="004172DC" w:rsidP="004172DC">
      <w:r>
        <w:t xml:space="preserve">  </w:t>
      </w:r>
      <w:proofErr w:type="spellStart"/>
      <w:r>
        <w:t>v_applied_date</w:t>
      </w:r>
      <w:proofErr w:type="spellEnd"/>
      <w:r>
        <w:t xml:space="preserve">  </w:t>
      </w:r>
      <w:proofErr w:type="spellStart"/>
      <w:r>
        <w:t>applicationsN.applied_date%TYPE</w:t>
      </w:r>
      <w:proofErr w:type="spellEnd"/>
      <w:r>
        <w:t>;</w:t>
      </w:r>
    </w:p>
    <w:p w14:paraId="52C962C1" w14:textId="77777777" w:rsidR="004172DC" w:rsidRDefault="004172DC" w:rsidP="004172DC">
      <w:r>
        <w:t>BEGIN</w:t>
      </w:r>
    </w:p>
    <w:p w14:paraId="12DE5AC9" w14:textId="77777777" w:rsidR="004172DC" w:rsidRDefault="004172DC" w:rsidP="004172DC">
      <w:r>
        <w:t xml:space="preserve">  SELECT </w:t>
      </w:r>
      <w:proofErr w:type="spellStart"/>
      <w:r>
        <w:t>applied_date</w:t>
      </w:r>
      <w:proofErr w:type="spellEnd"/>
      <w:r>
        <w:t xml:space="preserve"> </w:t>
      </w:r>
    </w:p>
    <w:p w14:paraId="774D8E3C" w14:textId="77777777" w:rsidR="004172DC" w:rsidRDefault="004172DC" w:rsidP="004172DC">
      <w:r>
        <w:t xml:space="preserve">    INTO </w:t>
      </w:r>
      <w:proofErr w:type="spellStart"/>
      <w:r>
        <w:t>v_applied_date</w:t>
      </w:r>
      <w:proofErr w:type="spellEnd"/>
    </w:p>
    <w:p w14:paraId="75567CFE" w14:textId="77777777" w:rsidR="004172DC" w:rsidRDefault="004172DC" w:rsidP="004172DC">
      <w:r>
        <w:t xml:space="preserve">    FROM </w:t>
      </w:r>
      <w:proofErr w:type="spellStart"/>
      <w:r>
        <w:t>applicationsN</w:t>
      </w:r>
      <w:proofErr w:type="spellEnd"/>
    </w:p>
    <w:p w14:paraId="12061D61" w14:textId="77777777" w:rsidR="004172DC" w:rsidRDefault="004172DC" w:rsidP="004172DC">
      <w:r>
        <w:t xml:space="preserve">   WHERE </w:t>
      </w:r>
      <w:proofErr w:type="spellStart"/>
      <w:r>
        <w:t>application_id</w:t>
      </w:r>
      <w:proofErr w:type="spellEnd"/>
      <w:r>
        <w:t xml:space="preserve"> = :</w:t>
      </w:r>
      <w:proofErr w:type="spellStart"/>
      <w:r>
        <w:t>NEW.application_id</w:t>
      </w:r>
      <w:proofErr w:type="spellEnd"/>
      <w:r>
        <w:t>;</w:t>
      </w:r>
    </w:p>
    <w:p w14:paraId="0FA1C485" w14:textId="77777777" w:rsidR="004172DC" w:rsidRDefault="004172DC" w:rsidP="004172DC"/>
    <w:p w14:paraId="4BFCD139" w14:textId="77777777" w:rsidR="004172DC" w:rsidRDefault="004172DC" w:rsidP="004172DC">
      <w:r>
        <w:t xml:space="preserve">  IF :</w:t>
      </w:r>
      <w:proofErr w:type="spellStart"/>
      <w:r>
        <w:t>NEW.appointment_date</w:t>
      </w:r>
      <w:proofErr w:type="spellEnd"/>
      <w:r>
        <w:t xml:space="preserve"> &lt; </w:t>
      </w:r>
      <w:proofErr w:type="spellStart"/>
      <w:r>
        <w:t>v_applied_date</w:t>
      </w:r>
      <w:proofErr w:type="spellEnd"/>
      <w:r>
        <w:t xml:space="preserve"> THEN</w:t>
      </w:r>
    </w:p>
    <w:p w14:paraId="3CF3464F" w14:textId="77777777" w:rsidR="004172DC" w:rsidRDefault="004172DC" w:rsidP="004172DC">
      <w:r>
        <w:t xml:space="preserve">    :</w:t>
      </w:r>
      <w:proofErr w:type="spellStart"/>
      <w:r>
        <w:t>NEW.appointment_date</w:t>
      </w:r>
      <w:proofErr w:type="spellEnd"/>
      <w:r>
        <w:t xml:space="preserve"> := </w:t>
      </w:r>
      <w:proofErr w:type="spellStart"/>
      <w:r>
        <w:t>v_applied_date</w:t>
      </w:r>
      <w:proofErr w:type="spellEnd"/>
      <w:r>
        <w:t>;</w:t>
      </w:r>
    </w:p>
    <w:p w14:paraId="5BDD0CEE" w14:textId="77777777" w:rsidR="004172DC" w:rsidRDefault="004172DC" w:rsidP="004172DC">
      <w:r>
        <w:t xml:space="preserve">  END IF;</w:t>
      </w:r>
    </w:p>
    <w:p w14:paraId="4A45E432" w14:textId="77777777" w:rsidR="004172DC" w:rsidRDefault="004172DC" w:rsidP="004172DC">
      <w:r>
        <w:t xml:space="preserve">END </w:t>
      </w:r>
      <w:proofErr w:type="spellStart"/>
      <w:r>
        <w:t>trg_appointments_date_fix</w:t>
      </w:r>
      <w:proofErr w:type="spellEnd"/>
      <w:r>
        <w:t>;</w:t>
      </w:r>
    </w:p>
    <w:p w14:paraId="7E09DBC2" w14:textId="6F815164" w:rsidR="004172DC" w:rsidRDefault="004172DC" w:rsidP="004172DC">
      <w:pPr>
        <w:rPr>
          <w:noProof/>
        </w:rPr>
      </w:pPr>
      <w:r>
        <w:t>/</w:t>
      </w:r>
      <w:r w:rsidRPr="004172DC">
        <w:rPr>
          <w:noProof/>
        </w:rPr>
        <w:t xml:space="preserve"> </w:t>
      </w:r>
      <w:r>
        <w:rPr>
          <w:noProof/>
        </w:rPr>
        <w:drawing>
          <wp:inline distT="0" distB="0" distL="0" distR="0" wp14:anchorId="1C7FE2D1" wp14:editId="6A6D1883">
            <wp:extent cx="5486400" cy="1277620"/>
            <wp:effectExtent l="0" t="0" r="0" b="0"/>
            <wp:docPr id="936397329" name="Picture 1" descr="A close-up of a computer scree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6397329" name="Picture 1" descr="A close-up of a computer screen&#10;&#10;AI-generated content may be incorrect."/>
                    <pic:cNvPicPr/>
                  </pic:nvPicPr>
                  <pic:blipFill>
                    <a:blip r:embed="rId50"/>
                    <a:stretch>
                      <a:fillRect/>
                    </a:stretch>
                  </pic:blipFill>
                  <pic:spPr>
                    <a:xfrm>
                      <a:off x="0" y="0"/>
                      <a:ext cx="5486400" cy="1277620"/>
                    </a:xfrm>
                    <a:prstGeom prst="rect">
                      <a:avLst/>
                    </a:prstGeom>
                  </pic:spPr>
                </pic:pic>
              </a:graphicData>
            </a:graphic>
          </wp:inline>
        </w:drawing>
      </w:r>
    </w:p>
    <w:p w14:paraId="3CD5702D" w14:textId="43DADDAF" w:rsidR="004172DC" w:rsidRDefault="004172DC" w:rsidP="004172DC">
      <w:pPr>
        <w:pStyle w:val="IntenseQuote"/>
      </w:pPr>
      <w:r>
        <w:t>-- 2</w:t>
      </w:r>
      <w:r>
        <w:t>7</w:t>
      </w:r>
      <w:r>
        <w:t xml:space="preserve">. Create a trigger that fires before INSERT on </w:t>
      </w:r>
      <w:proofErr w:type="spellStart"/>
      <w:r>
        <w:t>documentsN</w:t>
      </w:r>
      <w:proofErr w:type="spellEnd"/>
      <w:r>
        <w:t xml:space="preserve">. Regardless of whether </w:t>
      </w:r>
      <w:proofErr w:type="spellStart"/>
      <w:r>
        <w:t>doc_path</w:t>
      </w:r>
      <w:proofErr w:type="spellEnd"/>
      <w:r>
        <w:t xml:space="preserve"> includes the corresponding </w:t>
      </w:r>
      <w:proofErr w:type="spellStart"/>
      <w:r>
        <w:t>application_id</w:t>
      </w:r>
      <w:proofErr w:type="spellEnd"/>
      <w:r>
        <w:t xml:space="preserve">, prepend it so that the final </w:t>
      </w:r>
      <w:proofErr w:type="spellStart"/>
      <w:r>
        <w:t>doc_path</w:t>
      </w:r>
      <w:proofErr w:type="spellEnd"/>
      <w:r>
        <w:t xml:space="preserve"> reads '&lt;</w:t>
      </w:r>
      <w:proofErr w:type="spellStart"/>
      <w:r>
        <w:t>application_id</w:t>
      </w:r>
      <w:proofErr w:type="spellEnd"/>
      <w:r>
        <w:t>&gt;/&lt;</w:t>
      </w:r>
      <w:proofErr w:type="spellStart"/>
      <w:r>
        <w:t>original_path</w:t>
      </w:r>
      <w:proofErr w:type="spellEnd"/>
      <w:r>
        <w:t>&gt;'.</w:t>
      </w:r>
    </w:p>
    <w:p w14:paraId="633D300F" w14:textId="77777777" w:rsidR="004172DC" w:rsidRDefault="004172DC" w:rsidP="004172DC"/>
    <w:p w14:paraId="3D6994C1" w14:textId="77777777" w:rsidR="004172DC" w:rsidRDefault="004172DC" w:rsidP="004172DC">
      <w:r>
        <w:t xml:space="preserve">CREATE OR REPLACE TRIGGER </w:t>
      </w:r>
      <w:proofErr w:type="spellStart"/>
      <w:r>
        <w:t>trg_documents_path_fix</w:t>
      </w:r>
      <w:proofErr w:type="spellEnd"/>
    </w:p>
    <w:p w14:paraId="167C79C5" w14:textId="77777777" w:rsidR="004172DC" w:rsidRDefault="004172DC" w:rsidP="004172DC">
      <w:r>
        <w:t xml:space="preserve">BEFORE INSERT ON </w:t>
      </w:r>
      <w:proofErr w:type="spellStart"/>
      <w:r>
        <w:t>documentsN</w:t>
      </w:r>
      <w:proofErr w:type="spellEnd"/>
    </w:p>
    <w:p w14:paraId="4058433F" w14:textId="77777777" w:rsidR="004172DC" w:rsidRDefault="004172DC" w:rsidP="004172DC">
      <w:r>
        <w:t>FOR EACH ROW</w:t>
      </w:r>
    </w:p>
    <w:p w14:paraId="1518A912" w14:textId="77777777" w:rsidR="004172DC" w:rsidRDefault="004172DC" w:rsidP="004172DC">
      <w:r>
        <w:lastRenderedPageBreak/>
        <w:t>DECLARE</w:t>
      </w:r>
    </w:p>
    <w:p w14:paraId="6E1AE191" w14:textId="77777777" w:rsidR="004172DC" w:rsidRDefault="004172DC" w:rsidP="004172DC">
      <w:r>
        <w:t xml:space="preserve">  </w:t>
      </w:r>
      <w:proofErr w:type="spellStart"/>
      <w:r>
        <w:t>v_app_id</w:t>
      </w:r>
      <w:proofErr w:type="spellEnd"/>
      <w:r>
        <w:t xml:space="preserve"> </w:t>
      </w:r>
      <w:proofErr w:type="spellStart"/>
      <w:r>
        <w:t>documentsN.application_id%TYPE</w:t>
      </w:r>
      <w:proofErr w:type="spellEnd"/>
      <w:r>
        <w:t xml:space="preserve"> := :</w:t>
      </w:r>
      <w:proofErr w:type="spellStart"/>
      <w:r>
        <w:t>NEW.application_id</w:t>
      </w:r>
      <w:proofErr w:type="spellEnd"/>
      <w:r>
        <w:t>;</w:t>
      </w:r>
    </w:p>
    <w:p w14:paraId="184C6333" w14:textId="77777777" w:rsidR="004172DC" w:rsidRDefault="004172DC" w:rsidP="004172DC">
      <w:r>
        <w:t>BEGIN</w:t>
      </w:r>
    </w:p>
    <w:p w14:paraId="4586682E" w14:textId="77777777" w:rsidR="004172DC" w:rsidRDefault="004172DC" w:rsidP="004172DC">
      <w:r>
        <w:t xml:space="preserve">  IF INSTR(:</w:t>
      </w:r>
      <w:proofErr w:type="spellStart"/>
      <w:r>
        <w:t>NEW.doc_path</w:t>
      </w:r>
      <w:proofErr w:type="spellEnd"/>
      <w:r>
        <w:t xml:space="preserve">, </w:t>
      </w:r>
      <w:proofErr w:type="spellStart"/>
      <w:r>
        <w:t>v_app_id</w:t>
      </w:r>
      <w:proofErr w:type="spellEnd"/>
      <w:r>
        <w:t xml:space="preserve"> || '/') = 0 THEN</w:t>
      </w:r>
    </w:p>
    <w:p w14:paraId="50577F95" w14:textId="77777777" w:rsidR="004172DC" w:rsidRDefault="004172DC" w:rsidP="004172DC">
      <w:r>
        <w:t xml:space="preserve">    :</w:t>
      </w:r>
      <w:proofErr w:type="spellStart"/>
      <w:r>
        <w:t>NEW.doc_path</w:t>
      </w:r>
      <w:proofErr w:type="spellEnd"/>
      <w:r>
        <w:t xml:space="preserve"> := </w:t>
      </w:r>
      <w:proofErr w:type="spellStart"/>
      <w:r>
        <w:t>v_app_id</w:t>
      </w:r>
      <w:proofErr w:type="spellEnd"/>
      <w:r>
        <w:t xml:space="preserve"> || '/' || :</w:t>
      </w:r>
      <w:proofErr w:type="spellStart"/>
      <w:r>
        <w:t>NEW.doc_path</w:t>
      </w:r>
      <w:proofErr w:type="spellEnd"/>
      <w:r>
        <w:t>;</w:t>
      </w:r>
    </w:p>
    <w:p w14:paraId="47C64CEC" w14:textId="77777777" w:rsidR="004172DC" w:rsidRDefault="004172DC" w:rsidP="004172DC">
      <w:r>
        <w:t xml:space="preserve">  END IF;</w:t>
      </w:r>
    </w:p>
    <w:p w14:paraId="1D81D2C0" w14:textId="77777777" w:rsidR="004172DC" w:rsidRDefault="004172DC" w:rsidP="004172DC">
      <w:r>
        <w:t xml:space="preserve">END </w:t>
      </w:r>
      <w:proofErr w:type="spellStart"/>
      <w:r>
        <w:t>trg_documents_path_fix</w:t>
      </w:r>
      <w:proofErr w:type="spellEnd"/>
      <w:r>
        <w:t>;</w:t>
      </w:r>
    </w:p>
    <w:p w14:paraId="54C43B1E" w14:textId="77777777" w:rsidR="004172DC" w:rsidRDefault="004172DC" w:rsidP="004172DC">
      <w:pPr>
        <w:rPr>
          <w:noProof/>
        </w:rPr>
      </w:pPr>
      <w:r>
        <w:t>/</w:t>
      </w:r>
      <w:r w:rsidRPr="004172DC">
        <w:rPr>
          <w:noProof/>
        </w:rPr>
        <w:t xml:space="preserve"> </w:t>
      </w:r>
    </w:p>
    <w:p w14:paraId="7C764499" w14:textId="66EE0860" w:rsidR="004172DC" w:rsidRDefault="004172DC" w:rsidP="004172DC">
      <w:r w:rsidRPr="004172DC">
        <w:drawing>
          <wp:inline distT="0" distB="0" distL="0" distR="0" wp14:anchorId="242869DE" wp14:editId="5FEECAFC">
            <wp:extent cx="4858428" cy="1600423"/>
            <wp:effectExtent l="0" t="0" r="0" b="0"/>
            <wp:docPr id="517420289" name="Picture 1" descr="A white background with black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7420289" name="Picture 1" descr="A white background with black text&#10;&#10;AI-generated content may be incorrect."/>
                    <pic:cNvPicPr/>
                  </pic:nvPicPr>
                  <pic:blipFill>
                    <a:blip r:embed="rId51"/>
                    <a:stretch>
                      <a:fillRect/>
                    </a:stretch>
                  </pic:blipFill>
                  <pic:spPr>
                    <a:xfrm>
                      <a:off x="0" y="0"/>
                      <a:ext cx="4858428" cy="1600423"/>
                    </a:xfrm>
                    <a:prstGeom prst="rect">
                      <a:avLst/>
                    </a:prstGeom>
                  </pic:spPr>
                </pic:pic>
              </a:graphicData>
            </a:graphic>
          </wp:inline>
        </w:drawing>
      </w:r>
    </w:p>
    <w:p w14:paraId="58E402DD" w14:textId="77777777" w:rsidR="004172DC" w:rsidRDefault="004172DC" w:rsidP="004172DC">
      <w:pPr>
        <w:pStyle w:val="IntenseQuote"/>
      </w:pPr>
      <w:r>
        <w:t xml:space="preserve">-- Insert a document without </w:t>
      </w:r>
      <w:proofErr w:type="spellStart"/>
      <w:r>
        <w:t>application_id</w:t>
      </w:r>
      <w:proofErr w:type="spellEnd"/>
      <w:r>
        <w:t xml:space="preserve"> in the path (trigger will prepend)</w:t>
      </w:r>
    </w:p>
    <w:p w14:paraId="3E4EAE74" w14:textId="77777777" w:rsidR="004172DC" w:rsidRDefault="004172DC" w:rsidP="004172DC">
      <w:r>
        <w:t xml:space="preserve">INSERT INTO </w:t>
      </w:r>
      <w:proofErr w:type="spellStart"/>
      <w:r>
        <w:t>documentsN</w:t>
      </w:r>
      <w:proofErr w:type="spellEnd"/>
      <w:r>
        <w:t xml:space="preserve"> (</w:t>
      </w:r>
    </w:p>
    <w:p w14:paraId="6B876DA2" w14:textId="77777777" w:rsidR="004172DC" w:rsidRDefault="004172DC" w:rsidP="004172DC">
      <w:r>
        <w:t xml:space="preserve">  </w:t>
      </w:r>
      <w:proofErr w:type="spellStart"/>
      <w:r>
        <w:t>document_id</w:t>
      </w:r>
      <w:proofErr w:type="spellEnd"/>
      <w:r>
        <w:t xml:space="preserve">, </w:t>
      </w:r>
      <w:proofErr w:type="spellStart"/>
      <w:r>
        <w:t>application_id</w:t>
      </w:r>
      <w:proofErr w:type="spellEnd"/>
      <w:r>
        <w:t xml:space="preserve">, </w:t>
      </w:r>
      <w:proofErr w:type="spellStart"/>
      <w:r>
        <w:t>doc_type</w:t>
      </w:r>
      <w:proofErr w:type="spellEnd"/>
      <w:r>
        <w:t xml:space="preserve">, </w:t>
      </w:r>
      <w:proofErr w:type="spellStart"/>
      <w:r>
        <w:t>doc_path</w:t>
      </w:r>
      <w:proofErr w:type="spellEnd"/>
      <w:r>
        <w:t xml:space="preserve">, </w:t>
      </w:r>
      <w:proofErr w:type="spellStart"/>
      <w:r>
        <w:t>upload_date</w:t>
      </w:r>
      <w:proofErr w:type="spellEnd"/>
    </w:p>
    <w:p w14:paraId="4585C35B" w14:textId="77777777" w:rsidR="004172DC" w:rsidRDefault="004172DC" w:rsidP="004172DC">
      <w:r>
        <w:t>) VALUES (</w:t>
      </w:r>
    </w:p>
    <w:p w14:paraId="37A45C4A" w14:textId="77777777" w:rsidR="004172DC" w:rsidRDefault="004172DC" w:rsidP="004172DC">
      <w:r>
        <w:t xml:space="preserve">  8001, 9101, 'Test Document', 'testdoc.pdf', SYSDATE</w:t>
      </w:r>
    </w:p>
    <w:p w14:paraId="377561BE" w14:textId="77777777" w:rsidR="004172DC" w:rsidRDefault="004172DC" w:rsidP="004172DC">
      <w:r>
        <w:t>);</w:t>
      </w:r>
    </w:p>
    <w:p w14:paraId="2D338E37" w14:textId="77777777" w:rsidR="004172DC" w:rsidRDefault="004172DC" w:rsidP="004172DC"/>
    <w:p w14:paraId="2DE3A5CE" w14:textId="77777777" w:rsidR="004172DC" w:rsidRDefault="004172DC" w:rsidP="004172DC">
      <w:r>
        <w:t>COMMIT;</w:t>
      </w:r>
    </w:p>
    <w:p w14:paraId="115C90CD" w14:textId="77777777" w:rsidR="004172DC" w:rsidRDefault="004172DC" w:rsidP="004172DC"/>
    <w:p w14:paraId="272BCE75" w14:textId="77777777" w:rsidR="004172DC" w:rsidRDefault="004172DC" w:rsidP="004172DC">
      <w:r>
        <w:t xml:space="preserve">-- Verify that </w:t>
      </w:r>
      <w:proofErr w:type="spellStart"/>
      <w:r>
        <w:t>doc_path</w:t>
      </w:r>
      <w:proofErr w:type="spellEnd"/>
      <w:r>
        <w:t xml:space="preserve"> was corrected</w:t>
      </w:r>
    </w:p>
    <w:p w14:paraId="569C2B01" w14:textId="77777777" w:rsidR="004172DC" w:rsidRDefault="004172DC" w:rsidP="004172DC">
      <w:r>
        <w:t xml:space="preserve">SELECT </w:t>
      </w:r>
      <w:proofErr w:type="spellStart"/>
      <w:r>
        <w:t>document_id</w:t>
      </w:r>
      <w:proofErr w:type="spellEnd"/>
      <w:r>
        <w:t xml:space="preserve">, </w:t>
      </w:r>
      <w:proofErr w:type="spellStart"/>
      <w:r>
        <w:t>application_id</w:t>
      </w:r>
      <w:proofErr w:type="spellEnd"/>
      <w:r>
        <w:t xml:space="preserve">, </w:t>
      </w:r>
      <w:proofErr w:type="spellStart"/>
      <w:r>
        <w:t>doc_path</w:t>
      </w:r>
      <w:proofErr w:type="spellEnd"/>
    </w:p>
    <w:p w14:paraId="402AB0A9" w14:textId="77777777" w:rsidR="004172DC" w:rsidRDefault="004172DC" w:rsidP="004172DC">
      <w:r>
        <w:t xml:space="preserve">  FROM </w:t>
      </w:r>
      <w:proofErr w:type="spellStart"/>
      <w:r>
        <w:t>documentsN</w:t>
      </w:r>
      <w:proofErr w:type="spellEnd"/>
    </w:p>
    <w:p w14:paraId="76B728DD" w14:textId="40EE8ACA" w:rsidR="004172DC" w:rsidRDefault="004172DC" w:rsidP="004172DC">
      <w:pPr>
        <w:rPr>
          <w:noProof/>
        </w:rPr>
      </w:pPr>
      <w:r>
        <w:lastRenderedPageBreak/>
        <w:t xml:space="preserve"> WHERE </w:t>
      </w:r>
      <w:proofErr w:type="spellStart"/>
      <w:r>
        <w:t>document_id</w:t>
      </w:r>
      <w:proofErr w:type="spellEnd"/>
      <w:r>
        <w:t xml:space="preserve"> = 8001;</w:t>
      </w:r>
      <w:r w:rsidRPr="004172DC">
        <w:rPr>
          <w:noProof/>
        </w:rPr>
        <w:t xml:space="preserve"> </w:t>
      </w:r>
      <w:r>
        <w:rPr>
          <w:noProof/>
        </w:rPr>
        <w:drawing>
          <wp:inline distT="0" distB="0" distL="0" distR="0" wp14:anchorId="03D8F59A" wp14:editId="182A0565">
            <wp:extent cx="5486400" cy="1126490"/>
            <wp:effectExtent l="0" t="0" r="0" b="0"/>
            <wp:docPr id="1613642973" name="Picture 1" descr="A computer screen shot of a numb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3642973" name="Picture 1" descr="A computer screen shot of a number&#10;&#10;AI-generated content may be incorrect."/>
                    <pic:cNvPicPr/>
                  </pic:nvPicPr>
                  <pic:blipFill>
                    <a:blip r:embed="rId52"/>
                    <a:stretch>
                      <a:fillRect/>
                    </a:stretch>
                  </pic:blipFill>
                  <pic:spPr>
                    <a:xfrm>
                      <a:off x="0" y="0"/>
                      <a:ext cx="5486400" cy="1126490"/>
                    </a:xfrm>
                    <a:prstGeom prst="rect">
                      <a:avLst/>
                    </a:prstGeom>
                  </pic:spPr>
                </pic:pic>
              </a:graphicData>
            </a:graphic>
          </wp:inline>
        </w:drawing>
      </w:r>
    </w:p>
    <w:p w14:paraId="39E164D9" w14:textId="7B5F947A" w:rsidR="004172DC" w:rsidRDefault="004172DC" w:rsidP="004172DC">
      <w:pPr>
        <w:pStyle w:val="IntenseQuote"/>
      </w:pPr>
      <w:r>
        <w:t>-- 2</w:t>
      </w:r>
      <w:r>
        <w:t>8</w:t>
      </w:r>
      <w:r>
        <w:t xml:space="preserve">. Create a log table </w:t>
      </w:r>
      <w:proofErr w:type="spellStart"/>
      <w:r>
        <w:t>Document_Count_Log</w:t>
      </w:r>
      <w:proofErr w:type="spellEnd"/>
      <w:r>
        <w:t xml:space="preserve"> and sequence </w:t>
      </w:r>
      <w:proofErr w:type="spellStart"/>
      <w:r>
        <w:t>Document_Count_Log_seq</w:t>
      </w:r>
      <w:proofErr w:type="spellEnd"/>
      <w:r>
        <w:t>.</w:t>
      </w:r>
    </w:p>
    <w:p w14:paraId="16E6A7E3" w14:textId="77777777" w:rsidR="004172DC" w:rsidRDefault="004172DC" w:rsidP="004172DC">
      <w:r>
        <w:t xml:space="preserve">CREATE TABLE </w:t>
      </w:r>
      <w:proofErr w:type="spellStart"/>
      <w:r>
        <w:t>Document_Count_Log</w:t>
      </w:r>
      <w:proofErr w:type="spellEnd"/>
      <w:r>
        <w:t xml:space="preserve"> (</w:t>
      </w:r>
    </w:p>
    <w:p w14:paraId="29C3603F" w14:textId="77777777" w:rsidR="004172DC" w:rsidRDefault="004172DC" w:rsidP="004172DC">
      <w:r>
        <w:t xml:space="preserve">  </w:t>
      </w:r>
      <w:proofErr w:type="spellStart"/>
      <w:r>
        <w:t>log_id</w:t>
      </w:r>
      <w:proofErr w:type="spellEnd"/>
      <w:r>
        <w:t xml:space="preserve">         NUMBER PRIMARY KEY,</w:t>
      </w:r>
    </w:p>
    <w:p w14:paraId="47500DE1" w14:textId="77777777" w:rsidR="004172DC" w:rsidRDefault="004172DC" w:rsidP="004172DC">
      <w:r>
        <w:t xml:space="preserve">  </w:t>
      </w:r>
      <w:proofErr w:type="spellStart"/>
      <w:r>
        <w:t>log_date</w:t>
      </w:r>
      <w:proofErr w:type="spellEnd"/>
      <w:r>
        <w:t xml:space="preserve">       DATE   NOT NULL,</w:t>
      </w:r>
    </w:p>
    <w:p w14:paraId="65314508" w14:textId="77777777" w:rsidR="004172DC" w:rsidRDefault="004172DC" w:rsidP="004172DC">
      <w:r>
        <w:t xml:space="preserve">  </w:t>
      </w:r>
      <w:proofErr w:type="spellStart"/>
      <w:r>
        <w:t>total_documents</w:t>
      </w:r>
      <w:proofErr w:type="spellEnd"/>
      <w:r>
        <w:t xml:space="preserve"> NUMBER NOT NULL</w:t>
      </w:r>
    </w:p>
    <w:p w14:paraId="2E322B02" w14:textId="77777777" w:rsidR="004172DC" w:rsidRDefault="004172DC" w:rsidP="004172DC">
      <w:r>
        <w:t>);</w:t>
      </w:r>
    </w:p>
    <w:p w14:paraId="55A8C32B" w14:textId="77777777" w:rsidR="004172DC" w:rsidRDefault="004172DC" w:rsidP="004172DC"/>
    <w:p w14:paraId="4654217C" w14:textId="77777777" w:rsidR="004172DC" w:rsidRDefault="004172DC" w:rsidP="004172DC">
      <w:r>
        <w:t xml:space="preserve">CREATE SEQUENCE </w:t>
      </w:r>
      <w:proofErr w:type="spellStart"/>
      <w:r>
        <w:t>Document_Count_Log_seq</w:t>
      </w:r>
      <w:proofErr w:type="spellEnd"/>
      <w:r>
        <w:t xml:space="preserve"> START WITH 1 INCREMENT BY 1;</w:t>
      </w:r>
    </w:p>
    <w:p w14:paraId="24957C39" w14:textId="77777777" w:rsidR="004172DC" w:rsidRDefault="004172DC" w:rsidP="004172DC">
      <w:r>
        <w:t>COMMIT;</w:t>
      </w:r>
    </w:p>
    <w:p w14:paraId="15CB58F2" w14:textId="77777777" w:rsidR="004172DC" w:rsidRDefault="004172DC" w:rsidP="004172DC"/>
    <w:p w14:paraId="35200545" w14:textId="77777777" w:rsidR="004172DC" w:rsidRDefault="004172DC" w:rsidP="00240D8F">
      <w:pPr>
        <w:pStyle w:val="IntenseQuote"/>
        <w:rPr>
          <w:rFonts w:hint="eastAsia"/>
        </w:rPr>
      </w:pPr>
      <w:r>
        <w:rPr>
          <w:rFonts w:hint="eastAsia"/>
        </w:rPr>
        <w:t>-- Statement</w:t>
      </w:r>
      <w:r>
        <w:rPr>
          <w:rFonts w:hint="eastAsia"/>
        </w:rPr>
        <w:t>‐</w:t>
      </w:r>
      <w:r>
        <w:rPr>
          <w:rFonts w:hint="eastAsia"/>
        </w:rPr>
        <w:t xml:space="preserve">level trigger that fires after INSERT or DELETE on </w:t>
      </w:r>
      <w:proofErr w:type="spellStart"/>
      <w:r>
        <w:rPr>
          <w:rFonts w:hint="eastAsia"/>
        </w:rPr>
        <w:t>documentsN</w:t>
      </w:r>
      <w:proofErr w:type="spellEnd"/>
    </w:p>
    <w:p w14:paraId="2876FB3D" w14:textId="77777777" w:rsidR="004172DC" w:rsidRDefault="004172DC" w:rsidP="004172DC">
      <w:r>
        <w:t xml:space="preserve">CREATE OR REPLACE TRIGGER </w:t>
      </w:r>
      <w:proofErr w:type="spellStart"/>
      <w:r>
        <w:t>trg_doc_count_log</w:t>
      </w:r>
      <w:proofErr w:type="spellEnd"/>
    </w:p>
    <w:p w14:paraId="77911E76" w14:textId="77777777" w:rsidR="004172DC" w:rsidRDefault="004172DC" w:rsidP="004172DC">
      <w:r>
        <w:t xml:space="preserve">AFTER INSERT OR DELETE ON </w:t>
      </w:r>
      <w:proofErr w:type="spellStart"/>
      <w:r>
        <w:t>documentsN</w:t>
      </w:r>
      <w:proofErr w:type="spellEnd"/>
    </w:p>
    <w:p w14:paraId="154A83C4" w14:textId="77777777" w:rsidR="004172DC" w:rsidRDefault="004172DC" w:rsidP="004172DC">
      <w:r>
        <w:t>DECLARE</w:t>
      </w:r>
    </w:p>
    <w:p w14:paraId="66ADA315" w14:textId="77777777" w:rsidR="004172DC" w:rsidRDefault="004172DC" w:rsidP="004172DC">
      <w:r>
        <w:t xml:space="preserve">  </w:t>
      </w:r>
      <w:proofErr w:type="spellStart"/>
      <w:r>
        <w:t>v_total</w:t>
      </w:r>
      <w:proofErr w:type="spellEnd"/>
      <w:r>
        <w:t xml:space="preserve"> NUMBER;</w:t>
      </w:r>
    </w:p>
    <w:p w14:paraId="2E565544" w14:textId="77777777" w:rsidR="004172DC" w:rsidRDefault="004172DC" w:rsidP="004172DC">
      <w:r>
        <w:t>BEGIN</w:t>
      </w:r>
    </w:p>
    <w:p w14:paraId="4111D61D" w14:textId="77777777" w:rsidR="004172DC" w:rsidRDefault="004172DC" w:rsidP="004172DC">
      <w:r>
        <w:t xml:space="preserve">  SELECT COUNT(*)</w:t>
      </w:r>
    </w:p>
    <w:p w14:paraId="644FEA27" w14:textId="77777777" w:rsidR="004172DC" w:rsidRDefault="004172DC" w:rsidP="004172DC">
      <w:r>
        <w:t xml:space="preserve">    INTO </w:t>
      </w:r>
      <w:proofErr w:type="spellStart"/>
      <w:r>
        <w:t>v_total</w:t>
      </w:r>
      <w:proofErr w:type="spellEnd"/>
    </w:p>
    <w:p w14:paraId="68D6CF47" w14:textId="77777777" w:rsidR="004172DC" w:rsidRDefault="004172DC" w:rsidP="004172DC">
      <w:r>
        <w:t xml:space="preserve">    FROM </w:t>
      </w:r>
      <w:proofErr w:type="spellStart"/>
      <w:r>
        <w:t>documentsN</w:t>
      </w:r>
      <w:proofErr w:type="spellEnd"/>
      <w:r>
        <w:t>;</w:t>
      </w:r>
    </w:p>
    <w:p w14:paraId="13DAD354" w14:textId="77777777" w:rsidR="004172DC" w:rsidRDefault="004172DC" w:rsidP="004172DC"/>
    <w:p w14:paraId="4CE9ECA5" w14:textId="77777777" w:rsidR="004172DC" w:rsidRDefault="004172DC" w:rsidP="004172DC">
      <w:r>
        <w:t xml:space="preserve">  INSERT INTO </w:t>
      </w:r>
      <w:proofErr w:type="spellStart"/>
      <w:r>
        <w:t>Document_Count_Log</w:t>
      </w:r>
      <w:proofErr w:type="spellEnd"/>
      <w:r>
        <w:t xml:space="preserve"> (</w:t>
      </w:r>
    </w:p>
    <w:p w14:paraId="45285972" w14:textId="77777777" w:rsidR="004172DC" w:rsidRDefault="004172DC" w:rsidP="004172DC">
      <w:r>
        <w:t xml:space="preserve">    </w:t>
      </w:r>
      <w:proofErr w:type="spellStart"/>
      <w:r>
        <w:t>log_id</w:t>
      </w:r>
      <w:proofErr w:type="spellEnd"/>
      <w:r>
        <w:t xml:space="preserve">, </w:t>
      </w:r>
      <w:proofErr w:type="spellStart"/>
      <w:r>
        <w:t>log_date</w:t>
      </w:r>
      <w:proofErr w:type="spellEnd"/>
      <w:r>
        <w:t xml:space="preserve">, </w:t>
      </w:r>
      <w:proofErr w:type="spellStart"/>
      <w:r>
        <w:t>total_documents</w:t>
      </w:r>
      <w:proofErr w:type="spellEnd"/>
    </w:p>
    <w:p w14:paraId="37FC4CA5" w14:textId="77777777" w:rsidR="004172DC" w:rsidRDefault="004172DC" w:rsidP="004172DC">
      <w:r>
        <w:t xml:space="preserve">  ) VALUES (</w:t>
      </w:r>
    </w:p>
    <w:p w14:paraId="651534CC" w14:textId="77777777" w:rsidR="004172DC" w:rsidRDefault="004172DC" w:rsidP="004172DC">
      <w:r>
        <w:t xml:space="preserve">    </w:t>
      </w:r>
      <w:proofErr w:type="spellStart"/>
      <w:r>
        <w:t>Document_Count_Log_seq.NEXTVAL</w:t>
      </w:r>
      <w:proofErr w:type="spellEnd"/>
      <w:r>
        <w:t xml:space="preserve">, SYSDATE, </w:t>
      </w:r>
      <w:proofErr w:type="spellStart"/>
      <w:r>
        <w:t>v_total</w:t>
      </w:r>
      <w:proofErr w:type="spellEnd"/>
    </w:p>
    <w:p w14:paraId="799774A9" w14:textId="77777777" w:rsidR="004172DC" w:rsidRDefault="004172DC" w:rsidP="004172DC">
      <w:r>
        <w:t xml:space="preserve">  );</w:t>
      </w:r>
    </w:p>
    <w:p w14:paraId="42636F94" w14:textId="77777777" w:rsidR="004172DC" w:rsidRDefault="004172DC" w:rsidP="004172DC">
      <w:r>
        <w:t>END;</w:t>
      </w:r>
    </w:p>
    <w:p w14:paraId="1D14E57A" w14:textId="33D54908" w:rsidR="004172DC" w:rsidRDefault="004172DC" w:rsidP="004172DC">
      <w:r>
        <w:t>/</w:t>
      </w:r>
      <w:r>
        <w:br/>
      </w:r>
      <w:r>
        <w:rPr>
          <w:noProof/>
        </w:rPr>
        <w:drawing>
          <wp:inline distT="0" distB="0" distL="0" distR="0" wp14:anchorId="185F841C" wp14:editId="64A1A977">
            <wp:extent cx="5486400" cy="3430270"/>
            <wp:effectExtent l="0" t="0" r="0" b="0"/>
            <wp:docPr id="2094109841"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4109841" name="Picture 1" descr="A screenshot of a computer&#10;&#10;AI-generated content may be incorrect."/>
                    <pic:cNvPicPr/>
                  </pic:nvPicPr>
                  <pic:blipFill>
                    <a:blip r:embed="rId53"/>
                    <a:stretch>
                      <a:fillRect/>
                    </a:stretch>
                  </pic:blipFill>
                  <pic:spPr>
                    <a:xfrm>
                      <a:off x="0" y="0"/>
                      <a:ext cx="5486400" cy="3430270"/>
                    </a:xfrm>
                    <a:prstGeom prst="rect">
                      <a:avLst/>
                    </a:prstGeom>
                  </pic:spPr>
                </pic:pic>
              </a:graphicData>
            </a:graphic>
          </wp:inline>
        </w:drawing>
      </w:r>
    </w:p>
    <w:p w14:paraId="4CE362CB" w14:textId="77777777" w:rsidR="00240D8F" w:rsidRDefault="00240D8F" w:rsidP="00240D8F">
      <w:pPr>
        <w:pStyle w:val="IntenseQuote"/>
      </w:pPr>
      <w:r>
        <w:t>-- Create log table and sequence for documents</w:t>
      </w:r>
    </w:p>
    <w:p w14:paraId="4A51F683" w14:textId="77777777" w:rsidR="00240D8F" w:rsidRDefault="00240D8F" w:rsidP="00240D8F">
      <w:r>
        <w:t xml:space="preserve">CREATE TABLE </w:t>
      </w:r>
      <w:proofErr w:type="spellStart"/>
      <w:r>
        <w:t>Document_Count_Log</w:t>
      </w:r>
      <w:proofErr w:type="spellEnd"/>
      <w:r>
        <w:t xml:space="preserve"> (</w:t>
      </w:r>
    </w:p>
    <w:p w14:paraId="456AE797" w14:textId="77777777" w:rsidR="00240D8F" w:rsidRDefault="00240D8F" w:rsidP="00240D8F">
      <w:r>
        <w:t xml:space="preserve">  </w:t>
      </w:r>
      <w:proofErr w:type="spellStart"/>
      <w:r>
        <w:t>log_id</w:t>
      </w:r>
      <w:proofErr w:type="spellEnd"/>
      <w:r>
        <w:t xml:space="preserve">         NUMBER PRIMARY KEY,</w:t>
      </w:r>
    </w:p>
    <w:p w14:paraId="31436A31" w14:textId="77777777" w:rsidR="00240D8F" w:rsidRDefault="00240D8F" w:rsidP="00240D8F">
      <w:r>
        <w:t xml:space="preserve">  </w:t>
      </w:r>
      <w:proofErr w:type="spellStart"/>
      <w:r>
        <w:t>log_date</w:t>
      </w:r>
      <w:proofErr w:type="spellEnd"/>
      <w:r>
        <w:t xml:space="preserve">       DATE   NOT NULL,</w:t>
      </w:r>
    </w:p>
    <w:p w14:paraId="024DA795" w14:textId="77777777" w:rsidR="00240D8F" w:rsidRDefault="00240D8F" w:rsidP="00240D8F">
      <w:r>
        <w:t xml:space="preserve">  </w:t>
      </w:r>
      <w:proofErr w:type="spellStart"/>
      <w:r>
        <w:t>total_documents</w:t>
      </w:r>
      <w:proofErr w:type="spellEnd"/>
      <w:r>
        <w:t xml:space="preserve"> NUMBER NOT NULL</w:t>
      </w:r>
    </w:p>
    <w:p w14:paraId="7822A111" w14:textId="77777777" w:rsidR="00240D8F" w:rsidRDefault="00240D8F" w:rsidP="00240D8F">
      <w:r>
        <w:t>);</w:t>
      </w:r>
    </w:p>
    <w:p w14:paraId="638A143E" w14:textId="77777777" w:rsidR="00240D8F" w:rsidRDefault="00240D8F" w:rsidP="00240D8F"/>
    <w:p w14:paraId="4337843C" w14:textId="77777777" w:rsidR="00240D8F" w:rsidRDefault="00240D8F" w:rsidP="00240D8F">
      <w:r>
        <w:lastRenderedPageBreak/>
        <w:t xml:space="preserve">CREATE SEQUENCE </w:t>
      </w:r>
      <w:proofErr w:type="spellStart"/>
      <w:r>
        <w:t>Document_Count_Log_seq</w:t>
      </w:r>
      <w:proofErr w:type="spellEnd"/>
      <w:r>
        <w:t xml:space="preserve"> START WITH 1 INCREMENT BY 1;</w:t>
      </w:r>
    </w:p>
    <w:p w14:paraId="43D8D959" w14:textId="77777777" w:rsidR="00240D8F" w:rsidRDefault="00240D8F" w:rsidP="00240D8F">
      <w:r>
        <w:t>COMMIT;</w:t>
      </w:r>
    </w:p>
    <w:p w14:paraId="71170638" w14:textId="77777777" w:rsidR="00240D8F" w:rsidRDefault="00240D8F" w:rsidP="00240D8F"/>
    <w:p w14:paraId="22ADBE4A" w14:textId="77777777" w:rsidR="00240D8F" w:rsidRDefault="00240D8F" w:rsidP="00240D8F"/>
    <w:p w14:paraId="1B5678D9" w14:textId="77777777" w:rsidR="00240D8F" w:rsidRDefault="00240D8F" w:rsidP="00240D8F">
      <w:pPr>
        <w:pStyle w:val="IntenseQuote"/>
        <w:rPr>
          <w:rFonts w:hint="eastAsia"/>
        </w:rPr>
      </w:pPr>
      <w:r>
        <w:rPr>
          <w:rFonts w:hint="eastAsia"/>
        </w:rPr>
        <w:t>-- Statement</w:t>
      </w:r>
      <w:r>
        <w:rPr>
          <w:rFonts w:hint="eastAsia"/>
        </w:rPr>
        <w:t>‐</w:t>
      </w:r>
      <w:r>
        <w:rPr>
          <w:rFonts w:hint="eastAsia"/>
        </w:rPr>
        <w:t xml:space="preserve">level trigger after insert or delete on </w:t>
      </w:r>
      <w:proofErr w:type="spellStart"/>
      <w:r>
        <w:rPr>
          <w:rFonts w:hint="eastAsia"/>
        </w:rPr>
        <w:t>documentsN</w:t>
      </w:r>
      <w:proofErr w:type="spellEnd"/>
    </w:p>
    <w:p w14:paraId="5F66E2E3" w14:textId="77777777" w:rsidR="00240D8F" w:rsidRDefault="00240D8F" w:rsidP="00240D8F">
      <w:r>
        <w:t xml:space="preserve">CREATE OR REPLACE TRIGGER </w:t>
      </w:r>
      <w:proofErr w:type="spellStart"/>
      <w:r>
        <w:t>trg_doc_count_log</w:t>
      </w:r>
      <w:proofErr w:type="spellEnd"/>
    </w:p>
    <w:p w14:paraId="091B184D" w14:textId="77777777" w:rsidR="00240D8F" w:rsidRDefault="00240D8F" w:rsidP="00240D8F">
      <w:r>
        <w:t xml:space="preserve">AFTER INSERT OR DELETE ON </w:t>
      </w:r>
      <w:proofErr w:type="spellStart"/>
      <w:r>
        <w:t>documentsN</w:t>
      </w:r>
      <w:proofErr w:type="spellEnd"/>
    </w:p>
    <w:p w14:paraId="6F8002C8" w14:textId="77777777" w:rsidR="00240D8F" w:rsidRDefault="00240D8F" w:rsidP="00240D8F">
      <w:r>
        <w:t>DECLARE</w:t>
      </w:r>
    </w:p>
    <w:p w14:paraId="1CF7B76F" w14:textId="77777777" w:rsidR="00240D8F" w:rsidRDefault="00240D8F" w:rsidP="00240D8F">
      <w:r>
        <w:t xml:space="preserve">  </w:t>
      </w:r>
      <w:proofErr w:type="spellStart"/>
      <w:r>
        <w:t>v_total</w:t>
      </w:r>
      <w:proofErr w:type="spellEnd"/>
      <w:r>
        <w:t xml:space="preserve"> NUMBER;</w:t>
      </w:r>
    </w:p>
    <w:p w14:paraId="6644CBB4" w14:textId="77777777" w:rsidR="00240D8F" w:rsidRDefault="00240D8F" w:rsidP="00240D8F">
      <w:r>
        <w:t>BEGIN</w:t>
      </w:r>
    </w:p>
    <w:p w14:paraId="7847A2EF" w14:textId="77777777" w:rsidR="00240D8F" w:rsidRDefault="00240D8F" w:rsidP="00240D8F">
      <w:r>
        <w:t xml:space="preserve">  SELECT COUNT(*) INTO </w:t>
      </w:r>
      <w:proofErr w:type="spellStart"/>
      <w:r>
        <w:t>v_total</w:t>
      </w:r>
      <w:proofErr w:type="spellEnd"/>
      <w:r>
        <w:t xml:space="preserve"> FROM </w:t>
      </w:r>
      <w:proofErr w:type="spellStart"/>
      <w:r>
        <w:t>documentsN</w:t>
      </w:r>
      <w:proofErr w:type="spellEnd"/>
      <w:r>
        <w:t>;</w:t>
      </w:r>
    </w:p>
    <w:p w14:paraId="6F42B643" w14:textId="77777777" w:rsidR="00240D8F" w:rsidRDefault="00240D8F" w:rsidP="00240D8F">
      <w:r>
        <w:t xml:space="preserve">  INSERT INTO </w:t>
      </w:r>
      <w:proofErr w:type="spellStart"/>
      <w:r>
        <w:t>Document_Count_Log</w:t>
      </w:r>
      <w:proofErr w:type="spellEnd"/>
      <w:r>
        <w:t xml:space="preserve"> (</w:t>
      </w:r>
    </w:p>
    <w:p w14:paraId="6D5729E3" w14:textId="77777777" w:rsidR="00240D8F" w:rsidRDefault="00240D8F" w:rsidP="00240D8F">
      <w:r>
        <w:t xml:space="preserve">    </w:t>
      </w:r>
      <w:proofErr w:type="spellStart"/>
      <w:r>
        <w:t>log_id</w:t>
      </w:r>
      <w:proofErr w:type="spellEnd"/>
      <w:r>
        <w:t xml:space="preserve">, </w:t>
      </w:r>
      <w:proofErr w:type="spellStart"/>
      <w:r>
        <w:t>log_date</w:t>
      </w:r>
      <w:proofErr w:type="spellEnd"/>
      <w:r>
        <w:t xml:space="preserve">, </w:t>
      </w:r>
      <w:proofErr w:type="spellStart"/>
      <w:r>
        <w:t>total_documents</w:t>
      </w:r>
      <w:proofErr w:type="spellEnd"/>
    </w:p>
    <w:p w14:paraId="43EEEBEA" w14:textId="77777777" w:rsidR="00240D8F" w:rsidRDefault="00240D8F" w:rsidP="00240D8F">
      <w:r>
        <w:t xml:space="preserve">  ) VALUES (</w:t>
      </w:r>
    </w:p>
    <w:p w14:paraId="3FDD52FD" w14:textId="77777777" w:rsidR="00240D8F" w:rsidRDefault="00240D8F" w:rsidP="00240D8F">
      <w:r>
        <w:t xml:space="preserve">    </w:t>
      </w:r>
      <w:proofErr w:type="spellStart"/>
      <w:r>
        <w:t>Document_Count_Log_seq.NEXTVAL</w:t>
      </w:r>
      <w:proofErr w:type="spellEnd"/>
      <w:r>
        <w:t xml:space="preserve">, SYSDATE, </w:t>
      </w:r>
      <w:proofErr w:type="spellStart"/>
      <w:r>
        <w:t>v_total</w:t>
      </w:r>
      <w:proofErr w:type="spellEnd"/>
    </w:p>
    <w:p w14:paraId="28C58BBA" w14:textId="77777777" w:rsidR="00240D8F" w:rsidRDefault="00240D8F" w:rsidP="00240D8F">
      <w:r>
        <w:t xml:space="preserve">  );</w:t>
      </w:r>
    </w:p>
    <w:p w14:paraId="3D8E33EA" w14:textId="77777777" w:rsidR="00240D8F" w:rsidRDefault="00240D8F" w:rsidP="00240D8F">
      <w:r>
        <w:t xml:space="preserve">END </w:t>
      </w:r>
      <w:proofErr w:type="spellStart"/>
      <w:r>
        <w:t>trg_doc_count_log</w:t>
      </w:r>
      <w:proofErr w:type="spellEnd"/>
      <w:r>
        <w:t>;</w:t>
      </w:r>
    </w:p>
    <w:p w14:paraId="0A58E4A9" w14:textId="136A6D94" w:rsidR="00240D8F" w:rsidRDefault="00240D8F" w:rsidP="00240D8F">
      <w:r>
        <w:t>/</w:t>
      </w:r>
    </w:p>
    <w:p w14:paraId="4AAE917C" w14:textId="78D33C88" w:rsidR="00240D8F" w:rsidRDefault="00240D8F" w:rsidP="00240D8F">
      <w:r w:rsidRPr="00240D8F">
        <w:drawing>
          <wp:inline distT="0" distB="0" distL="0" distR="0" wp14:anchorId="5AC6267D" wp14:editId="244F22BF">
            <wp:extent cx="4667901" cy="704948"/>
            <wp:effectExtent l="0" t="0" r="0" b="0"/>
            <wp:docPr id="1525086738" name="Picture 1" descr="A close up of a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5086738" name="Picture 1" descr="A close up of a text&#10;&#10;AI-generated content may be incorrect."/>
                    <pic:cNvPicPr/>
                  </pic:nvPicPr>
                  <pic:blipFill>
                    <a:blip r:embed="rId54"/>
                    <a:stretch>
                      <a:fillRect/>
                    </a:stretch>
                  </pic:blipFill>
                  <pic:spPr>
                    <a:xfrm>
                      <a:off x="0" y="0"/>
                      <a:ext cx="4667901" cy="704948"/>
                    </a:xfrm>
                    <a:prstGeom prst="rect">
                      <a:avLst/>
                    </a:prstGeom>
                  </pic:spPr>
                </pic:pic>
              </a:graphicData>
            </a:graphic>
          </wp:inline>
        </w:drawing>
      </w:r>
    </w:p>
    <w:p w14:paraId="048AB1A4" w14:textId="77777777" w:rsidR="00240D8F" w:rsidRDefault="00240D8F" w:rsidP="00240D8F">
      <w:pPr>
        <w:pStyle w:val="IntenseQuote"/>
      </w:pPr>
      <w:r>
        <w:t xml:space="preserve">-- Insert a row into </w:t>
      </w:r>
      <w:proofErr w:type="spellStart"/>
      <w:r>
        <w:t>documentsN</w:t>
      </w:r>
      <w:proofErr w:type="spellEnd"/>
      <w:r>
        <w:t xml:space="preserve"> and display the logs.</w:t>
      </w:r>
    </w:p>
    <w:p w14:paraId="57CD8119" w14:textId="77777777" w:rsidR="00240D8F" w:rsidRDefault="00240D8F" w:rsidP="00240D8F">
      <w:r>
        <w:t xml:space="preserve">INSERT INTO </w:t>
      </w:r>
      <w:proofErr w:type="spellStart"/>
      <w:r>
        <w:t>documentsN</w:t>
      </w:r>
      <w:proofErr w:type="spellEnd"/>
      <w:r>
        <w:t xml:space="preserve"> (</w:t>
      </w:r>
      <w:proofErr w:type="spellStart"/>
      <w:r>
        <w:t>document_id</w:t>
      </w:r>
      <w:proofErr w:type="spellEnd"/>
      <w:r>
        <w:t xml:space="preserve">, </w:t>
      </w:r>
      <w:proofErr w:type="spellStart"/>
      <w:r>
        <w:t>application_id</w:t>
      </w:r>
      <w:proofErr w:type="spellEnd"/>
      <w:r>
        <w:t xml:space="preserve">, </w:t>
      </w:r>
      <w:proofErr w:type="spellStart"/>
      <w:r>
        <w:t>doc_type</w:t>
      </w:r>
      <w:proofErr w:type="spellEnd"/>
      <w:r>
        <w:t xml:space="preserve">, </w:t>
      </w:r>
      <w:proofErr w:type="spellStart"/>
      <w:r>
        <w:t>doc_path</w:t>
      </w:r>
      <w:proofErr w:type="spellEnd"/>
      <w:r>
        <w:t xml:space="preserve">, </w:t>
      </w:r>
      <w:proofErr w:type="spellStart"/>
      <w:r>
        <w:t>upload_date</w:t>
      </w:r>
      <w:proofErr w:type="spellEnd"/>
      <w:r>
        <w:t xml:space="preserve">) </w:t>
      </w:r>
    </w:p>
    <w:p w14:paraId="01DE6F7B" w14:textId="77777777" w:rsidR="00240D8F" w:rsidRDefault="00240D8F" w:rsidP="00240D8F">
      <w:r>
        <w:t>VALUES (6001, 9301, 'User Manual', '9301/manual.pdf', SYSDATE);</w:t>
      </w:r>
    </w:p>
    <w:p w14:paraId="4D677B87" w14:textId="77777777" w:rsidR="00240D8F" w:rsidRDefault="00240D8F" w:rsidP="00240D8F"/>
    <w:p w14:paraId="1DF03C89" w14:textId="15FACC94" w:rsidR="00240D8F" w:rsidRDefault="00240D8F" w:rsidP="00240D8F">
      <w:r>
        <w:t xml:space="preserve">SELECT * FROM </w:t>
      </w:r>
      <w:proofErr w:type="spellStart"/>
      <w:r>
        <w:t>Document_Count_Log</w:t>
      </w:r>
      <w:proofErr w:type="spellEnd"/>
      <w:r>
        <w:t xml:space="preserve"> ORDER BY </w:t>
      </w:r>
      <w:proofErr w:type="spellStart"/>
      <w:r>
        <w:t>log_id</w:t>
      </w:r>
      <w:proofErr w:type="spellEnd"/>
      <w:r>
        <w:t xml:space="preserve"> DESC;</w:t>
      </w:r>
    </w:p>
    <w:p w14:paraId="3D528CF3" w14:textId="314586DA" w:rsidR="00240D8F" w:rsidRDefault="00240D8F" w:rsidP="00240D8F">
      <w:r w:rsidRPr="00240D8F">
        <w:lastRenderedPageBreak/>
        <w:drawing>
          <wp:inline distT="0" distB="0" distL="0" distR="0" wp14:anchorId="53532805" wp14:editId="208FEE50">
            <wp:extent cx="4563112" cy="971686"/>
            <wp:effectExtent l="0" t="0" r="0" b="0"/>
            <wp:docPr id="2125519785"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5519785" name="Picture 1" descr="A screenshot of a computer&#10;&#10;AI-generated content may be incorrect."/>
                    <pic:cNvPicPr/>
                  </pic:nvPicPr>
                  <pic:blipFill>
                    <a:blip r:embed="rId55"/>
                    <a:stretch>
                      <a:fillRect/>
                    </a:stretch>
                  </pic:blipFill>
                  <pic:spPr>
                    <a:xfrm>
                      <a:off x="0" y="0"/>
                      <a:ext cx="4563112" cy="971686"/>
                    </a:xfrm>
                    <a:prstGeom prst="rect">
                      <a:avLst/>
                    </a:prstGeom>
                  </pic:spPr>
                </pic:pic>
              </a:graphicData>
            </a:graphic>
          </wp:inline>
        </w:drawing>
      </w:r>
    </w:p>
    <w:p w14:paraId="3EBF6C12" w14:textId="74D1E5BF" w:rsidR="00240D8F" w:rsidRDefault="00240D8F" w:rsidP="00240D8F">
      <w:pPr>
        <w:pStyle w:val="IntenseQuote"/>
      </w:pPr>
      <w:r>
        <w:t>29.</w:t>
      </w:r>
      <w:r>
        <w:t xml:space="preserve"> Create log table and sequence for </w:t>
      </w:r>
      <w:proofErr w:type="spellStart"/>
      <w:r>
        <w:t>status_historyN</w:t>
      </w:r>
      <w:proofErr w:type="spellEnd"/>
    </w:p>
    <w:p w14:paraId="50A1C30F" w14:textId="77777777" w:rsidR="00240D8F" w:rsidRDefault="00240D8F" w:rsidP="00240D8F">
      <w:r>
        <w:t xml:space="preserve">CREATE TABLE </w:t>
      </w:r>
      <w:proofErr w:type="spellStart"/>
      <w:r>
        <w:t>StatusHistory_Count_Log</w:t>
      </w:r>
      <w:proofErr w:type="spellEnd"/>
      <w:r>
        <w:t xml:space="preserve"> (</w:t>
      </w:r>
    </w:p>
    <w:p w14:paraId="68C4EC17" w14:textId="77777777" w:rsidR="00240D8F" w:rsidRDefault="00240D8F" w:rsidP="00240D8F">
      <w:r>
        <w:t xml:space="preserve">  </w:t>
      </w:r>
      <w:proofErr w:type="spellStart"/>
      <w:r>
        <w:t>log_id</w:t>
      </w:r>
      <w:proofErr w:type="spellEnd"/>
      <w:r>
        <w:t xml:space="preserve">        NUMBER PRIMARY KEY,</w:t>
      </w:r>
    </w:p>
    <w:p w14:paraId="65A21FCC" w14:textId="77777777" w:rsidR="00240D8F" w:rsidRDefault="00240D8F" w:rsidP="00240D8F">
      <w:r>
        <w:t xml:space="preserve">  </w:t>
      </w:r>
      <w:proofErr w:type="spellStart"/>
      <w:r>
        <w:t>log_date</w:t>
      </w:r>
      <w:proofErr w:type="spellEnd"/>
      <w:r>
        <w:t xml:space="preserve">      DATE   NOT NULL,</w:t>
      </w:r>
    </w:p>
    <w:p w14:paraId="17AAAF1A" w14:textId="77777777" w:rsidR="00240D8F" w:rsidRDefault="00240D8F" w:rsidP="00240D8F">
      <w:r>
        <w:t xml:space="preserve">  </w:t>
      </w:r>
      <w:proofErr w:type="spellStart"/>
      <w:r>
        <w:t>total_history</w:t>
      </w:r>
      <w:proofErr w:type="spellEnd"/>
      <w:r>
        <w:t xml:space="preserve"> NUMBER NOT NULL</w:t>
      </w:r>
    </w:p>
    <w:p w14:paraId="0A0C31B2" w14:textId="77777777" w:rsidR="00240D8F" w:rsidRDefault="00240D8F" w:rsidP="00240D8F">
      <w:r>
        <w:t>);</w:t>
      </w:r>
    </w:p>
    <w:p w14:paraId="10DB2474" w14:textId="77777777" w:rsidR="00240D8F" w:rsidRDefault="00240D8F" w:rsidP="00240D8F"/>
    <w:p w14:paraId="42121EC1" w14:textId="77777777" w:rsidR="00240D8F" w:rsidRDefault="00240D8F" w:rsidP="00240D8F">
      <w:r>
        <w:t xml:space="preserve">CREATE SEQUENCE </w:t>
      </w:r>
      <w:proofErr w:type="spellStart"/>
      <w:r>
        <w:t>StatusHistory_Count_Log_seq</w:t>
      </w:r>
      <w:proofErr w:type="spellEnd"/>
      <w:r>
        <w:t xml:space="preserve"> START WITH 1 INCREMENT BY 1;</w:t>
      </w:r>
    </w:p>
    <w:p w14:paraId="4C3296D2" w14:textId="77777777" w:rsidR="00240D8F" w:rsidRDefault="00240D8F" w:rsidP="00240D8F">
      <w:r>
        <w:t>COMMIT;</w:t>
      </w:r>
    </w:p>
    <w:p w14:paraId="4BD0E5C8" w14:textId="77777777" w:rsidR="00240D8F" w:rsidRDefault="00240D8F" w:rsidP="00240D8F"/>
    <w:p w14:paraId="280C0E49" w14:textId="77777777" w:rsidR="00240D8F" w:rsidRDefault="00240D8F" w:rsidP="00240D8F">
      <w:pPr>
        <w:pStyle w:val="IntenseQuote"/>
        <w:rPr>
          <w:rFonts w:hint="eastAsia"/>
        </w:rPr>
      </w:pPr>
      <w:r>
        <w:rPr>
          <w:rFonts w:hint="eastAsia"/>
        </w:rPr>
        <w:t>-- Statement</w:t>
      </w:r>
      <w:r>
        <w:rPr>
          <w:rFonts w:hint="eastAsia"/>
        </w:rPr>
        <w:t>‐</w:t>
      </w:r>
      <w:r>
        <w:rPr>
          <w:rFonts w:hint="eastAsia"/>
        </w:rPr>
        <w:t xml:space="preserve">level trigger after INSERT or DELETE on </w:t>
      </w:r>
      <w:proofErr w:type="spellStart"/>
      <w:r>
        <w:rPr>
          <w:rFonts w:hint="eastAsia"/>
        </w:rPr>
        <w:t>status_historyN</w:t>
      </w:r>
      <w:proofErr w:type="spellEnd"/>
    </w:p>
    <w:p w14:paraId="718CDE2F" w14:textId="77777777" w:rsidR="00240D8F" w:rsidRDefault="00240D8F" w:rsidP="00240D8F">
      <w:r>
        <w:t xml:space="preserve">CREATE OR REPLACE TRIGGER </w:t>
      </w:r>
      <w:proofErr w:type="spellStart"/>
      <w:r>
        <w:t>trg_statushistory_count_log</w:t>
      </w:r>
      <w:proofErr w:type="spellEnd"/>
    </w:p>
    <w:p w14:paraId="44349ED8" w14:textId="77777777" w:rsidR="00240D8F" w:rsidRDefault="00240D8F" w:rsidP="00240D8F">
      <w:r>
        <w:t xml:space="preserve">AFTER INSERT OR DELETE ON </w:t>
      </w:r>
      <w:proofErr w:type="spellStart"/>
      <w:r>
        <w:t>status_historyN</w:t>
      </w:r>
      <w:proofErr w:type="spellEnd"/>
    </w:p>
    <w:p w14:paraId="31BEA25B" w14:textId="77777777" w:rsidR="00240D8F" w:rsidRDefault="00240D8F" w:rsidP="00240D8F">
      <w:r>
        <w:t>DECLARE</w:t>
      </w:r>
    </w:p>
    <w:p w14:paraId="79674762" w14:textId="77777777" w:rsidR="00240D8F" w:rsidRDefault="00240D8F" w:rsidP="00240D8F">
      <w:r>
        <w:t xml:space="preserve">  </w:t>
      </w:r>
      <w:proofErr w:type="spellStart"/>
      <w:r>
        <w:t>v_total</w:t>
      </w:r>
      <w:proofErr w:type="spellEnd"/>
      <w:r>
        <w:t xml:space="preserve"> NUMBER;</w:t>
      </w:r>
    </w:p>
    <w:p w14:paraId="0A2A8200" w14:textId="77777777" w:rsidR="00240D8F" w:rsidRDefault="00240D8F" w:rsidP="00240D8F">
      <w:r>
        <w:t>BEGIN</w:t>
      </w:r>
    </w:p>
    <w:p w14:paraId="1BC9F62C" w14:textId="77777777" w:rsidR="00240D8F" w:rsidRDefault="00240D8F" w:rsidP="00240D8F">
      <w:r>
        <w:t xml:space="preserve">  SELECT COUNT(*) INTO </w:t>
      </w:r>
      <w:proofErr w:type="spellStart"/>
      <w:r>
        <w:t>v_total</w:t>
      </w:r>
      <w:proofErr w:type="spellEnd"/>
      <w:r>
        <w:t xml:space="preserve"> FROM </w:t>
      </w:r>
      <w:proofErr w:type="spellStart"/>
      <w:r>
        <w:t>status_historyN</w:t>
      </w:r>
      <w:proofErr w:type="spellEnd"/>
      <w:r>
        <w:t>;</w:t>
      </w:r>
    </w:p>
    <w:p w14:paraId="2DF5A3FE" w14:textId="77777777" w:rsidR="00240D8F" w:rsidRDefault="00240D8F" w:rsidP="00240D8F">
      <w:r>
        <w:t xml:space="preserve">  INSERT INTO </w:t>
      </w:r>
      <w:proofErr w:type="spellStart"/>
      <w:r>
        <w:t>StatusHistory_Count_Log</w:t>
      </w:r>
      <w:proofErr w:type="spellEnd"/>
      <w:r>
        <w:t xml:space="preserve"> (</w:t>
      </w:r>
    </w:p>
    <w:p w14:paraId="43A10EFB" w14:textId="77777777" w:rsidR="00240D8F" w:rsidRDefault="00240D8F" w:rsidP="00240D8F">
      <w:r>
        <w:t xml:space="preserve">    </w:t>
      </w:r>
      <w:proofErr w:type="spellStart"/>
      <w:r>
        <w:t>log_id</w:t>
      </w:r>
      <w:proofErr w:type="spellEnd"/>
      <w:r>
        <w:t xml:space="preserve">, </w:t>
      </w:r>
      <w:proofErr w:type="spellStart"/>
      <w:r>
        <w:t>log_date</w:t>
      </w:r>
      <w:proofErr w:type="spellEnd"/>
      <w:r>
        <w:t xml:space="preserve">, </w:t>
      </w:r>
      <w:proofErr w:type="spellStart"/>
      <w:r>
        <w:t>total_history</w:t>
      </w:r>
      <w:proofErr w:type="spellEnd"/>
    </w:p>
    <w:p w14:paraId="14C88682" w14:textId="77777777" w:rsidR="00240D8F" w:rsidRDefault="00240D8F" w:rsidP="00240D8F">
      <w:r>
        <w:t xml:space="preserve">  ) VALUES (</w:t>
      </w:r>
    </w:p>
    <w:p w14:paraId="6BDCDC1A" w14:textId="77777777" w:rsidR="00240D8F" w:rsidRDefault="00240D8F" w:rsidP="00240D8F">
      <w:r>
        <w:t xml:space="preserve">    </w:t>
      </w:r>
      <w:proofErr w:type="spellStart"/>
      <w:r>
        <w:t>StatusHistory_Count_Log_seq.NEXTVAL</w:t>
      </w:r>
      <w:proofErr w:type="spellEnd"/>
      <w:r>
        <w:t xml:space="preserve">, SYSDATE, </w:t>
      </w:r>
      <w:proofErr w:type="spellStart"/>
      <w:r>
        <w:t>v_total</w:t>
      </w:r>
      <w:proofErr w:type="spellEnd"/>
    </w:p>
    <w:p w14:paraId="12F4B81A" w14:textId="77777777" w:rsidR="00240D8F" w:rsidRDefault="00240D8F" w:rsidP="00240D8F">
      <w:r>
        <w:lastRenderedPageBreak/>
        <w:t xml:space="preserve">  );</w:t>
      </w:r>
    </w:p>
    <w:p w14:paraId="51476B3A" w14:textId="77777777" w:rsidR="00240D8F" w:rsidRDefault="00240D8F" w:rsidP="00240D8F">
      <w:r>
        <w:t xml:space="preserve">END </w:t>
      </w:r>
      <w:proofErr w:type="spellStart"/>
      <w:r>
        <w:t>trg_statushistory_count_log</w:t>
      </w:r>
      <w:proofErr w:type="spellEnd"/>
      <w:r>
        <w:t>;</w:t>
      </w:r>
    </w:p>
    <w:p w14:paraId="3CF53063" w14:textId="3BE9693C" w:rsidR="00240D8F" w:rsidRDefault="00240D8F" w:rsidP="00240D8F">
      <w:r>
        <w:t>/</w:t>
      </w:r>
    </w:p>
    <w:p w14:paraId="1A93CA4C" w14:textId="13A568AD" w:rsidR="00240D8F" w:rsidRDefault="00240D8F" w:rsidP="00240D8F">
      <w:r w:rsidRPr="00240D8F">
        <w:drawing>
          <wp:inline distT="0" distB="0" distL="0" distR="0" wp14:anchorId="4BAD6F37" wp14:editId="0719B691">
            <wp:extent cx="5486400" cy="3056255"/>
            <wp:effectExtent l="0" t="0" r="0" b="0"/>
            <wp:docPr id="373160332" name="Picture 1" descr="A screenshot of a computer program&#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3160332" name="Picture 1" descr="A screenshot of a computer program&#10;&#10;AI-generated content may be incorrect."/>
                    <pic:cNvPicPr/>
                  </pic:nvPicPr>
                  <pic:blipFill>
                    <a:blip r:embed="rId56"/>
                    <a:stretch>
                      <a:fillRect/>
                    </a:stretch>
                  </pic:blipFill>
                  <pic:spPr>
                    <a:xfrm>
                      <a:off x="0" y="0"/>
                      <a:ext cx="5486400" cy="3056255"/>
                    </a:xfrm>
                    <a:prstGeom prst="rect">
                      <a:avLst/>
                    </a:prstGeom>
                  </pic:spPr>
                </pic:pic>
              </a:graphicData>
            </a:graphic>
          </wp:inline>
        </w:drawing>
      </w:r>
    </w:p>
    <w:p w14:paraId="36DAFB86" w14:textId="77777777" w:rsidR="00240D8F" w:rsidRDefault="00240D8F" w:rsidP="00240D8F">
      <w:r>
        <w:t xml:space="preserve">INSERT INTO </w:t>
      </w:r>
      <w:proofErr w:type="spellStart"/>
      <w:r>
        <w:t>status_historyN</w:t>
      </w:r>
      <w:proofErr w:type="spellEnd"/>
      <w:r>
        <w:t xml:space="preserve"> (</w:t>
      </w:r>
    </w:p>
    <w:p w14:paraId="09F01043" w14:textId="77777777" w:rsidR="00240D8F" w:rsidRDefault="00240D8F" w:rsidP="00240D8F">
      <w:r>
        <w:t xml:space="preserve">  </w:t>
      </w:r>
      <w:proofErr w:type="spellStart"/>
      <w:r>
        <w:t>history_id</w:t>
      </w:r>
      <w:proofErr w:type="spellEnd"/>
      <w:r>
        <w:t xml:space="preserve">, </w:t>
      </w:r>
      <w:proofErr w:type="spellStart"/>
      <w:r>
        <w:t>application_id</w:t>
      </w:r>
      <w:proofErr w:type="spellEnd"/>
      <w:r>
        <w:t xml:space="preserve">, status, </w:t>
      </w:r>
      <w:proofErr w:type="spellStart"/>
      <w:r>
        <w:t>change_date</w:t>
      </w:r>
      <w:proofErr w:type="spellEnd"/>
    </w:p>
    <w:p w14:paraId="59AC7FE1" w14:textId="77777777" w:rsidR="00240D8F" w:rsidRDefault="00240D8F" w:rsidP="00240D8F">
      <w:r>
        <w:t>) VALUES (</w:t>
      </w:r>
    </w:p>
    <w:p w14:paraId="49B2B4A7" w14:textId="77777777" w:rsidR="00240D8F" w:rsidRDefault="00240D8F" w:rsidP="00240D8F">
      <w:r>
        <w:t xml:space="preserve">  3001, 9101, 'REVIEWED', SYSDATE</w:t>
      </w:r>
    </w:p>
    <w:p w14:paraId="67C9434E" w14:textId="77777777" w:rsidR="00240D8F" w:rsidRDefault="00240D8F" w:rsidP="00240D8F">
      <w:r>
        <w:t>);</w:t>
      </w:r>
    </w:p>
    <w:p w14:paraId="2F2802F8" w14:textId="77777777" w:rsidR="00240D8F" w:rsidRDefault="00240D8F" w:rsidP="00240D8F">
      <w:r>
        <w:t>COMMIT;</w:t>
      </w:r>
    </w:p>
    <w:p w14:paraId="2D06B2B2" w14:textId="77777777" w:rsidR="00240D8F" w:rsidRDefault="00240D8F" w:rsidP="00240D8F"/>
    <w:p w14:paraId="2EABFA32" w14:textId="75021EE4" w:rsidR="00240D8F" w:rsidRDefault="00240D8F" w:rsidP="00240D8F">
      <w:r>
        <w:t xml:space="preserve">SELECT * FROM </w:t>
      </w:r>
      <w:proofErr w:type="spellStart"/>
      <w:r>
        <w:t>StatusHistory_Count_Log</w:t>
      </w:r>
      <w:proofErr w:type="spellEnd"/>
      <w:r>
        <w:t xml:space="preserve"> ORDER BY </w:t>
      </w:r>
      <w:proofErr w:type="spellStart"/>
      <w:r>
        <w:t>log_id</w:t>
      </w:r>
      <w:proofErr w:type="spellEnd"/>
      <w:r>
        <w:t xml:space="preserve"> DESC;</w:t>
      </w:r>
    </w:p>
    <w:p w14:paraId="6D58581D" w14:textId="09D6AA61" w:rsidR="00240D8F" w:rsidRDefault="00240D8F" w:rsidP="00240D8F">
      <w:r w:rsidRPr="00240D8F">
        <w:drawing>
          <wp:inline distT="0" distB="0" distL="0" distR="0" wp14:anchorId="0B52F6B3" wp14:editId="06266343">
            <wp:extent cx="5048955" cy="1219370"/>
            <wp:effectExtent l="0" t="0" r="0" b="0"/>
            <wp:docPr id="1733709287"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3709287" name="Picture 1" descr="A screenshot of a computer&#10;&#10;AI-generated content may be incorrect."/>
                    <pic:cNvPicPr/>
                  </pic:nvPicPr>
                  <pic:blipFill>
                    <a:blip r:embed="rId57"/>
                    <a:stretch>
                      <a:fillRect/>
                    </a:stretch>
                  </pic:blipFill>
                  <pic:spPr>
                    <a:xfrm>
                      <a:off x="0" y="0"/>
                      <a:ext cx="5048955" cy="1219370"/>
                    </a:xfrm>
                    <a:prstGeom prst="rect">
                      <a:avLst/>
                    </a:prstGeom>
                  </pic:spPr>
                </pic:pic>
              </a:graphicData>
            </a:graphic>
          </wp:inline>
        </w:drawing>
      </w:r>
    </w:p>
    <w:p w14:paraId="62EDAF20" w14:textId="77777777" w:rsidR="00240D8F" w:rsidRDefault="00240D8F" w:rsidP="00240D8F">
      <w:pPr>
        <w:pStyle w:val="IntenseQuote"/>
      </w:pPr>
      <w:r>
        <w:lastRenderedPageBreak/>
        <w:t xml:space="preserve">-- Delete the previously added row from </w:t>
      </w:r>
      <w:proofErr w:type="spellStart"/>
      <w:r>
        <w:t>status_historyN</w:t>
      </w:r>
      <w:proofErr w:type="spellEnd"/>
      <w:r>
        <w:t xml:space="preserve"> and display the logs again.</w:t>
      </w:r>
    </w:p>
    <w:p w14:paraId="53645C0E" w14:textId="77777777" w:rsidR="00240D8F" w:rsidRDefault="00240D8F" w:rsidP="00240D8F">
      <w:r>
        <w:t xml:space="preserve">DELETE FROM </w:t>
      </w:r>
      <w:proofErr w:type="spellStart"/>
      <w:r>
        <w:t>status_historyN</w:t>
      </w:r>
      <w:proofErr w:type="spellEnd"/>
      <w:r>
        <w:t xml:space="preserve"> WHERE </w:t>
      </w:r>
      <w:proofErr w:type="spellStart"/>
      <w:r>
        <w:t>history_id</w:t>
      </w:r>
      <w:proofErr w:type="spellEnd"/>
      <w:r>
        <w:t xml:space="preserve"> = 3001;</w:t>
      </w:r>
    </w:p>
    <w:p w14:paraId="58B7DE9E" w14:textId="2BA48390" w:rsidR="00240D8F" w:rsidRDefault="00240D8F" w:rsidP="00240D8F">
      <w:pPr>
        <w:rPr>
          <w:noProof/>
        </w:rPr>
      </w:pPr>
      <w:r>
        <w:t xml:space="preserve">SELECT * FROM </w:t>
      </w:r>
      <w:proofErr w:type="spellStart"/>
      <w:r>
        <w:t>StatusHistory_Count_Log</w:t>
      </w:r>
      <w:proofErr w:type="spellEnd"/>
      <w:r>
        <w:t xml:space="preserve"> ORDER BY </w:t>
      </w:r>
      <w:proofErr w:type="spellStart"/>
      <w:r>
        <w:t>log_id</w:t>
      </w:r>
      <w:proofErr w:type="spellEnd"/>
      <w:r>
        <w:t xml:space="preserve"> DESC;</w:t>
      </w:r>
      <w:r w:rsidRPr="00240D8F">
        <w:rPr>
          <w:noProof/>
        </w:rPr>
        <w:t xml:space="preserve"> </w:t>
      </w:r>
      <w:r>
        <w:rPr>
          <w:noProof/>
        </w:rPr>
        <w:drawing>
          <wp:inline distT="0" distB="0" distL="0" distR="0" wp14:anchorId="4307A357" wp14:editId="5275A78E">
            <wp:extent cx="4580952" cy="1666667"/>
            <wp:effectExtent l="0" t="0" r="0" b="0"/>
            <wp:docPr id="893468066"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3468066" name="Picture 1" descr="A screenshot of a computer&#10;&#10;AI-generated content may be incorrect."/>
                    <pic:cNvPicPr/>
                  </pic:nvPicPr>
                  <pic:blipFill>
                    <a:blip r:embed="rId58"/>
                    <a:stretch>
                      <a:fillRect/>
                    </a:stretch>
                  </pic:blipFill>
                  <pic:spPr>
                    <a:xfrm>
                      <a:off x="0" y="0"/>
                      <a:ext cx="4580952" cy="1666667"/>
                    </a:xfrm>
                    <a:prstGeom prst="rect">
                      <a:avLst/>
                    </a:prstGeom>
                  </pic:spPr>
                </pic:pic>
              </a:graphicData>
            </a:graphic>
          </wp:inline>
        </w:drawing>
      </w:r>
    </w:p>
    <w:p w14:paraId="2FAA6DE7" w14:textId="0DE4F5FE" w:rsidR="00240D8F" w:rsidRDefault="00963510" w:rsidP="00963510">
      <w:pPr>
        <w:pStyle w:val="IntenseQuote"/>
      </w:pPr>
      <w:r>
        <w:t>30.</w:t>
      </w:r>
      <w:r w:rsidRPr="00963510">
        <w:t>Problem:</w:t>
      </w:r>
      <w:r w:rsidRPr="00963510">
        <w:br/>
        <w:t xml:space="preserve">Create a procedure </w:t>
      </w:r>
      <w:proofErr w:type="spellStart"/>
      <w:r w:rsidRPr="00963510">
        <w:t>reassign_appointments</w:t>
      </w:r>
      <w:proofErr w:type="spellEnd"/>
      <w:r w:rsidRPr="00963510">
        <w:t>(</w:t>
      </w:r>
      <w:proofErr w:type="spellStart"/>
      <w:r w:rsidRPr="00963510">
        <w:t>p_old_emp</w:t>
      </w:r>
      <w:proofErr w:type="spellEnd"/>
      <w:r w:rsidRPr="00963510">
        <w:t xml:space="preserve"> IN NUMBER, </w:t>
      </w:r>
      <w:proofErr w:type="spellStart"/>
      <w:r w:rsidRPr="00963510">
        <w:t>p_new_emp</w:t>
      </w:r>
      <w:proofErr w:type="spellEnd"/>
      <w:r w:rsidRPr="00963510">
        <w:t xml:space="preserve"> IN NUMBER) that updates </w:t>
      </w:r>
      <w:proofErr w:type="spellStart"/>
      <w:r w:rsidRPr="00963510">
        <w:t>appointmentsN</w:t>
      </w:r>
      <w:proofErr w:type="spellEnd"/>
      <w:r w:rsidRPr="00963510">
        <w:t xml:space="preserve">, setting </w:t>
      </w:r>
      <w:proofErr w:type="spellStart"/>
      <w:r w:rsidRPr="00963510">
        <w:t>employee_id</w:t>
      </w:r>
      <w:proofErr w:type="spellEnd"/>
      <w:r w:rsidRPr="00963510">
        <w:t xml:space="preserve"> = </w:t>
      </w:r>
      <w:proofErr w:type="spellStart"/>
      <w:r w:rsidRPr="00963510">
        <w:t>p_new_emp</w:t>
      </w:r>
      <w:proofErr w:type="spellEnd"/>
      <w:r w:rsidRPr="00963510">
        <w:t xml:space="preserve"> wherever </w:t>
      </w:r>
      <w:proofErr w:type="spellStart"/>
      <w:r w:rsidRPr="00963510">
        <w:t>employee_id</w:t>
      </w:r>
      <w:proofErr w:type="spellEnd"/>
      <w:r w:rsidRPr="00963510">
        <w:t xml:space="preserve"> = </w:t>
      </w:r>
      <w:proofErr w:type="spellStart"/>
      <w:r w:rsidRPr="00963510">
        <w:t>p_old_emp</w:t>
      </w:r>
      <w:proofErr w:type="spellEnd"/>
      <w:r w:rsidRPr="00963510">
        <w:t>.</w:t>
      </w:r>
      <w:r w:rsidRPr="00963510">
        <w:br/>
        <w:t>After the update, print</w:t>
      </w:r>
    </w:p>
    <w:p w14:paraId="3D780A0C" w14:textId="77777777" w:rsidR="00963510" w:rsidRDefault="00963510" w:rsidP="00963510">
      <w:r>
        <w:t>SET SERVEROUTPUT ON;</w:t>
      </w:r>
    </w:p>
    <w:p w14:paraId="41264DE5" w14:textId="77777777" w:rsidR="00963510" w:rsidRDefault="00963510" w:rsidP="00963510">
      <w:r>
        <w:t xml:space="preserve">CREATE OR REPLACE PROCEDURE </w:t>
      </w:r>
      <w:proofErr w:type="spellStart"/>
      <w:r>
        <w:t>reassign_appointments</w:t>
      </w:r>
      <w:proofErr w:type="spellEnd"/>
      <w:r>
        <w:t>(</w:t>
      </w:r>
    </w:p>
    <w:p w14:paraId="7587145E" w14:textId="77777777" w:rsidR="00963510" w:rsidRDefault="00963510" w:rsidP="00963510">
      <w:r>
        <w:t xml:space="preserve">  </w:t>
      </w:r>
      <w:proofErr w:type="spellStart"/>
      <w:r>
        <w:t>p_old_emp</w:t>
      </w:r>
      <w:proofErr w:type="spellEnd"/>
      <w:r>
        <w:t xml:space="preserve"> IN NUMBER,</w:t>
      </w:r>
    </w:p>
    <w:p w14:paraId="5A25539B" w14:textId="77777777" w:rsidR="00963510" w:rsidRDefault="00963510" w:rsidP="00963510">
      <w:r>
        <w:t xml:space="preserve">  </w:t>
      </w:r>
      <w:proofErr w:type="spellStart"/>
      <w:r>
        <w:t>p_new_emp</w:t>
      </w:r>
      <w:proofErr w:type="spellEnd"/>
      <w:r>
        <w:t xml:space="preserve"> IN NUMBER</w:t>
      </w:r>
    </w:p>
    <w:p w14:paraId="65054C14" w14:textId="77777777" w:rsidR="00963510" w:rsidRDefault="00963510" w:rsidP="00963510">
      <w:r>
        <w:t>) IS</w:t>
      </w:r>
    </w:p>
    <w:p w14:paraId="17449540" w14:textId="77777777" w:rsidR="00963510" w:rsidRDefault="00963510" w:rsidP="00963510">
      <w:r>
        <w:t xml:space="preserve">  </w:t>
      </w:r>
      <w:proofErr w:type="spellStart"/>
      <w:r>
        <w:t>v_count</w:t>
      </w:r>
      <w:proofErr w:type="spellEnd"/>
      <w:r>
        <w:t xml:space="preserve"> NUMBER;</w:t>
      </w:r>
    </w:p>
    <w:p w14:paraId="3D1E8700" w14:textId="77777777" w:rsidR="00963510" w:rsidRDefault="00963510" w:rsidP="00963510">
      <w:r>
        <w:t>BEGIN</w:t>
      </w:r>
    </w:p>
    <w:p w14:paraId="572DE12B" w14:textId="77777777" w:rsidR="00963510" w:rsidRDefault="00963510" w:rsidP="00963510">
      <w:r>
        <w:t xml:space="preserve">  IF </w:t>
      </w:r>
      <w:proofErr w:type="spellStart"/>
      <w:r>
        <w:t>p_old_emp</w:t>
      </w:r>
      <w:proofErr w:type="spellEnd"/>
      <w:r>
        <w:t xml:space="preserve"> = </w:t>
      </w:r>
      <w:proofErr w:type="spellStart"/>
      <w:r>
        <w:t>p_new_emp</w:t>
      </w:r>
      <w:proofErr w:type="spellEnd"/>
      <w:r>
        <w:t xml:space="preserve"> THEN</w:t>
      </w:r>
    </w:p>
    <w:p w14:paraId="1624041E" w14:textId="77777777" w:rsidR="00963510" w:rsidRDefault="00963510" w:rsidP="00963510">
      <w:r>
        <w:t xml:space="preserve">    DBMS_OUTPUT.PUT_LINE('Source and target are the same');</w:t>
      </w:r>
    </w:p>
    <w:p w14:paraId="7EBEB009" w14:textId="77777777" w:rsidR="00963510" w:rsidRDefault="00963510" w:rsidP="00963510">
      <w:r>
        <w:t xml:space="preserve">    RETURN;</w:t>
      </w:r>
    </w:p>
    <w:p w14:paraId="747451DC" w14:textId="77777777" w:rsidR="00963510" w:rsidRDefault="00963510" w:rsidP="00963510">
      <w:r>
        <w:t xml:space="preserve">  END IF;</w:t>
      </w:r>
    </w:p>
    <w:p w14:paraId="2D756A39" w14:textId="77777777" w:rsidR="00963510" w:rsidRDefault="00963510" w:rsidP="00963510"/>
    <w:p w14:paraId="0C78C595" w14:textId="77777777" w:rsidR="00963510" w:rsidRDefault="00963510" w:rsidP="00963510">
      <w:r>
        <w:t xml:space="preserve">  UPDATE </w:t>
      </w:r>
      <w:proofErr w:type="spellStart"/>
      <w:r>
        <w:t>appointmentsN</w:t>
      </w:r>
      <w:proofErr w:type="spellEnd"/>
    </w:p>
    <w:p w14:paraId="10409370" w14:textId="77777777" w:rsidR="00963510" w:rsidRDefault="00963510" w:rsidP="00963510">
      <w:r>
        <w:lastRenderedPageBreak/>
        <w:t xml:space="preserve">     SET </w:t>
      </w:r>
      <w:proofErr w:type="spellStart"/>
      <w:r>
        <w:t>employee_id</w:t>
      </w:r>
      <w:proofErr w:type="spellEnd"/>
      <w:r>
        <w:t xml:space="preserve"> = </w:t>
      </w:r>
      <w:proofErr w:type="spellStart"/>
      <w:r>
        <w:t>p_new_emp</w:t>
      </w:r>
      <w:proofErr w:type="spellEnd"/>
    </w:p>
    <w:p w14:paraId="1864ECE8" w14:textId="77777777" w:rsidR="00963510" w:rsidRDefault="00963510" w:rsidP="00963510">
      <w:r>
        <w:t xml:space="preserve">   WHERE </w:t>
      </w:r>
      <w:proofErr w:type="spellStart"/>
      <w:r>
        <w:t>employee_id</w:t>
      </w:r>
      <w:proofErr w:type="spellEnd"/>
      <w:r>
        <w:t xml:space="preserve"> = </w:t>
      </w:r>
      <w:proofErr w:type="spellStart"/>
      <w:r>
        <w:t>p_old_emp</w:t>
      </w:r>
      <w:proofErr w:type="spellEnd"/>
      <w:r>
        <w:t>;</w:t>
      </w:r>
    </w:p>
    <w:p w14:paraId="72E1431D" w14:textId="77777777" w:rsidR="00963510" w:rsidRDefault="00963510" w:rsidP="00963510"/>
    <w:p w14:paraId="46D8B0A3" w14:textId="77777777" w:rsidR="00963510" w:rsidRDefault="00963510" w:rsidP="00963510">
      <w:r>
        <w:t xml:space="preserve">  </w:t>
      </w:r>
      <w:proofErr w:type="spellStart"/>
      <w:r>
        <w:t>v_count</w:t>
      </w:r>
      <w:proofErr w:type="spellEnd"/>
      <w:r>
        <w:t xml:space="preserve"> := SQL%ROWCOUNT;</w:t>
      </w:r>
    </w:p>
    <w:p w14:paraId="01FD35DC" w14:textId="77777777" w:rsidR="00963510" w:rsidRDefault="00963510" w:rsidP="00963510">
      <w:r>
        <w:t xml:space="preserve">  DBMS_OUTPUT.PUT_LINE(</w:t>
      </w:r>
    </w:p>
    <w:p w14:paraId="6A07E7D3" w14:textId="77777777" w:rsidR="00963510" w:rsidRDefault="00963510" w:rsidP="00963510">
      <w:r>
        <w:t xml:space="preserve">    'Reassigned ' || </w:t>
      </w:r>
      <w:proofErr w:type="spellStart"/>
      <w:r>
        <w:t>v_count</w:t>
      </w:r>
      <w:proofErr w:type="spellEnd"/>
      <w:r>
        <w:t xml:space="preserve"> || ' appointment(s) from '</w:t>
      </w:r>
    </w:p>
    <w:p w14:paraId="4C557E9E" w14:textId="77777777" w:rsidR="00963510" w:rsidRDefault="00963510" w:rsidP="00963510">
      <w:r>
        <w:t xml:space="preserve">    || </w:t>
      </w:r>
      <w:proofErr w:type="spellStart"/>
      <w:r>
        <w:t>p_old_emp</w:t>
      </w:r>
      <w:proofErr w:type="spellEnd"/>
      <w:r>
        <w:t xml:space="preserve"> || ' to ' || </w:t>
      </w:r>
      <w:proofErr w:type="spellStart"/>
      <w:r>
        <w:t>p_new_emp</w:t>
      </w:r>
      <w:proofErr w:type="spellEnd"/>
    </w:p>
    <w:p w14:paraId="06E752A3" w14:textId="77777777" w:rsidR="00963510" w:rsidRDefault="00963510" w:rsidP="00963510">
      <w:r>
        <w:t xml:space="preserve">  );</w:t>
      </w:r>
    </w:p>
    <w:p w14:paraId="7359E585" w14:textId="77777777" w:rsidR="00963510" w:rsidRDefault="00963510" w:rsidP="00963510">
      <w:r>
        <w:t>END;</w:t>
      </w:r>
    </w:p>
    <w:p w14:paraId="5AC702E5" w14:textId="77777777" w:rsidR="00963510" w:rsidRDefault="00963510" w:rsidP="00963510">
      <w:r>
        <w:t>/</w:t>
      </w:r>
    </w:p>
    <w:p w14:paraId="1FC6F478" w14:textId="77777777" w:rsidR="00963510" w:rsidRDefault="00963510" w:rsidP="00963510"/>
    <w:p w14:paraId="2E9D5AF0" w14:textId="77777777" w:rsidR="00963510" w:rsidRDefault="00963510" w:rsidP="00963510">
      <w:r>
        <w:t>-- Example call:</w:t>
      </w:r>
    </w:p>
    <w:p w14:paraId="65B67DA1" w14:textId="77777777" w:rsidR="00963510" w:rsidRDefault="00963510" w:rsidP="00963510">
      <w:r>
        <w:t>BEGIN</w:t>
      </w:r>
    </w:p>
    <w:p w14:paraId="24FE7E87" w14:textId="77777777" w:rsidR="00963510" w:rsidRDefault="00963510" w:rsidP="00963510">
      <w:r>
        <w:t xml:space="preserve">  </w:t>
      </w:r>
      <w:proofErr w:type="spellStart"/>
      <w:r>
        <w:t>reassign_appointments</w:t>
      </w:r>
      <w:proofErr w:type="spellEnd"/>
      <w:r>
        <w:t>(101, 102);</w:t>
      </w:r>
    </w:p>
    <w:p w14:paraId="5248D03E" w14:textId="77777777" w:rsidR="00963510" w:rsidRDefault="00963510" w:rsidP="00963510">
      <w:r>
        <w:t>END;</w:t>
      </w:r>
    </w:p>
    <w:p w14:paraId="4428D4CA" w14:textId="7F31F693" w:rsidR="00963510" w:rsidRDefault="00963510" w:rsidP="00963510">
      <w:pPr>
        <w:rPr>
          <w:noProof/>
        </w:rPr>
      </w:pPr>
      <w:r>
        <w:t>/</w:t>
      </w:r>
      <w:r w:rsidRPr="00963510">
        <w:rPr>
          <w:noProof/>
        </w:rPr>
        <w:t xml:space="preserve"> </w:t>
      </w:r>
      <w:r w:rsidRPr="00963510">
        <w:drawing>
          <wp:inline distT="0" distB="0" distL="0" distR="0" wp14:anchorId="668B0C70" wp14:editId="3ACD671B">
            <wp:extent cx="5115639" cy="1857634"/>
            <wp:effectExtent l="0" t="0" r="8890" b="9525"/>
            <wp:docPr id="1562162839" name="Picture 1" descr="A white background with black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2162839" name="Picture 1" descr="A white background with black text&#10;&#10;AI-generated content may be incorrect."/>
                    <pic:cNvPicPr/>
                  </pic:nvPicPr>
                  <pic:blipFill>
                    <a:blip r:embed="rId59"/>
                    <a:stretch>
                      <a:fillRect/>
                    </a:stretch>
                  </pic:blipFill>
                  <pic:spPr>
                    <a:xfrm>
                      <a:off x="0" y="0"/>
                      <a:ext cx="5115639" cy="1857634"/>
                    </a:xfrm>
                    <a:prstGeom prst="rect">
                      <a:avLst/>
                    </a:prstGeom>
                  </pic:spPr>
                </pic:pic>
              </a:graphicData>
            </a:graphic>
          </wp:inline>
        </w:drawing>
      </w:r>
    </w:p>
    <w:p w14:paraId="1844E842" w14:textId="1B5409E0" w:rsidR="00963510" w:rsidRDefault="00963510" w:rsidP="00963510">
      <w:pPr>
        <w:pStyle w:val="IntenseQuote"/>
      </w:pPr>
      <w:r w:rsidRPr="00963510">
        <w:t>Problem:</w:t>
      </w:r>
      <w:r w:rsidRPr="00963510">
        <w:br/>
        <w:t>Loop through the most recent 3 status entries of application 9001 and display them.</w:t>
      </w:r>
      <w:r w:rsidRPr="00963510">
        <w:br/>
        <w:t>(Covers: B – Numeric FOR loop; D – Implicit exception NO_DATA_FOUND; A – Use of ROW_NUMBER())</w:t>
      </w:r>
    </w:p>
    <w:p w14:paraId="7B110853" w14:textId="77777777" w:rsidR="00963510" w:rsidRDefault="00963510" w:rsidP="00963510">
      <w:r>
        <w:t>SET SERVEROUTPUT ON;</w:t>
      </w:r>
    </w:p>
    <w:p w14:paraId="577948EB" w14:textId="77777777" w:rsidR="00963510" w:rsidRDefault="00963510" w:rsidP="00963510">
      <w:r>
        <w:lastRenderedPageBreak/>
        <w:t>DECLARE</w:t>
      </w:r>
    </w:p>
    <w:p w14:paraId="62EF4772" w14:textId="77777777" w:rsidR="00963510" w:rsidRDefault="00963510" w:rsidP="00963510">
      <w:r>
        <w:t xml:space="preserve">  </w:t>
      </w:r>
      <w:proofErr w:type="spellStart"/>
      <w:r>
        <w:t>v_status</w:t>
      </w:r>
      <w:proofErr w:type="spellEnd"/>
      <w:r>
        <w:t xml:space="preserve"> VARCHAR2(50);</w:t>
      </w:r>
    </w:p>
    <w:p w14:paraId="1094C5B8" w14:textId="77777777" w:rsidR="00963510" w:rsidRDefault="00963510" w:rsidP="00963510">
      <w:r>
        <w:t>BEGIN</w:t>
      </w:r>
    </w:p>
    <w:p w14:paraId="3671ED80" w14:textId="77777777" w:rsidR="00963510" w:rsidRDefault="00963510" w:rsidP="00963510">
      <w:r>
        <w:t xml:space="preserve">  FOR </w:t>
      </w:r>
      <w:proofErr w:type="spellStart"/>
      <w:r>
        <w:t>i</w:t>
      </w:r>
      <w:proofErr w:type="spellEnd"/>
      <w:r>
        <w:t xml:space="preserve"> IN 1..3 LOOP</w:t>
      </w:r>
    </w:p>
    <w:p w14:paraId="4BB1102E" w14:textId="77777777" w:rsidR="00963510" w:rsidRDefault="00963510" w:rsidP="00963510">
      <w:r>
        <w:t xml:space="preserve">    BEGIN</w:t>
      </w:r>
    </w:p>
    <w:p w14:paraId="62C695E4" w14:textId="77777777" w:rsidR="00963510" w:rsidRDefault="00963510" w:rsidP="00963510">
      <w:r>
        <w:t xml:space="preserve">      SELECT status </w:t>
      </w:r>
    </w:p>
    <w:p w14:paraId="77713C38" w14:textId="77777777" w:rsidR="00963510" w:rsidRDefault="00963510" w:rsidP="00963510">
      <w:r>
        <w:t xml:space="preserve">        INTO </w:t>
      </w:r>
      <w:proofErr w:type="spellStart"/>
      <w:r>
        <w:t>v_status</w:t>
      </w:r>
      <w:proofErr w:type="spellEnd"/>
      <w:r>
        <w:t xml:space="preserve"> </w:t>
      </w:r>
    </w:p>
    <w:p w14:paraId="4E201BDE" w14:textId="77777777" w:rsidR="00963510" w:rsidRDefault="00963510" w:rsidP="00963510">
      <w:r>
        <w:t xml:space="preserve">        FROM (</w:t>
      </w:r>
    </w:p>
    <w:p w14:paraId="40D9E04D" w14:textId="77777777" w:rsidR="00963510" w:rsidRDefault="00963510" w:rsidP="00963510">
      <w:r>
        <w:t xml:space="preserve">          SELECT status, ROW_NUMBER() OVER (ORDER BY </w:t>
      </w:r>
      <w:proofErr w:type="spellStart"/>
      <w:r>
        <w:t>change_date</w:t>
      </w:r>
      <w:proofErr w:type="spellEnd"/>
      <w:r>
        <w:t xml:space="preserve"> DESC) AS </w:t>
      </w:r>
      <w:proofErr w:type="spellStart"/>
      <w:r>
        <w:t>rn</w:t>
      </w:r>
      <w:proofErr w:type="spellEnd"/>
      <w:r>
        <w:t xml:space="preserve"> </w:t>
      </w:r>
    </w:p>
    <w:p w14:paraId="017EBCD9" w14:textId="77777777" w:rsidR="00963510" w:rsidRDefault="00963510" w:rsidP="00963510">
      <w:r>
        <w:t xml:space="preserve">            FROM </w:t>
      </w:r>
      <w:proofErr w:type="spellStart"/>
      <w:r>
        <w:t>status_historyN</w:t>
      </w:r>
      <w:proofErr w:type="spellEnd"/>
      <w:r>
        <w:t xml:space="preserve"> </w:t>
      </w:r>
    </w:p>
    <w:p w14:paraId="761F8042" w14:textId="77777777" w:rsidR="00963510" w:rsidRDefault="00963510" w:rsidP="00963510">
      <w:r>
        <w:t xml:space="preserve">           WHERE </w:t>
      </w:r>
      <w:proofErr w:type="spellStart"/>
      <w:r>
        <w:t>application_id</w:t>
      </w:r>
      <w:proofErr w:type="spellEnd"/>
      <w:r>
        <w:t xml:space="preserve"> = 9001</w:t>
      </w:r>
    </w:p>
    <w:p w14:paraId="3188635B" w14:textId="77777777" w:rsidR="00963510" w:rsidRDefault="00963510" w:rsidP="00963510">
      <w:r>
        <w:t xml:space="preserve">        )</w:t>
      </w:r>
    </w:p>
    <w:p w14:paraId="58587758" w14:textId="77777777" w:rsidR="00963510" w:rsidRDefault="00963510" w:rsidP="00963510">
      <w:r>
        <w:t xml:space="preserve">       WHERE </w:t>
      </w:r>
      <w:proofErr w:type="spellStart"/>
      <w:r>
        <w:t>rn</w:t>
      </w:r>
      <w:proofErr w:type="spellEnd"/>
      <w:r>
        <w:t xml:space="preserve"> = </w:t>
      </w:r>
      <w:proofErr w:type="spellStart"/>
      <w:r>
        <w:t>i</w:t>
      </w:r>
      <w:proofErr w:type="spellEnd"/>
      <w:r>
        <w:t>;</w:t>
      </w:r>
    </w:p>
    <w:p w14:paraId="54E74A47" w14:textId="77777777" w:rsidR="00963510" w:rsidRDefault="00963510" w:rsidP="00963510">
      <w:r>
        <w:t xml:space="preserve">      DBMS_OUTPUT.PUT_LINE('Status ' || </w:t>
      </w:r>
      <w:proofErr w:type="spellStart"/>
      <w:r>
        <w:t>i</w:t>
      </w:r>
      <w:proofErr w:type="spellEnd"/>
      <w:r>
        <w:t xml:space="preserve"> || ': ' || </w:t>
      </w:r>
      <w:proofErr w:type="spellStart"/>
      <w:r>
        <w:t>v_status</w:t>
      </w:r>
      <w:proofErr w:type="spellEnd"/>
      <w:r>
        <w:t>);</w:t>
      </w:r>
    </w:p>
    <w:p w14:paraId="4819616E" w14:textId="77777777" w:rsidR="00963510" w:rsidRDefault="00963510" w:rsidP="00963510">
      <w:r>
        <w:t xml:space="preserve">    EXCEPTION</w:t>
      </w:r>
    </w:p>
    <w:p w14:paraId="10BB986C" w14:textId="77777777" w:rsidR="00963510" w:rsidRDefault="00963510" w:rsidP="00963510">
      <w:r>
        <w:t xml:space="preserve">      WHEN NO_DATA_FOUND THEN</w:t>
      </w:r>
    </w:p>
    <w:p w14:paraId="07D32A73" w14:textId="77777777" w:rsidR="00963510" w:rsidRDefault="00963510" w:rsidP="00963510">
      <w:r>
        <w:t xml:space="preserve">        DBMS_OUTPUT.PUT_LINE('No more status found at position ' || </w:t>
      </w:r>
      <w:proofErr w:type="spellStart"/>
      <w:r>
        <w:t>i</w:t>
      </w:r>
      <w:proofErr w:type="spellEnd"/>
      <w:r>
        <w:t>);</w:t>
      </w:r>
    </w:p>
    <w:p w14:paraId="4B102EA1" w14:textId="77777777" w:rsidR="00963510" w:rsidRDefault="00963510" w:rsidP="00963510">
      <w:r>
        <w:t xml:space="preserve">        EXIT;</w:t>
      </w:r>
    </w:p>
    <w:p w14:paraId="46D9C0D0" w14:textId="77777777" w:rsidR="00963510" w:rsidRDefault="00963510" w:rsidP="00963510">
      <w:r>
        <w:t xml:space="preserve">    END;</w:t>
      </w:r>
    </w:p>
    <w:p w14:paraId="2AC6BBBD" w14:textId="77777777" w:rsidR="00963510" w:rsidRDefault="00963510" w:rsidP="00963510">
      <w:r>
        <w:t xml:space="preserve">  END LOOP;</w:t>
      </w:r>
    </w:p>
    <w:p w14:paraId="251D02C6" w14:textId="77777777" w:rsidR="00963510" w:rsidRDefault="00963510" w:rsidP="00963510">
      <w:r>
        <w:t>END;</w:t>
      </w:r>
    </w:p>
    <w:p w14:paraId="4DBE6D13" w14:textId="650039D9" w:rsidR="00963510" w:rsidRPr="00963510" w:rsidRDefault="00963510" w:rsidP="00963510">
      <w:r>
        <w:t>/</w:t>
      </w:r>
    </w:p>
    <w:p w14:paraId="6C64EA71" w14:textId="2A0EEE55" w:rsidR="00963510" w:rsidRPr="00963510" w:rsidRDefault="00963510" w:rsidP="00963510">
      <w:r w:rsidRPr="00963510">
        <w:lastRenderedPageBreak/>
        <w:drawing>
          <wp:inline distT="0" distB="0" distL="0" distR="0" wp14:anchorId="19DA0AFF" wp14:editId="092E8E2B">
            <wp:extent cx="5486400" cy="1673860"/>
            <wp:effectExtent l="0" t="0" r="0" b="2540"/>
            <wp:docPr id="53189422" name="Picture 1" descr="A close-up of word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189422" name="Picture 1" descr="A close-up of words&#10;&#10;AI-generated content may be incorrect."/>
                    <pic:cNvPicPr/>
                  </pic:nvPicPr>
                  <pic:blipFill>
                    <a:blip r:embed="rId60"/>
                    <a:stretch>
                      <a:fillRect/>
                    </a:stretch>
                  </pic:blipFill>
                  <pic:spPr>
                    <a:xfrm>
                      <a:off x="0" y="0"/>
                      <a:ext cx="5486400" cy="1673860"/>
                    </a:xfrm>
                    <a:prstGeom prst="rect">
                      <a:avLst/>
                    </a:prstGeom>
                  </pic:spPr>
                </pic:pic>
              </a:graphicData>
            </a:graphic>
          </wp:inline>
        </w:drawing>
      </w:r>
    </w:p>
    <w:sectPr w:rsidR="00963510" w:rsidRPr="00963510"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2EB923B4"/>
    <w:multiLevelType w:val="multilevel"/>
    <w:tmpl w:val="B6DA5F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5E67512"/>
    <w:multiLevelType w:val="multilevel"/>
    <w:tmpl w:val="20C239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EBB1930"/>
    <w:multiLevelType w:val="multilevel"/>
    <w:tmpl w:val="F5D484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532D2B22"/>
    <w:multiLevelType w:val="multilevel"/>
    <w:tmpl w:val="FF96AE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8B85FA4"/>
    <w:multiLevelType w:val="multilevel"/>
    <w:tmpl w:val="DDD6E4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64712553">
    <w:abstractNumId w:val="8"/>
  </w:num>
  <w:num w:numId="2" w16cid:durableId="931162849">
    <w:abstractNumId w:val="6"/>
  </w:num>
  <w:num w:numId="3" w16cid:durableId="1462965505">
    <w:abstractNumId w:val="5"/>
  </w:num>
  <w:num w:numId="4" w16cid:durableId="1782719781">
    <w:abstractNumId w:val="4"/>
  </w:num>
  <w:num w:numId="5" w16cid:durableId="1441727503">
    <w:abstractNumId w:val="7"/>
  </w:num>
  <w:num w:numId="6" w16cid:durableId="1877355747">
    <w:abstractNumId w:val="3"/>
  </w:num>
  <w:num w:numId="7" w16cid:durableId="1708482859">
    <w:abstractNumId w:val="2"/>
  </w:num>
  <w:num w:numId="8" w16cid:durableId="148443873">
    <w:abstractNumId w:val="1"/>
  </w:num>
  <w:num w:numId="9" w16cid:durableId="951669716">
    <w:abstractNumId w:val="0"/>
  </w:num>
  <w:num w:numId="10" w16cid:durableId="158890092">
    <w:abstractNumId w:val="10"/>
  </w:num>
  <w:num w:numId="11" w16cid:durableId="1506433867">
    <w:abstractNumId w:val="13"/>
  </w:num>
  <w:num w:numId="12" w16cid:durableId="266936401">
    <w:abstractNumId w:val="9"/>
  </w:num>
  <w:num w:numId="13" w16cid:durableId="1566914738">
    <w:abstractNumId w:val="11"/>
  </w:num>
  <w:num w:numId="14" w16cid:durableId="140063702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67D79"/>
    <w:rsid w:val="000A750F"/>
    <w:rsid w:val="000C7FDB"/>
    <w:rsid w:val="0015074B"/>
    <w:rsid w:val="00240D8F"/>
    <w:rsid w:val="0029639D"/>
    <w:rsid w:val="002C292E"/>
    <w:rsid w:val="00326F90"/>
    <w:rsid w:val="00371108"/>
    <w:rsid w:val="003F034E"/>
    <w:rsid w:val="004172DC"/>
    <w:rsid w:val="004D4D93"/>
    <w:rsid w:val="00660810"/>
    <w:rsid w:val="00684E0B"/>
    <w:rsid w:val="007430E6"/>
    <w:rsid w:val="00817459"/>
    <w:rsid w:val="0088599F"/>
    <w:rsid w:val="00906396"/>
    <w:rsid w:val="00963510"/>
    <w:rsid w:val="00AA1D8D"/>
    <w:rsid w:val="00B47730"/>
    <w:rsid w:val="00CB0664"/>
    <w:rsid w:val="00CD4559"/>
    <w:rsid w:val="00DB070A"/>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EB49A4F"/>
  <w14:defaultImageDpi w14:val="300"/>
  <w15:docId w15:val="{66DA9AA6-24BB-4849-90DE-039947A81E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107110">
      <w:bodyDiv w:val="1"/>
      <w:marLeft w:val="0"/>
      <w:marRight w:val="0"/>
      <w:marTop w:val="0"/>
      <w:marBottom w:val="0"/>
      <w:divBdr>
        <w:top w:val="none" w:sz="0" w:space="0" w:color="auto"/>
        <w:left w:val="none" w:sz="0" w:space="0" w:color="auto"/>
        <w:bottom w:val="none" w:sz="0" w:space="0" w:color="auto"/>
        <w:right w:val="none" w:sz="0" w:space="0" w:color="auto"/>
      </w:divBdr>
      <w:divsChild>
        <w:div w:id="122290870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7579840">
      <w:bodyDiv w:val="1"/>
      <w:marLeft w:val="0"/>
      <w:marRight w:val="0"/>
      <w:marTop w:val="0"/>
      <w:marBottom w:val="0"/>
      <w:divBdr>
        <w:top w:val="none" w:sz="0" w:space="0" w:color="auto"/>
        <w:left w:val="none" w:sz="0" w:space="0" w:color="auto"/>
        <w:bottom w:val="none" w:sz="0" w:space="0" w:color="auto"/>
        <w:right w:val="none" w:sz="0" w:space="0" w:color="auto"/>
      </w:divBdr>
      <w:divsChild>
        <w:div w:id="38391001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4688836">
      <w:bodyDiv w:val="1"/>
      <w:marLeft w:val="0"/>
      <w:marRight w:val="0"/>
      <w:marTop w:val="0"/>
      <w:marBottom w:val="0"/>
      <w:divBdr>
        <w:top w:val="none" w:sz="0" w:space="0" w:color="auto"/>
        <w:left w:val="none" w:sz="0" w:space="0" w:color="auto"/>
        <w:bottom w:val="none" w:sz="0" w:space="0" w:color="auto"/>
        <w:right w:val="none" w:sz="0" w:space="0" w:color="auto"/>
      </w:divBdr>
      <w:divsChild>
        <w:div w:id="74969285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4395766">
      <w:bodyDiv w:val="1"/>
      <w:marLeft w:val="0"/>
      <w:marRight w:val="0"/>
      <w:marTop w:val="0"/>
      <w:marBottom w:val="0"/>
      <w:divBdr>
        <w:top w:val="none" w:sz="0" w:space="0" w:color="auto"/>
        <w:left w:val="none" w:sz="0" w:space="0" w:color="auto"/>
        <w:bottom w:val="none" w:sz="0" w:space="0" w:color="auto"/>
        <w:right w:val="none" w:sz="0" w:space="0" w:color="auto"/>
      </w:divBdr>
      <w:divsChild>
        <w:div w:id="64389210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8761014">
      <w:bodyDiv w:val="1"/>
      <w:marLeft w:val="0"/>
      <w:marRight w:val="0"/>
      <w:marTop w:val="0"/>
      <w:marBottom w:val="0"/>
      <w:divBdr>
        <w:top w:val="none" w:sz="0" w:space="0" w:color="auto"/>
        <w:left w:val="none" w:sz="0" w:space="0" w:color="auto"/>
        <w:bottom w:val="none" w:sz="0" w:space="0" w:color="auto"/>
        <w:right w:val="none" w:sz="0" w:space="0" w:color="auto"/>
      </w:divBdr>
    </w:div>
    <w:div w:id="222177172">
      <w:bodyDiv w:val="1"/>
      <w:marLeft w:val="0"/>
      <w:marRight w:val="0"/>
      <w:marTop w:val="0"/>
      <w:marBottom w:val="0"/>
      <w:divBdr>
        <w:top w:val="none" w:sz="0" w:space="0" w:color="auto"/>
        <w:left w:val="none" w:sz="0" w:space="0" w:color="auto"/>
        <w:bottom w:val="none" w:sz="0" w:space="0" w:color="auto"/>
        <w:right w:val="none" w:sz="0" w:space="0" w:color="auto"/>
      </w:divBdr>
      <w:divsChild>
        <w:div w:id="127836690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92178824">
      <w:bodyDiv w:val="1"/>
      <w:marLeft w:val="0"/>
      <w:marRight w:val="0"/>
      <w:marTop w:val="0"/>
      <w:marBottom w:val="0"/>
      <w:divBdr>
        <w:top w:val="none" w:sz="0" w:space="0" w:color="auto"/>
        <w:left w:val="none" w:sz="0" w:space="0" w:color="auto"/>
        <w:bottom w:val="none" w:sz="0" w:space="0" w:color="auto"/>
        <w:right w:val="none" w:sz="0" w:space="0" w:color="auto"/>
      </w:divBdr>
      <w:divsChild>
        <w:div w:id="199872357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12683445">
      <w:bodyDiv w:val="1"/>
      <w:marLeft w:val="0"/>
      <w:marRight w:val="0"/>
      <w:marTop w:val="0"/>
      <w:marBottom w:val="0"/>
      <w:divBdr>
        <w:top w:val="none" w:sz="0" w:space="0" w:color="auto"/>
        <w:left w:val="none" w:sz="0" w:space="0" w:color="auto"/>
        <w:bottom w:val="none" w:sz="0" w:space="0" w:color="auto"/>
        <w:right w:val="none" w:sz="0" w:space="0" w:color="auto"/>
      </w:divBdr>
      <w:divsChild>
        <w:div w:id="97205908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75874741">
      <w:bodyDiv w:val="1"/>
      <w:marLeft w:val="0"/>
      <w:marRight w:val="0"/>
      <w:marTop w:val="0"/>
      <w:marBottom w:val="0"/>
      <w:divBdr>
        <w:top w:val="none" w:sz="0" w:space="0" w:color="auto"/>
        <w:left w:val="none" w:sz="0" w:space="0" w:color="auto"/>
        <w:bottom w:val="none" w:sz="0" w:space="0" w:color="auto"/>
        <w:right w:val="none" w:sz="0" w:space="0" w:color="auto"/>
      </w:divBdr>
      <w:divsChild>
        <w:div w:id="23883002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34730092">
      <w:bodyDiv w:val="1"/>
      <w:marLeft w:val="0"/>
      <w:marRight w:val="0"/>
      <w:marTop w:val="0"/>
      <w:marBottom w:val="0"/>
      <w:divBdr>
        <w:top w:val="none" w:sz="0" w:space="0" w:color="auto"/>
        <w:left w:val="none" w:sz="0" w:space="0" w:color="auto"/>
        <w:bottom w:val="none" w:sz="0" w:space="0" w:color="auto"/>
        <w:right w:val="none" w:sz="0" w:space="0" w:color="auto"/>
      </w:divBdr>
      <w:divsChild>
        <w:div w:id="32316366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41555211">
      <w:bodyDiv w:val="1"/>
      <w:marLeft w:val="0"/>
      <w:marRight w:val="0"/>
      <w:marTop w:val="0"/>
      <w:marBottom w:val="0"/>
      <w:divBdr>
        <w:top w:val="none" w:sz="0" w:space="0" w:color="auto"/>
        <w:left w:val="none" w:sz="0" w:space="0" w:color="auto"/>
        <w:bottom w:val="none" w:sz="0" w:space="0" w:color="auto"/>
        <w:right w:val="none" w:sz="0" w:space="0" w:color="auto"/>
      </w:divBdr>
      <w:divsChild>
        <w:div w:id="69824516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80263702">
      <w:bodyDiv w:val="1"/>
      <w:marLeft w:val="0"/>
      <w:marRight w:val="0"/>
      <w:marTop w:val="0"/>
      <w:marBottom w:val="0"/>
      <w:divBdr>
        <w:top w:val="none" w:sz="0" w:space="0" w:color="auto"/>
        <w:left w:val="none" w:sz="0" w:space="0" w:color="auto"/>
        <w:bottom w:val="none" w:sz="0" w:space="0" w:color="auto"/>
        <w:right w:val="none" w:sz="0" w:space="0" w:color="auto"/>
      </w:divBdr>
    </w:div>
    <w:div w:id="608969990">
      <w:bodyDiv w:val="1"/>
      <w:marLeft w:val="0"/>
      <w:marRight w:val="0"/>
      <w:marTop w:val="0"/>
      <w:marBottom w:val="0"/>
      <w:divBdr>
        <w:top w:val="none" w:sz="0" w:space="0" w:color="auto"/>
        <w:left w:val="none" w:sz="0" w:space="0" w:color="auto"/>
        <w:bottom w:val="none" w:sz="0" w:space="0" w:color="auto"/>
        <w:right w:val="none" w:sz="0" w:space="0" w:color="auto"/>
      </w:divBdr>
      <w:divsChild>
        <w:div w:id="131147284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58928169">
      <w:bodyDiv w:val="1"/>
      <w:marLeft w:val="0"/>
      <w:marRight w:val="0"/>
      <w:marTop w:val="0"/>
      <w:marBottom w:val="0"/>
      <w:divBdr>
        <w:top w:val="none" w:sz="0" w:space="0" w:color="auto"/>
        <w:left w:val="none" w:sz="0" w:space="0" w:color="auto"/>
        <w:bottom w:val="none" w:sz="0" w:space="0" w:color="auto"/>
        <w:right w:val="none" w:sz="0" w:space="0" w:color="auto"/>
      </w:divBdr>
    </w:div>
    <w:div w:id="659499185">
      <w:bodyDiv w:val="1"/>
      <w:marLeft w:val="0"/>
      <w:marRight w:val="0"/>
      <w:marTop w:val="0"/>
      <w:marBottom w:val="0"/>
      <w:divBdr>
        <w:top w:val="none" w:sz="0" w:space="0" w:color="auto"/>
        <w:left w:val="none" w:sz="0" w:space="0" w:color="auto"/>
        <w:bottom w:val="none" w:sz="0" w:space="0" w:color="auto"/>
        <w:right w:val="none" w:sz="0" w:space="0" w:color="auto"/>
      </w:divBdr>
      <w:divsChild>
        <w:div w:id="30220196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82383431">
      <w:bodyDiv w:val="1"/>
      <w:marLeft w:val="0"/>
      <w:marRight w:val="0"/>
      <w:marTop w:val="0"/>
      <w:marBottom w:val="0"/>
      <w:divBdr>
        <w:top w:val="none" w:sz="0" w:space="0" w:color="auto"/>
        <w:left w:val="none" w:sz="0" w:space="0" w:color="auto"/>
        <w:bottom w:val="none" w:sz="0" w:space="0" w:color="auto"/>
        <w:right w:val="none" w:sz="0" w:space="0" w:color="auto"/>
      </w:divBdr>
      <w:divsChild>
        <w:div w:id="146947501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62474648">
      <w:bodyDiv w:val="1"/>
      <w:marLeft w:val="0"/>
      <w:marRight w:val="0"/>
      <w:marTop w:val="0"/>
      <w:marBottom w:val="0"/>
      <w:divBdr>
        <w:top w:val="none" w:sz="0" w:space="0" w:color="auto"/>
        <w:left w:val="none" w:sz="0" w:space="0" w:color="auto"/>
        <w:bottom w:val="none" w:sz="0" w:space="0" w:color="auto"/>
        <w:right w:val="none" w:sz="0" w:space="0" w:color="auto"/>
      </w:divBdr>
    </w:div>
    <w:div w:id="1055081595">
      <w:bodyDiv w:val="1"/>
      <w:marLeft w:val="0"/>
      <w:marRight w:val="0"/>
      <w:marTop w:val="0"/>
      <w:marBottom w:val="0"/>
      <w:divBdr>
        <w:top w:val="none" w:sz="0" w:space="0" w:color="auto"/>
        <w:left w:val="none" w:sz="0" w:space="0" w:color="auto"/>
        <w:bottom w:val="none" w:sz="0" w:space="0" w:color="auto"/>
        <w:right w:val="none" w:sz="0" w:space="0" w:color="auto"/>
      </w:divBdr>
    </w:div>
    <w:div w:id="1229726631">
      <w:bodyDiv w:val="1"/>
      <w:marLeft w:val="0"/>
      <w:marRight w:val="0"/>
      <w:marTop w:val="0"/>
      <w:marBottom w:val="0"/>
      <w:divBdr>
        <w:top w:val="none" w:sz="0" w:space="0" w:color="auto"/>
        <w:left w:val="none" w:sz="0" w:space="0" w:color="auto"/>
        <w:bottom w:val="none" w:sz="0" w:space="0" w:color="auto"/>
        <w:right w:val="none" w:sz="0" w:space="0" w:color="auto"/>
      </w:divBdr>
      <w:divsChild>
        <w:div w:id="191450427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25355983">
      <w:bodyDiv w:val="1"/>
      <w:marLeft w:val="0"/>
      <w:marRight w:val="0"/>
      <w:marTop w:val="0"/>
      <w:marBottom w:val="0"/>
      <w:divBdr>
        <w:top w:val="none" w:sz="0" w:space="0" w:color="auto"/>
        <w:left w:val="none" w:sz="0" w:space="0" w:color="auto"/>
        <w:bottom w:val="none" w:sz="0" w:space="0" w:color="auto"/>
        <w:right w:val="none" w:sz="0" w:space="0" w:color="auto"/>
      </w:divBdr>
      <w:divsChild>
        <w:div w:id="192625831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28904812">
      <w:bodyDiv w:val="1"/>
      <w:marLeft w:val="0"/>
      <w:marRight w:val="0"/>
      <w:marTop w:val="0"/>
      <w:marBottom w:val="0"/>
      <w:divBdr>
        <w:top w:val="none" w:sz="0" w:space="0" w:color="auto"/>
        <w:left w:val="none" w:sz="0" w:space="0" w:color="auto"/>
        <w:bottom w:val="none" w:sz="0" w:space="0" w:color="auto"/>
        <w:right w:val="none" w:sz="0" w:space="0" w:color="auto"/>
      </w:divBdr>
    </w:div>
    <w:div w:id="1338728888">
      <w:bodyDiv w:val="1"/>
      <w:marLeft w:val="0"/>
      <w:marRight w:val="0"/>
      <w:marTop w:val="0"/>
      <w:marBottom w:val="0"/>
      <w:divBdr>
        <w:top w:val="none" w:sz="0" w:space="0" w:color="auto"/>
        <w:left w:val="none" w:sz="0" w:space="0" w:color="auto"/>
        <w:bottom w:val="none" w:sz="0" w:space="0" w:color="auto"/>
        <w:right w:val="none" w:sz="0" w:space="0" w:color="auto"/>
      </w:divBdr>
    </w:div>
    <w:div w:id="1353846443">
      <w:bodyDiv w:val="1"/>
      <w:marLeft w:val="0"/>
      <w:marRight w:val="0"/>
      <w:marTop w:val="0"/>
      <w:marBottom w:val="0"/>
      <w:divBdr>
        <w:top w:val="none" w:sz="0" w:space="0" w:color="auto"/>
        <w:left w:val="none" w:sz="0" w:space="0" w:color="auto"/>
        <w:bottom w:val="none" w:sz="0" w:space="0" w:color="auto"/>
        <w:right w:val="none" w:sz="0" w:space="0" w:color="auto"/>
      </w:divBdr>
      <w:divsChild>
        <w:div w:id="66016155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97781643">
      <w:bodyDiv w:val="1"/>
      <w:marLeft w:val="0"/>
      <w:marRight w:val="0"/>
      <w:marTop w:val="0"/>
      <w:marBottom w:val="0"/>
      <w:divBdr>
        <w:top w:val="none" w:sz="0" w:space="0" w:color="auto"/>
        <w:left w:val="none" w:sz="0" w:space="0" w:color="auto"/>
        <w:bottom w:val="none" w:sz="0" w:space="0" w:color="auto"/>
        <w:right w:val="none" w:sz="0" w:space="0" w:color="auto"/>
      </w:divBdr>
      <w:divsChild>
        <w:div w:id="6927327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57857897">
      <w:bodyDiv w:val="1"/>
      <w:marLeft w:val="0"/>
      <w:marRight w:val="0"/>
      <w:marTop w:val="0"/>
      <w:marBottom w:val="0"/>
      <w:divBdr>
        <w:top w:val="none" w:sz="0" w:space="0" w:color="auto"/>
        <w:left w:val="none" w:sz="0" w:space="0" w:color="auto"/>
        <w:bottom w:val="none" w:sz="0" w:space="0" w:color="auto"/>
        <w:right w:val="none" w:sz="0" w:space="0" w:color="auto"/>
      </w:divBdr>
      <w:divsChild>
        <w:div w:id="109671152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91832305">
      <w:bodyDiv w:val="1"/>
      <w:marLeft w:val="0"/>
      <w:marRight w:val="0"/>
      <w:marTop w:val="0"/>
      <w:marBottom w:val="0"/>
      <w:divBdr>
        <w:top w:val="none" w:sz="0" w:space="0" w:color="auto"/>
        <w:left w:val="none" w:sz="0" w:space="0" w:color="auto"/>
        <w:bottom w:val="none" w:sz="0" w:space="0" w:color="auto"/>
        <w:right w:val="none" w:sz="0" w:space="0" w:color="auto"/>
      </w:divBdr>
      <w:divsChild>
        <w:div w:id="102270380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41519338">
      <w:bodyDiv w:val="1"/>
      <w:marLeft w:val="0"/>
      <w:marRight w:val="0"/>
      <w:marTop w:val="0"/>
      <w:marBottom w:val="0"/>
      <w:divBdr>
        <w:top w:val="none" w:sz="0" w:space="0" w:color="auto"/>
        <w:left w:val="none" w:sz="0" w:space="0" w:color="auto"/>
        <w:bottom w:val="none" w:sz="0" w:space="0" w:color="auto"/>
        <w:right w:val="none" w:sz="0" w:space="0" w:color="auto"/>
      </w:divBdr>
      <w:divsChild>
        <w:div w:id="137947059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60717985">
      <w:bodyDiv w:val="1"/>
      <w:marLeft w:val="0"/>
      <w:marRight w:val="0"/>
      <w:marTop w:val="0"/>
      <w:marBottom w:val="0"/>
      <w:divBdr>
        <w:top w:val="none" w:sz="0" w:space="0" w:color="auto"/>
        <w:left w:val="none" w:sz="0" w:space="0" w:color="auto"/>
        <w:bottom w:val="none" w:sz="0" w:space="0" w:color="auto"/>
        <w:right w:val="none" w:sz="0" w:space="0" w:color="auto"/>
      </w:divBdr>
      <w:divsChild>
        <w:div w:id="3061789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85268523">
      <w:bodyDiv w:val="1"/>
      <w:marLeft w:val="0"/>
      <w:marRight w:val="0"/>
      <w:marTop w:val="0"/>
      <w:marBottom w:val="0"/>
      <w:divBdr>
        <w:top w:val="none" w:sz="0" w:space="0" w:color="auto"/>
        <w:left w:val="none" w:sz="0" w:space="0" w:color="auto"/>
        <w:bottom w:val="none" w:sz="0" w:space="0" w:color="auto"/>
        <w:right w:val="none" w:sz="0" w:space="0" w:color="auto"/>
      </w:divBdr>
      <w:divsChild>
        <w:div w:id="170617086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41575085">
      <w:bodyDiv w:val="1"/>
      <w:marLeft w:val="0"/>
      <w:marRight w:val="0"/>
      <w:marTop w:val="0"/>
      <w:marBottom w:val="0"/>
      <w:divBdr>
        <w:top w:val="none" w:sz="0" w:space="0" w:color="auto"/>
        <w:left w:val="none" w:sz="0" w:space="0" w:color="auto"/>
        <w:bottom w:val="none" w:sz="0" w:space="0" w:color="auto"/>
        <w:right w:val="none" w:sz="0" w:space="0" w:color="auto"/>
      </w:divBdr>
      <w:divsChild>
        <w:div w:id="61676135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49128392">
      <w:bodyDiv w:val="1"/>
      <w:marLeft w:val="0"/>
      <w:marRight w:val="0"/>
      <w:marTop w:val="0"/>
      <w:marBottom w:val="0"/>
      <w:divBdr>
        <w:top w:val="none" w:sz="0" w:space="0" w:color="auto"/>
        <w:left w:val="none" w:sz="0" w:space="0" w:color="auto"/>
        <w:bottom w:val="none" w:sz="0" w:space="0" w:color="auto"/>
        <w:right w:val="none" w:sz="0" w:space="0" w:color="auto"/>
      </w:divBdr>
      <w:divsChild>
        <w:div w:id="143493432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32859058">
      <w:bodyDiv w:val="1"/>
      <w:marLeft w:val="0"/>
      <w:marRight w:val="0"/>
      <w:marTop w:val="0"/>
      <w:marBottom w:val="0"/>
      <w:divBdr>
        <w:top w:val="none" w:sz="0" w:space="0" w:color="auto"/>
        <w:left w:val="none" w:sz="0" w:space="0" w:color="auto"/>
        <w:bottom w:val="none" w:sz="0" w:space="0" w:color="auto"/>
        <w:right w:val="none" w:sz="0" w:space="0" w:color="auto"/>
      </w:divBdr>
      <w:divsChild>
        <w:div w:id="119272142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84461702">
      <w:bodyDiv w:val="1"/>
      <w:marLeft w:val="0"/>
      <w:marRight w:val="0"/>
      <w:marTop w:val="0"/>
      <w:marBottom w:val="0"/>
      <w:divBdr>
        <w:top w:val="none" w:sz="0" w:space="0" w:color="auto"/>
        <w:left w:val="none" w:sz="0" w:space="0" w:color="auto"/>
        <w:bottom w:val="none" w:sz="0" w:space="0" w:color="auto"/>
        <w:right w:val="none" w:sz="0" w:space="0" w:color="auto"/>
      </w:divBdr>
    </w:div>
    <w:div w:id="2084451163">
      <w:bodyDiv w:val="1"/>
      <w:marLeft w:val="0"/>
      <w:marRight w:val="0"/>
      <w:marTop w:val="0"/>
      <w:marBottom w:val="0"/>
      <w:divBdr>
        <w:top w:val="none" w:sz="0" w:space="0" w:color="auto"/>
        <w:left w:val="none" w:sz="0" w:space="0" w:color="auto"/>
        <w:bottom w:val="none" w:sz="0" w:space="0" w:color="auto"/>
        <w:right w:val="none" w:sz="0" w:space="0" w:color="auto"/>
      </w:divBdr>
      <w:divsChild>
        <w:div w:id="40534858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8.png"/><Relationship Id="rId18" Type="http://schemas.openxmlformats.org/officeDocument/2006/relationships/image" Target="media/image13.png"/><Relationship Id="rId26" Type="http://schemas.openxmlformats.org/officeDocument/2006/relationships/image" Target="media/image21.png"/><Relationship Id="rId39" Type="http://schemas.openxmlformats.org/officeDocument/2006/relationships/image" Target="media/image34.png"/><Relationship Id="rId21" Type="http://schemas.openxmlformats.org/officeDocument/2006/relationships/image" Target="media/image16.png"/><Relationship Id="rId34" Type="http://schemas.openxmlformats.org/officeDocument/2006/relationships/image" Target="media/image29.png"/><Relationship Id="rId42" Type="http://schemas.openxmlformats.org/officeDocument/2006/relationships/image" Target="media/image37.png"/><Relationship Id="rId47" Type="http://schemas.openxmlformats.org/officeDocument/2006/relationships/image" Target="media/image42.png"/><Relationship Id="rId50" Type="http://schemas.openxmlformats.org/officeDocument/2006/relationships/image" Target="media/image45.png"/><Relationship Id="rId55" Type="http://schemas.openxmlformats.org/officeDocument/2006/relationships/image" Target="media/image50.png"/><Relationship Id="rId7"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image" Target="media/image11.png"/><Relationship Id="rId29" Type="http://schemas.openxmlformats.org/officeDocument/2006/relationships/image" Target="media/image24.png"/><Relationship Id="rId11" Type="http://schemas.openxmlformats.org/officeDocument/2006/relationships/image" Target="media/image6.png"/><Relationship Id="rId24" Type="http://schemas.openxmlformats.org/officeDocument/2006/relationships/image" Target="media/image19.png"/><Relationship Id="rId32" Type="http://schemas.openxmlformats.org/officeDocument/2006/relationships/image" Target="media/image27.png"/><Relationship Id="rId37" Type="http://schemas.openxmlformats.org/officeDocument/2006/relationships/image" Target="media/image32.png"/><Relationship Id="rId40" Type="http://schemas.openxmlformats.org/officeDocument/2006/relationships/image" Target="media/image35.png"/><Relationship Id="rId45" Type="http://schemas.openxmlformats.org/officeDocument/2006/relationships/image" Target="media/image40.png"/><Relationship Id="rId53" Type="http://schemas.openxmlformats.org/officeDocument/2006/relationships/image" Target="media/image48.png"/><Relationship Id="rId58" Type="http://schemas.openxmlformats.org/officeDocument/2006/relationships/image" Target="media/image53.png"/><Relationship Id="rId5" Type="http://schemas.openxmlformats.org/officeDocument/2006/relationships/webSettings" Target="webSettings.xml"/><Relationship Id="rId61" Type="http://schemas.openxmlformats.org/officeDocument/2006/relationships/fontTable" Target="fontTable.xml"/><Relationship Id="rId19" Type="http://schemas.openxmlformats.org/officeDocument/2006/relationships/image" Target="media/image14.png"/><Relationship Id="rId14" Type="http://schemas.openxmlformats.org/officeDocument/2006/relationships/image" Target="media/image9.png"/><Relationship Id="rId22" Type="http://schemas.openxmlformats.org/officeDocument/2006/relationships/image" Target="media/image17.png"/><Relationship Id="rId27" Type="http://schemas.openxmlformats.org/officeDocument/2006/relationships/image" Target="media/image22.png"/><Relationship Id="rId30" Type="http://schemas.openxmlformats.org/officeDocument/2006/relationships/image" Target="media/image25.png"/><Relationship Id="rId35" Type="http://schemas.openxmlformats.org/officeDocument/2006/relationships/image" Target="media/image30.png"/><Relationship Id="rId43" Type="http://schemas.openxmlformats.org/officeDocument/2006/relationships/image" Target="media/image38.png"/><Relationship Id="rId48" Type="http://schemas.openxmlformats.org/officeDocument/2006/relationships/image" Target="media/image43.png"/><Relationship Id="rId56" Type="http://schemas.openxmlformats.org/officeDocument/2006/relationships/image" Target="media/image51.png"/><Relationship Id="rId8" Type="http://schemas.openxmlformats.org/officeDocument/2006/relationships/image" Target="media/image3.png"/><Relationship Id="rId51" Type="http://schemas.openxmlformats.org/officeDocument/2006/relationships/image" Target="media/image46.png"/><Relationship Id="rId3" Type="http://schemas.openxmlformats.org/officeDocument/2006/relationships/styles" Target="styles.xml"/><Relationship Id="rId12" Type="http://schemas.openxmlformats.org/officeDocument/2006/relationships/image" Target="media/image7.png"/><Relationship Id="rId17" Type="http://schemas.openxmlformats.org/officeDocument/2006/relationships/image" Target="media/image12.png"/><Relationship Id="rId25" Type="http://schemas.openxmlformats.org/officeDocument/2006/relationships/image" Target="media/image20.png"/><Relationship Id="rId33" Type="http://schemas.openxmlformats.org/officeDocument/2006/relationships/image" Target="media/image28.png"/><Relationship Id="rId38" Type="http://schemas.openxmlformats.org/officeDocument/2006/relationships/image" Target="media/image33.png"/><Relationship Id="rId46" Type="http://schemas.openxmlformats.org/officeDocument/2006/relationships/image" Target="media/image41.png"/><Relationship Id="rId59" Type="http://schemas.openxmlformats.org/officeDocument/2006/relationships/image" Target="media/image54.png"/><Relationship Id="rId20" Type="http://schemas.openxmlformats.org/officeDocument/2006/relationships/image" Target="media/image15.png"/><Relationship Id="rId41" Type="http://schemas.openxmlformats.org/officeDocument/2006/relationships/image" Target="media/image36.png"/><Relationship Id="rId54" Type="http://schemas.openxmlformats.org/officeDocument/2006/relationships/image" Target="media/image49.png"/><Relationship Id="rId62"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image" Target="media/image1.png"/><Relationship Id="rId15" Type="http://schemas.openxmlformats.org/officeDocument/2006/relationships/image" Target="media/image10.png"/><Relationship Id="rId23" Type="http://schemas.openxmlformats.org/officeDocument/2006/relationships/image" Target="media/image18.png"/><Relationship Id="rId28" Type="http://schemas.openxmlformats.org/officeDocument/2006/relationships/image" Target="media/image23.png"/><Relationship Id="rId36" Type="http://schemas.openxmlformats.org/officeDocument/2006/relationships/image" Target="media/image31.png"/><Relationship Id="rId49" Type="http://schemas.openxmlformats.org/officeDocument/2006/relationships/image" Target="media/image44.png"/><Relationship Id="rId57" Type="http://schemas.openxmlformats.org/officeDocument/2006/relationships/image" Target="media/image52.png"/><Relationship Id="rId10" Type="http://schemas.openxmlformats.org/officeDocument/2006/relationships/image" Target="media/image5.png"/><Relationship Id="rId31" Type="http://schemas.openxmlformats.org/officeDocument/2006/relationships/image" Target="media/image26.png"/><Relationship Id="rId44" Type="http://schemas.openxmlformats.org/officeDocument/2006/relationships/image" Target="media/image39.png"/><Relationship Id="rId52" Type="http://schemas.openxmlformats.org/officeDocument/2006/relationships/image" Target="media/image47.png"/><Relationship Id="rId60" Type="http://schemas.openxmlformats.org/officeDocument/2006/relationships/image" Target="media/image55.png"/><Relationship Id="rId4" Type="http://schemas.openxmlformats.org/officeDocument/2006/relationships/settings" Target="settings.xml"/><Relationship Id="rId9"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52</Pages>
  <Words>4043</Words>
  <Characters>23048</Characters>
  <Application>Microsoft Office Word</Application>
  <DocSecurity>0</DocSecurity>
  <Lines>192</Lines>
  <Paragraphs>54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27037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Nooruldeen Al Sammarraie</cp:lastModifiedBy>
  <cp:revision>2</cp:revision>
  <dcterms:created xsi:type="dcterms:W3CDTF">2025-06-02T14:30:00Z</dcterms:created>
  <dcterms:modified xsi:type="dcterms:W3CDTF">2025-06-02T14:30:00Z</dcterms:modified>
  <cp:category/>
</cp:coreProperties>
</file>