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3A83" w14:textId="77777777" w:rsidR="00CB1184" w:rsidRDefault="00000000" w:rsidP="00B92EC8">
      <w:pPr>
        <w:jc w:val="center"/>
      </w:pPr>
      <w:r>
        <w:rPr>
          <w:b/>
          <w:sz w:val="28"/>
        </w:rPr>
        <w:t>Bucharest University of Economic Studies</w:t>
      </w:r>
      <w:r>
        <w:rPr>
          <w:b/>
          <w:sz w:val="28"/>
        </w:rPr>
        <w:br/>
      </w:r>
      <w:r>
        <w:rPr>
          <w:sz w:val="24"/>
        </w:rPr>
        <w:t>Faculty of Cybernetics, Statistics and Economic Informatics</w:t>
      </w:r>
      <w:r>
        <w:rPr>
          <w:sz w:val="24"/>
        </w:rPr>
        <w:br/>
      </w:r>
    </w:p>
    <w:p w14:paraId="25379633" w14:textId="77777777" w:rsidR="00CB1184" w:rsidRDefault="00CB1184"/>
    <w:p w14:paraId="6089D780" w14:textId="77777777" w:rsidR="00CB1184" w:rsidRDefault="00000000">
      <w:pPr>
        <w:jc w:val="center"/>
      </w:pPr>
      <w:r>
        <w:rPr>
          <w:b/>
          <w:sz w:val="32"/>
        </w:rPr>
        <w:t>Internship Workbook</w:t>
      </w:r>
      <w:r>
        <w:rPr>
          <w:b/>
          <w:sz w:val="32"/>
        </w:rPr>
        <w:br/>
      </w:r>
      <w:r>
        <w:rPr>
          <w:sz w:val="24"/>
        </w:rPr>
        <w:t>Field: Web Development &amp; Content Management with WordPress</w:t>
      </w:r>
      <w:r>
        <w:rPr>
          <w:sz w:val="24"/>
        </w:rPr>
        <w:br/>
      </w:r>
      <w:r>
        <w:rPr>
          <w:sz w:val="24"/>
        </w:rPr>
        <w:br/>
      </w:r>
    </w:p>
    <w:p w14:paraId="231D3373" w14:textId="77777777" w:rsidR="00CB1184" w:rsidRDefault="00000000">
      <w:r>
        <w:t>Internship company name: Informality Data Research Lab (IDRL), part of INCSMPS</w:t>
      </w:r>
      <w:r>
        <w:br/>
        <w:t>Student’s name: Al Sammarraie Nooruldeen Sameer Fawzi</w:t>
      </w:r>
      <w:r>
        <w:br/>
        <w:t>Study year: 2</w:t>
      </w:r>
      <w:r>
        <w:br/>
        <w:t>Group: 1074</w:t>
      </w:r>
      <w:r>
        <w:br/>
        <w:t>Academic coordinator’s name: Iulian Ilie-Nemedi</w:t>
      </w:r>
      <w:r>
        <w:br/>
        <w:t>Tutor’s name:</w:t>
      </w:r>
      <w:r>
        <w:br/>
        <w:t>Academic year: 2024-2025</w:t>
      </w:r>
      <w:r>
        <w:br/>
      </w:r>
    </w:p>
    <w:p w14:paraId="324B9679" w14:textId="77777777" w:rsidR="00CB1184" w:rsidRDefault="00CB1184"/>
    <w:p w14:paraId="18D875AD" w14:textId="77777777" w:rsidR="00CB1184" w:rsidRDefault="00000000">
      <w:pPr>
        <w:pStyle w:val="Heading3"/>
      </w:pPr>
      <w:r>
        <w:t>Day 1</w:t>
      </w:r>
    </w:p>
    <w:p w14:paraId="43273FE5" w14:textId="77777777" w:rsidR="00CB1184" w:rsidRDefault="00000000">
      <w:r>
        <w:t>Date: 02.07.2024</w:t>
      </w:r>
    </w:p>
    <w:p w14:paraId="53CB0A0F" w14:textId="77777777" w:rsidR="00CB1184" w:rsidRDefault="00000000">
      <w:r>
        <w:t>Activities performed:</w:t>
      </w:r>
    </w:p>
    <w:p w14:paraId="2F4DC16F" w14:textId="592A0760" w:rsidR="00CB1184" w:rsidRDefault="00000000">
      <w:pPr>
        <w:pStyle w:val="ListBullet"/>
      </w:pPr>
      <w:r>
        <w:t xml:space="preserve"> Designed the entire theme identity and custom logo in Figma</w:t>
      </w:r>
    </w:p>
    <w:p w14:paraId="55028CF3" w14:textId="28B23F10" w:rsidR="00CB1184" w:rsidRDefault="00000000">
      <w:pPr>
        <w:pStyle w:val="ListBullet"/>
      </w:pPr>
      <w:r>
        <w:t xml:space="preserve"> Created initial branding guidelines and color palette</w:t>
      </w:r>
    </w:p>
    <w:p w14:paraId="5DE62702" w14:textId="7CAA34A3" w:rsidR="00CB1184" w:rsidRDefault="00000000">
      <w:pPr>
        <w:pStyle w:val="ListBullet"/>
      </w:pPr>
      <w:r>
        <w:t xml:space="preserve"> Exported logo assets for web integration</w:t>
      </w:r>
      <w:r w:rsidR="00B92EC8">
        <w:t xml:space="preserve"> and logo ideas for designing it as well as possible for the identity of the site</w:t>
      </w:r>
    </w:p>
    <w:p w14:paraId="617364AC" w14:textId="77777777" w:rsidR="00CB1184" w:rsidRDefault="00000000">
      <w:r>
        <w:t>Skills practiced / Knowledge acquired:</w:t>
      </w:r>
    </w:p>
    <w:p w14:paraId="22E9F85F" w14:textId="59DFE03C" w:rsidR="00CB1184" w:rsidRDefault="00000000">
      <w:pPr>
        <w:pStyle w:val="ListBullet"/>
      </w:pPr>
      <w:r>
        <w:t xml:space="preserve"> Brand identity creation</w:t>
      </w:r>
    </w:p>
    <w:p w14:paraId="04EA1ED8" w14:textId="248D4013" w:rsidR="00CB1184" w:rsidRDefault="00000000">
      <w:pPr>
        <w:pStyle w:val="ListBullet"/>
      </w:pPr>
      <w:r>
        <w:t xml:space="preserve"> Advanced Figma proficiency</w:t>
      </w:r>
    </w:p>
    <w:p w14:paraId="34A95716" w14:textId="4A43C299" w:rsidR="00B92EC8" w:rsidRDefault="00000000" w:rsidP="00B92EC8">
      <w:pPr>
        <w:pStyle w:val="ListBullet"/>
      </w:pPr>
      <w:r>
        <w:t xml:space="preserve"> Asset export for web</w:t>
      </w:r>
      <w:r w:rsidR="00B92EC8">
        <w:t xml:space="preserve"> </w:t>
      </w:r>
    </w:p>
    <w:p w14:paraId="4221C42C" w14:textId="77777777" w:rsidR="00CB1184" w:rsidRDefault="00CB1184"/>
    <w:p w14:paraId="246F9963" w14:textId="77777777" w:rsidR="00CB1184" w:rsidRDefault="00000000">
      <w:pPr>
        <w:pStyle w:val="Heading3"/>
      </w:pPr>
      <w:r>
        <w:t>Day 2</w:t>
      </w:r>
    </w:p>
    <w:p w14:paraId="685C36CA" w14:textId="77777777" w:rsidR="00CB1184" w:rsidRDefault="00000000">
      <w:r>
        <w:t>Date: 03.07.2024</w:t>
      </w:r>
    </w:p>
    <w:p w14:paraId="34AEDCB1" w14:textId="77777777" w:rsidR="00CB1184" w:rsidRDefault="00000000">
      <w:r>
        <w:t>Activities performed:</w:t>
      </w:r>
    </w:p>
    <w:p w14:paraId="33554F10" w14:textId="6BBCEFAD" w:rsidR="00CB1184" w:rsidRDefault="00000000">
      <w:pPr>
        <w:pStyle w:val="ListBullet"/>
      </w:pPr>
      <w:r>
        <w:t>Wireframed the entire site structure in Figma</w:t>
      </w:r>
    </w:p>
    <w:p w14:paraId="6AC6EDB4" w14:textId="3C69E16A" w:rsidR="00CB1184" w:rsidRDefault="00000000">
      <w:pPr>
        <w:pStyle w:val="ListBullet"/>
      </w:pPr>
      <w:r>
        <w:lastRenderedPageBreak/>
        <w:t xml:space="preserve"> Created Home page mockup with interactive elements</w:t>
      </w:r>
    </w:p>
    <w:p w14:paraId="6C9A0ADF" w14:textId="44F97CCB" w:rsidR="00CB1184" w:rsidRDefault="00000000">
      <w:pPr>
        <w:pStyle w:val="ListBullet"/>
      </w:pPr>
      <w:r>
        <w:t xml:space="preserve"> Set up WordPress staging environment for implementation</w:t>
      </w:r>
    </w:p>
    <w:p w14:paraId="6CA01035" w14:textId="77777777" w:rsidR="00CB1184" w:rsidRDefault="00000000">
      <w:r>
        <w:t>Skills practiced / Knowledge acquired:</w:t>
      </w:r>
    </w:p>
    <w:p w14:paraId="539AC38E" w14:textId="3235570E" w:rsidR="00CB1184" w:rsidRDefault="00000000">
      <w:pPr>
        <w:pStyle w:val="ListBullet"/>
      </w:pPr>
      <w:r>
        <w:t xml:space="preserve"> Wireframing and prototyping</w:t>
      </w:r>
    </w:p>
    <w:p w14:paraId="734CF3A0" w14:textId="43598FB9" w:rsidR="00CB1184" w:rsidRDefault="00000000">
      <w:pPr>
        <w:pStyle w:val="ListBullet"/>
      </w:pPr>
      <w:r>
        <w:t xml:space="preserve"> Translating prototypes to WP workflow</w:t>
      </w:r>
    </w:p>
    <w:p w14:paraId="6A2B478B" w14:textId="5DEB8BAA" w:rsidR="00CB1184" w:rsidRDefault="00000000">
      <w:pPr>
        <w:pStyle w:val="ListBullet"/>
      </w:pPr>
      <w:r>
        <w:t xml:space="preserve"> Staging environment setup</w:t>
      </w:r>
    </w:p>
    <w:p w14:paraId="19649A9B" w14:textId="77777777" w:rsidR="00CB1184" w:rsidRDefault="00CB1184"/>
    <w:p w14:paraId="438BF07E" w14:textId="77777777" w:rsidR="00CB1184" w:rsidRDefault="00000000">
      <w:pPr>
        <w:pStyle w:val="Heading3"/>
      </w:pPr>
      <w:r>
        <w:t>Day 3</w:t>
      </w:r>
    </w:p>
    <w:p w14:paraId="6A95F6D9" w14:textId="77777777" w:rsidR="00CB1184" w:rsidRDefault="00000000">
      <w:r>
        <w:t>Date: 04.07.2024</w:t>
      </w:r>
    </w:p>
    <w:p w14:paraId="162BE450" w14:textId="77777777" w:rsidR="00CB1184" w:rsidRDefault="00000000">
      <w:r>
        <w:t>Activities performed:</w:t>
      </w:r>
    </w:p>
    <w:p w14:paraId="2CE27FBF" w14:textId="3059E255" w:rsidR="00CB1184" w:rsidRDefault="00000000">
      <w:pPr>
        <w:pStyle w:val="ListBullet"/>
      </w:pPr>
      <w:r>
        <w:t xml:space="preserve"> Designed the About Us page layout and visual hierarchy in Figma</w:t>
      </w:r>
    </w:p>
    <w:p w14:paraId="084B7C16" w14:textId="7B7FA34C" w:rsidR="00CB1184" w:rsidRDefault="00000000">
      <w:pPr>
        <w:pStyle w:val="ListBullet"/>
      </w:pPr>
      <w:r>
        <w:t xml:space="preserve"> Implemented About Us page in WordPress, resolving layout issues</w:t>
      </w:r>
    </w:p>
    <w:p w14:paraId="52E40639" w14:textId="6AA8860E" w:rsidR="00CB1184" w:rsidRDefault="00000000">
      <w:pPr>
        <w:pStyle w:val="ListBullet"/>
      </w:pPr>
      <w:r>
        <w:t xml:space="preserve"> Started mobile responsive design and implementation for About Us</w:t>
      </w:r>
    </w:p>
    <w:p w14:paraId="10CF9552" w14:textId="77777777" w:rsidR="00CB1184" w:rsidRDefault="00000000">
      <w:r>
        <w:t>Skills practiced / Knowledge acquired:</w:t>
      </w:r>
    </w:p>
    <w:p w14:paraId="06A031C0" w14:textId="5E2BB335" w:rsidR="00CB1184" w:rsidRDefault="00000000">
      <w:pPr>
        <w:pStyle w:val="ListBullet"/>
      </w:pPr>
      <w:r>
        <w:t xml:space="preserve"> Responsive design fundamentals</w:t>
      </w:r>
    </w:p>
    <w:p w14:paraId="4AA146C0" w14:textId="4D86D637" w:rsidR="00CB1184" w:rsidRDefault="00000000">
      <w:pPr>
        <w:pStyle w:val="ListBullet"/>
      </w:pPr>
      <w:r>
        <w:t xml:space="preserve"> WordPress implementation troubleshooting</w:t>
      </w:r>
    </w:p>
    <w:p w14:paraId="28240FD7" w14:textId="48D4CD47" w:rsidR="00CB1184" w:rsidRDefault="00000000">
      <w:pPr>
        <w:pStyle w:val="ListBullet"/>
      </w:pPr>
      <w:r>
        <w:t xml:space="preserve"> Mobile-first design</w:t>
      </w:r>
    </w:p>
    <w:p w14:paraId="0A8067A7" w14:textId="77777777" w:rsidR="00CB1184" w:rsidRDefault="00CB1184"/>
    <w:p w14:paraId="7B151C26" w14:textId="77777777" w:rsidR="00CB1184" w:rsidRDefault="00000000">
      <w:pPr>
        <w:pStyle w:val="Heading3"/>
      </w:pPr>
      <w:r>
        <w:t>Day 4</w:t>
      </w:r>
    </w:p>
    <w:p w14:paraId="73E5DDA1" w14:textId="77777777" w:rsidR="00CB1184" w:rsidRDefault="00000000">
      <w:r>
        <w:t>Date: 05.07.2024</w:t>
      </w:r>
    </w:p>
    <w:p w14:paraId="54746532" w14:textId="77777777" w:rsidR="00CB1184" w:rsidRDefault="00000000">
      <w:r>
        <w:t>Activities performed:</w:t>
      </w:r>
    </w:p>
    <w:p w14:paraId="105B04CF" w14:textId="26D3F9B5" w:rsidR="00CB1184" w:rsidRDefault="00000000">
      <w:pPr>
        <w:pStyle w:val="ListBullet"/>
      </w:pPr>
      <w:r>
        <w:t xml:space="preserve"> Designed Research overview section and standalone Research page in Figma</w:t>
      </w:r>
    </w:p>
    <w:p w14:paraId="0ED44448" w14:textId="2D1F5139" w:rsidR="00CB1184" w:rsidRDefault="00000000">
      <w:pPr>
        <w:pStyle w:val="ListBullet"/>
      </w:pPr>
      <w:r>
        <w:t xml:space="preserve"> Added UI animations in Figma and coded CSS animations for web</w:t>
      </w:r>
    </w:p>
    <w:p w14:paraId="004C31C9" w14:textId="257BC197" w:rsidR="00CB1184" w:rsidRDefault="00000000">
      <w:pPr>
        <w:pStyle w:val="ListBullet"/>
      </w:pPr>
      <w:r>
        <w:t xml:space="preserve"> Integrated research content in WordPress with refined UI elements</w:t>
      </w:r>
    </w:p>
    <w:p w14:paraId="061EA545" w14:textId="77777777" w:rsidR="00CB1184" w:rsidRDefault="00000000">
      <w:r>
        <w:t>Skills practiced / Knowledge acquired:</w:t>
      </w:r>
    </w:p>
    <w:p w14:paraId="60B6F2DA" w14:textId="17BE7515" w:rsidR="00CB1184" w:rsidRDefault="00000000">
      <w:pPr>
        <w:pStyle w:val="ListBullet"/>
      </w:pPr>
      <w:r>
        <w:t xml:space="preserve"> UI animation design</w:t>
      </w:r>
    </w:p>
    <w:p w14:paraId="658F728A" w14:textId="009E5517" w:rsidR="00CB1184" w:rsidRDefault="00000000">
      <w:pPr>
        <w:pStyle w:val="ListBullet"/>
      </w:pPr>
      <w:r>
        <w:t xml:space="preserve"> CSS animation implementation</w:t>
      </w:r>
    </w:p>
    <w:p w14:paraId="4B2A0DEB" w14:textId="5532F825" w:rsidR="00CB1184" w:rsidRDefault="00000000">
      <w:pPr>
        <w:pStyle w:val="ListBullet"/>
      </w:pPr>
      <w:r>
        <w:t xml:space="preserve"> Figma-to-WordPress workflow</w:t>
      </w:r>
    </w:p>
    <w:p w14:paraId="2764DEE4" w14:textId="77777777" w:rsidR="00CB1184" w:rsidRDefault="00CB1184"/>
    <w:p w14:paraId="63C7A798" w14:textId="77777777" w:rsidR="00CB1184" w:rsidRDefault="00000000">
      <w:pPr>
        <w:pStyle w:val="Heading3"/>
      </w:pPr>
      <w:r>
        <w:t>Day 5</w:t>
      </w:r>
    </w:p>
    <w:p w14:paraId="7D755918" w14:textId="77777777" w:rsidR="00CB1184" w:rsidRDefault="00000000">
      <w:r>
        <w:t>Date: 06.07.2024</w:t>
      </w:r>
    </w:p>
    <w:p w14:paraId="19E7D69F" w14:textId="77777777" w:rsidR="00CB1184" w:rsidRDefault="00000000">
      <w:r>
        <w:lastRenderedPageBreak/>
        <w:t>Activities performed:</w:t>
      </w:r>
    </w:p>
    <w:p w14:paraId="6E2150A0" w14:textId="1F668467" w:rsidR="00CB1184" w:rsidRDefault="00000000">
      <w:pPr>
        <w:pStyle w:val="ListBullet"/>
      </w:pPr>
      <w:r>
        <w:t xml:space="preserve"> Advanced WordPress and CSS design implementation techniques</w:t>
      </w:r>
    </w:p>
    <w:p w14:paraId="0F1EF32E" w14:textId="3AF22402" w:rsidR="00CB1184" w:rsidRDefault="00000000">
      <w:pPr>
        <w:pStyle w:val="ListBullet"/>
      </w:pPr>
      <w:r>
        <w:t xml:space="preserve"> Applied advanced CSS to refine page layouts and typography</w:t>
      </w:r>
    </w:p>
    <w:p w14:paraId="3163D24D" w14:textId="6AD90FC9" w:rsidR="00CB1184" w:rsidRDefault="00B92EC8">
      <w:pPr>
        <w:pStyle w:val="ListBullet"/>
      </w:pPr>
      <w:r>
        <w:t xml:space="preserve"> </w:t>
      </w:r>
      <w:r w:rsidR="00000000">
        <w:t>Designed and implemented the Projects page in Figma and WordPress</w:t>
      </w:r>
    </w:p>
    <w:p w14:paraId="5D879C5A" w14:textId="77777777" w:rsidR="00CB1184" w:rsidRDefault="00000000">
      <w:r>
        <w:t>Skills practiced / Knowledge acquired:</w:t>
      </w:r>
    </w:p>
    <w:p w14:paraId="3686145E" w14:textId="243F6F75" w:rsidR="00CB1184" w:rsidRDefault="00000000">
      <w:pPr>
        <w:pStyle w:val="ListBullet"/>
      </w:pPr>
      <w:r>
        <w:t xml:space="preserve"> Advanced CSS styling</w:t>
      </w:r>
    </w:p>
    <w:p w14:paraId="50C834A9" w14:textId="30A3A276" w:rsidR="00CB1184" w:rsidRDefault="00000000">
      <w:pPr>
        <w:pStyle w:val="ListBullet"/>
      </w:pPr>
      <w:r>
        <w:t xml:space="preserve"> WordPress theme customization</w:t>
      </w:r>
    </w:p>
    <w:p w14:paraId="2B99216B" w14:textId="109C633C" w:rsidR="00CB1184" w:rsidRDefault="00000000">
      <w:pPr>
        <w:pStyle w:val="ListBullet"/>
      </w:pPr>
      <w:r>
        <w:t xml:space="preserve"> UI design techniques</w:t>
      </w:r>
    </w:p>
    <w:p w14:paraId="2CA3E089" w14:textId="77777777" w:rsidR="00CB1184" w:rsidRDefault="00CB1184"/>
    <w:p w14:paraId="25E9B95E" w14:textId="77777777" w:rsidR="00CB1184" w:rsidRDefault="00000000">
      <w:pPr>
        <w:pStyle w:val="Heading3"/>
      </w:pPr>
      <w:r>
        <w:t>Day 6</w:t>
      </w:r>
    </w:p>
    <w:p w14:paraId="12791D93" w14:textId="77777777" w:rsidR="00CB1184" w:rsidRDefault="00000000">
      <w:r>
        <w:t>Date: 07.07.2024</w:t>
      </w:r>
    </w:p>
    <w:p w14:paraId="4B703C63" w14:textId="77777777" w:rsidR="00CB1184" w:rsidRDefault="00000000">
      <w:r>
        <w:t>Activities performed:</w:t>
      </w:r>
    </w:p>
    <w:p w14:paraId="2BC96D58" w14:textId="5A97AA85" w:rsidR="00CB1184" w:rsidRDefault="00000000">
      <w:pPr>
        <w:pStyle w:val="ListBullet"/>
      </w:pPr>
      <w:r>
        <w:t xml:space="preserve"> Set up site infrastructure: configured primary menus and essential plugins</w:t>
      </w:r>
    </w:p>
    <w:p w14:paraId="69749877" w14:textId="0775933A" w:rsidR="00CB1184" w:rsidRDefault="00000000">
      <w:pPr>
        <w:pStyle w:val="ListBullet"/>
      </w:pPr>
      <w:r>
        <w:t xml:space="preserve"> Designed single project template in Figma and implemented in WordPress</w:t>
      </w:r>
    </w:p>
    <w:p w14:paraId="390A02B8" w14:textId="449DC28E" w:rsidR="00CB1184" w:rsidRDefault="00000000">
      <w:pPr>
        <w:pStyle w:val="ListBullet"/>
      </w:pPr>
      <w:r>
        <w:t xml:space="preserve"> Ensured dynamic content displays correctly for project listings</w:t>
      </w:r>
    </w:p>
    <w:p w14:paraId="50171F7D" w14:textId="77777777" w:rsidR="00CB1184" w:rsidRDefault="00000000">
      <w:r>
        <w:t>Skills practiced / Knowledge acquired:</w:t>
      </w:r>
    </w:p>
    <w:p w14:paraId="221FE5AA" w14:textId="733D9B0C" w:rsidR="00CB1184" w:rsidRDefault="00000000">
      <w:pPr>
        <w:pStyle w:val="ListBullet"/>
      </w:pPr>
      <w:r>
        <w:t xml:space="preserve"> CMS customization</w:t>
      </w:r>
    </w:p>
    <w:p w14:paraId="3CBA69C6" w14:textId="1D7216EB" w:rsidR="00CB1184" w:rsidRDefault="00000000">
      <w:pPr>
        <w:pStyle w:val="ListBullet"/>
      </w:pPr>
      <w:r>
        <w:t xml:space="preserve"> Dynamic templating</w:t>
      </w:r>
    </w:p>
    <w:p w14:paraId="5678A18D" w14:textId="3CE5FD14" w:rsidR="00CB1184" w:rsidRDefault="00000000">
      <w:pPr>
        <w:pStyle w:val="ListBullet"/>
      </w:pPr>
      <w:r>
        <w:t xml:space="preserve"> Plugin configuration</w:t>
      </w:r>
    </w:p>
    <w:p w14:paraId="6CDA8925" w14:textId="77777777" w:rsidR="00CB1184" w:rsidRDefault="00CB1184"/>
    <w:p w14:paraId="16CC3200" w14:textId="77777777" w:rsidR="00CB1184" w:rsidRDefault="00000000">
      <w:pPr>
        <w:pStyle w:val="Heading3"/>
      </w:pPr>
      <w:r>
        <w:t>Day 7</w:t>
      </w:r>
    </w:p>
    <w:p w14:paraId="32A6F0A9" w14:textId="77777777" w:rsidR="00CB1184" w:rsidRDefault="00000000">
      <w:r>
        <w:t>Date: 08.07.2024</w:t>
      </w:r>
    </w:p>
    <w:p w14:paraId="496B41E2" w14:textId="77777777" w:rsidR="00CB1184" w:rsidRDefault="00000000">
      <w:r>
        <w:t>Activities performed:</w:t>
      </w:r>
    </w:p>
    <w:p w14:paraId="32CB67AC" w14:textId="5E2ABB96" w:rsidR="00CB1184" w:rsidRDefault="00000000">
      <w:pPr>
        <w:pStyle w:val="ListBullet"/>
      </w:pPr>
      <w:r>
        <w:t xml:space="preserve"> Configured Events &amp; Workshops section with custom event card layouts</w:t>
      </w:r>
    </w:p>
    <w:p w14:paraId="405512E4" w14:textId="286B42BC" w:rsidR="00CB1184" w:rsidRDefault="00000000">
      <w:pPr>
        <w:pStyle w:val="ListBullet"/>
      </w:pPr>
      <w:r>
        <w:t xml:space="preserve"> Designed animated hover effects in Figma and implemented CSS</w:t>
      </w:r>
    </w:p>
    <w:p w14:paraId="1AC293C4" w14:textId="35EBE696" w:rsidR="00CB1184" w:rsidRDefault="00000000">
      <w:pPr>
        <w:pStyle w:val="ListBullet"/>
      </w:pPr>
      <w:r>
        <w:t xml:space="preserve"> Integrated calendar widget and styled it to match brand guidelines</w:t>
      </w:r>
    </w:p>
    <w:p w14:paraId="35AB7F00" w14:textId="77777777" w:rsidR="00CB1184" w:rsidRDefault="00000000">
      <w:r>
        <w:t>Skills practiced / Knowledge acquired:</w:t>
      </w:r>
    </w:p>
    <w:p w14:paraId="0F33F0B4" w14:textId="35F9DC7D" w:rsidR="00CB1184" w:rsidRDefault="00000000">
      <w:pPr>
        <w:pStyle w:val="ListBullet"/>
      </w:pPr>
      <w:r>
        <w:t xml:space="preserve"> Widget integration</w:t>
      </w:r>
    </w:p>
    <w:p w14:paraId="56A5EABA" w14:textId="4D8C72A3" w:rsidR="00CB1184" w:rsidRDefault="00000000">
      <w:pPr>
        <w:pStyle w:val="ListBullet"/>
      </w:pPr>
      <w:r>
        <w:t xml:space="preserve"> CSS hover effects</w:t>
      </w:r>
    </w:p>
    <w:p w14:paraId="362ACA65" w14:textId="2016BF25" w:rsidR="00CB1184" w:rsidRDefault="00000000">
      <w:pPr>
        <w:pStyle w:val="ListBullet"/>
      </w:pPr>
      <w:r>
        <w:t xml:space="preserve"> Calendar embedding</w:t>
      </w:r>
    </w:p>
    <w:p w14:paraId="22A362F4" w14:textId="77777777" w:rsidR="00CB1184" w:rsidRDefault="00CB1184"/>
    <w:p w14:paraId="7117F172" w14:textId="77777777" w:rsidR="00CB1184" w:rsidRDefault="00000000">
      <w:pPr>
        <w:pStyle w:val="Heading3"/>
      </w:pPr>
      <w:r>
        <w:lastRenderedPageBreak/>
        <w:t>Day 8</w:t>
      </w:r>
    </w:p>
    <w:p w14:paraId="3E969534" w14:textId="77777777" w:rsidR="00CB1184" w:rsidRDefault="00000000">
      <w:r>
        <w:t>Date: 09.07.2024</w:t>
      </w:r>
    </w:p>
    <w:p w14:paraId="31E6D039" w14:textId="77777777" w:rsidR="00CB1184" w:rsidRDefault="00000000">
      <w:r>
        <w:t>Activities performed:</w:t>
      </w:r>
    </w:p>
    <w:p w14:paraId="7ECED67F" w14:textId="23AF9F72" w:rsidR="00CB1184" w:rsidRDefault="00000000">
      <w:pPr>
        <w:pStyle w:val="ListBullet"/>
      </w:pPr>
      <w:r>
        <w:t xml:space="preserve"> Developed Latest News section on Home: designed news cards in Figma</w:t>
      </w:r>
    </w:p>
    <w:p w14:paraId="6007C464" w14:textId="2384AA50" w:rsidR="00CB1184" w:rsidRDefault="00000000">
      <w:pPr>
        <w:pStyle w:val="ListBullet"/>
      </w:pPr>
      <w:r>
        <w:t xml:space="preserve"> Implemented and styled news cards with CSS in WordPress</w:t>
      </w:r>
    </w:p>
    <w:p w14:paraId="25060CB7" w14:textId="338686FF" w:rsidR="00CB1184" w:rsidRDefault="00000000">
      <w:pPr>
        <w:pStyle w:val="ListBullet"/>
      </w:pPr>
      <w:r>
        <w:t xml:space="preserve"> Tested hover states and responsive behavior across devices</w:t>
      </w:r>
    </w:p>
    <w:p w14:paraId="7422A0E5" w14:textId="77777777" w:rsidR="00CB1184" w:rsidRDefault="00000000">
      <w:r>
        <w:t>Skills practiced / Knowledge acquired:</w:t>
      </w:r>
    </w:p>
    <w:p w14:paraId="6F8357EA" w14:textId="4AF5A680" w:rsidR="00CB1184" w:rsidRDefault="00000000">
      <w:pPr>
        <w:pStyle w:val="ListBullet"/>
      </w:pPr>
      <w:r>
        <w:t xml:space="preserve"> Card design</w:t>
      </w:r>
    </w:p>
    <w:p w14:paraId="1CD0AD69" w14:textId="4D014960" w:rsidR="00CB1184" w:rsidRDefault="00000000">
      <w:pPr>
        <w:pStyle w:val="ListBullet"/>
      </w:pPr>
      <w:r>
        <w:t xml:space="preserve"> Responsive UI development</w:t>
      </w:r>
    </w:p>
    <w:p w14:paraId="0C99634C" w14:textId="4568CFA7" w:rsidR="00CB1184" w:rsidRDefault="00000000">
      <w:pPr>
        <w:pStyle w:val="ListBullet"/>
      </w:pPr>
      <w:r>
        <w:t xml:space="preserve"> Front-end styling</w:t>
      </w:r>
    </w:p>
    <w:p w14:paraId="73831F64" w14:textId="77777777" w:rsidR="00CB1184" w:rsidRDefault="00CB1184"/>
    <w:p w14:paraId="085835CB" w14:textId="77777777" w:rsidR="00CB1184" w:rsidRDefault="00000000">
      <w:pPr>
        <w:pStyle w:val="Heading3"/>
      </w:pPr>
      <w:r>
        <w:t>Day 9</w:t>
      </w:r>
    </w:p>
    <w:p w14:paraId="3B1466F7" w14:textId="77777777" w:rsidR="00CB1184" w:rsidRDefault="00000000">
      <w:r>
        <w:t>Date: 10.07.2024</w:t>
      </w:r>
    </w:p>
    <w:p w14:paraId="18BEF0BE" w14:textId="77777777" w:rsidR="00CB1184" w:rsidRDefault="00000000">
      <w:r>
        <w:t>Activities performed:</w:t>
      </w:r>
    </w:p>
    <w:p w14:paraId="702668C9" w14:textId="60F30319" w:rsidR="00CB1184" w:rsidRDefault="00000000">
      <w:pPr>
        <w:pStyle w:val="ListBullet"/>
      </w:pPr>
      <w:r>
        <w:t xml:space="preserve"> Built Blog archive page: designed archive layout with pagination</w:t>
      </w:r>
    </w:p>
    <w:p w14:paraId="0C8ED6F7" w14:textId="65CAB038" w:rsidR="00CB1184" w:rsidRDefault="00000000">
      <w:pPr>
        <w:pStyle w:val="ListBullet"/>
      </w:pPr>
      <w:r>
        <w:t xml:space="preserve"> Created single-post template in Figma including featured image and metadata</w:t>
      </w:r>
    </w:p>
    <w:p w14:paraId="5ED98397" w14:textId="2BD741E4" w:rsidR="00CB1184" w:rsidRDefault="00000000">
      <w:pPr>
        <w:pStyle w:val="ListBullet"/>
      </w:pPr>
      <w:r>
        <w:t xml:space="preserve"> Implemented archive and single-post templates in WordPress</w:t>
      </w:r>
    </w:p>
    <w:p w14:paraId="599A2B18" w14:textId="77777777" w:rsidR="00CB1184" w:rsidRDefault="00000000">
      <w:r>
        <w:t>Skills practiced / Knowledge acquired:</w:t>
      </w:r>
    </w:p>
    <w:p w14:paraId="0A741F7F" w14:textId="7C0790BB" w:rsidR="00CB1184" w:rsidRDefault="00000000">
      <w:pPr>
        <w:pStyle w:val="ListBullet"/>
      </w:pPr>
      <w:r>
        <w:t xml:space="preserve"> Archive page design</w:t>
      </w:r>
    </w:p>
    <w:p w14:paraId="23E91492" w14:textId="49484C05" w:rsidR="00CB1184" w:rsidRDefault="00000000">
      <w:pPr>
        <w:pStyle w:val="ListBullet"/>
      </w:pPr>
      <w:r>
        <w:t xml:space="preserve"> Pagination styling</w:t>
      </w:r>
    </w:p>
    <w:p w14:paraId="3FC6D8D1" w14:textId="75993FD8" w:rsidR="00CB1184" w:rsidRDefault="00000000">
      <w:pPr>
        <w:pStyle w:val="ListBullet"/>
      </w:pPr>
      <w:r>
        <w:t xml:space="preserve"> Content templating</w:t>
      </w:r>
    </w:p>
    <w:p w14:paraId="4A78911B" w14:textId="77777777" w:rsidR="00CB1184" w:rsidRDefault="00CB1184"/>
    <w:p w14:paraId="0E63A815" w14:textId="77777777" w:rsidR="00CB1184" w:rsidRDefault="00000000">
      <w:pPr>
        <w:pStyle w:val="Heading3"/>
      </w:pPr>
      <w:r>
        <w:t>Day 10</w:t>
      </w:r>
    </w:p>
    <w:p w14:paraId="2033D6FE" w14:textId="77777777" w:rsidR="00CB1184" w:rsidRDefault="00000000">
      <w:r>
        <w:t>Date: 11.07.2024</w:t>
      </w:r>
    </w:p>
    <w:p w14:paraId="7FCB8BF0" w14:textId="77777777" w:rsidR="00CB1184" w:rsidRDefault="00000000">
      <w:r>
        <w:t>Activities performed:</w:t>
      </w:r>
    </w:p>
    <w:p w14:paraId="3EC462D5" w14:textId="13332E1E" w:rsidR="00CB1184" w:rsidRDefault="00000000">
      <w:pPr>
        <w:pStyle w:val="ListBullet"/>
      </w:pPr>
      <w:r>
        <w:t xml:space="preserve"> Designed Contact page form and layout in Figma</w:t>
      </w:r>
    </w:p>
    <w:p w14:paraId="0F106DE8" w14:textId="71FEF2D1" w:rsidR="00CB1184" w:rsidRDefault="00B92EC8">
      <w:pPr>
        <w:pStyle w:val="ListBullet"/>
      </w:pPr>
      <w:r>
        <w:t xml:space="preserve"> </w:t>
      </w:r>
      <w:r w:rsidR="00000000">
        <w:t>Implemented contact form in WordPress with custom CSS</w:t>
      </w:r>
    </w:p>
    <w:p w14:paraId="04551FAC" w14:textId="5CB62D37" w:rsidR="00CB1184" w:rsidRDefault="00000000">
      <w:pPr>
        <w:pStyle w:val="ListBullet"/>
      </w:pPr>
      <w:r>
        <w:t xml:space="preserve"> Configured SMTP settings and tested form submissions</w:t>
      </w:r>
    </w:p>
    <w:p w14:paraId="50ACBA69" w14:textId="77777777" w:rsidR="00CB1184" w:rsidRDefault="00000000">
      <w:r>
        <w:t>Skills practiced / Knowledge acquired:</w:t>
      </w:r>
    </w:p>
    <w:p w14:paraId="0D783F71" w14:textId="53F18965" w:rsidR="00CB1184" w:rsidRDefault="00000000">
      <w:pPr>
        <w:pStyle w:val="ListBullet"/>
      </w:pPr>
      <w:r>
        <w:t xml:space="preserve"> Form design</w:t>
      </w:r>
    </w:p>
    <w:p w14:paraId="592677BD" w14:textId="7430CF8A" w:rsidR="00CB1184" w:rsidRDefault="00000000">
      <w:pPr>
        <w:pStyle w:val="ListBullet"/>
      </w:pPr>
      <w:r>
        <w:t xml:space="preserve"> Form implementation</w:t>
      </w:r>
    </w:p>
    <w:p w14:paraId="33CC7583" w14:textId="0F96D7E6" w:rsidR="00CB1184" w:rsidRDefault="00000000">
      <w:pPr>
        <w:pStyle w:val="ListBullet"/>
      </w:pPr>
      <w:r>
        <w:t xml:space="preserve"> Email integration</w:t>
      </w:r>
    </w:p>
    <w:p w14:paraId="45C4F2FD" w14:textId="77777777" w:rsidR="00CB1184" w:rsidRDefault="00CB1184"/>
    <w:p w14:paraId="2FAAA9EE" w14:textId="77777777" w:rsidR="00CB1184" w:rsidRDefault="00000000">
      <w:pPr>
        <w:pStyle w:val="Heading3"/>
      </w:pPr>
      <w:r>
        <w:t>Day 11</w:t>
      </w:r>
    </w:p>
    <w:p w14:paraId="4145D705" w14:textId="77777777" w:rsidR="00CB1184" w:rsidRDefault="00000000">
      <w:r>
        <w:t>Date: 12.07.2024</w:t>
      </w:r>
    </w:p>
    <w:p w14:paraId="2F56A034" w14:textId="77777777" w:rsidR="00CB1184" w:rsidRDefault="00000000">
      <w:r>
        <w:t>Activities performed:</w:t>
      </w:r>
    </w:p>
    <w:p w14:paraId="294CA603" w14:textId="28E54249" w:rsidR="00CB1184" w:rsidRDefault="00000000">
      <w:pPr>
        <w:pStyle w:val="ListBullet"/>
      </w:pPr>
      <w:r>
        <w:t xml:space="preserve"> Designed header and mobile menu layouts in Figma</w:t>
      </w:r>
    </w:p>
    <w:p w14:paraId="7C8980A0" w14:textId="7E2CB90A" w:rsidR="00CB1184" w:rsidRDefault="00000000">
      <w:pPr>
        <w:pStyle w:val="ListBullet"/>
      </w:pPr>
      <w:r>
        <w:t xml:space="preserve"> Implemented navigation menus in WordPress and styled them accordingly</w:t>
      </w:r>
    </w:p>
    <w:p w14:paraId="42187B87" w14:textId="14C3C2A0" w:rsidR="00CB1184" w:rsidRDefault="00000000">
      <w:pPr>
        <w:pStyle w:val="ListBullet"/>
      </w:pPr>
      <w:r>
        <w:t xml:space="preserve"> Styled footer with brand colors and added social media icons</w:t>
      </w:r>
    </w:p>
    <w:p w14:paraId="4047B832" w14:textId="77777777" w:rsidR="00CB1184" w:rsidRDefault="00000000">
      <w:r>
        <w:t>Skills practiced / Knowledge acquired:</w:t>
      </w:r>
    </w:p>
    <w:p w14:paraId="1A721AF3" w14:textId="350E2FB2" w:rsidR="00CB1184" w:rsidRDefault="00000000">
      <w:pPr>
        <w:pStyle w:val="ListBullet"/>
      </w:pPr>
      <w:r>
        <w:t xml:space="preserve"> Navigation design</w:t>
      </w:r>
    </w:p>
    <w:p w14:paraId="2680AC61" w14:textId="7C4882A6" w:rsidR="00CB1184" w:rsidRDefault="00000000">
      <w:pPr>
        <w:pStyle w:val="ListBullet"/>
      </w:pPr>
      <w:r>
        <w:t xml:space="preserve"> Mobile menu implementation</w:t>
      </w:r>
    </w:p>
    <w:p w14:paraId="3161BF62" w14:textId="04C902FC" w:rsidR="00CB1184" w:rsidRDefault="00000000">
      <w:pPr>
        <w:pStyle w:val="ListBullet"/>
      </w:pPr>
      <w:r>
        <w:t xml:space="preserve"> Footer styling</w:t>
      </w:r>
    </w:p>
    <w:p w14:paraId="0DF7EAA5" w14:textId="77777777" w:rsidR="00CB1184" w:rsidRDefault="00CB1184"/>
    <w:p w14:paraId="7AF17FD3" w14:textId="77777777" w:rsidR="00CB1184" w:rsidRDefault="00000000">
      <w:pPr>
        <w:pStyle w:val="Heading3"/>
      </w:pPr>
      <w:r>
        <w:t>Day 12</w:t>
      </w:r>
    </w:p>
    <w:p w14:paraId="1DC1B139" w14:textId="77777777" w:rsidR="00CB1184" w:rsidRDefault="00000000">
      <w:r>
        <w:t>Date: 13.07.2024</w:t>
      </w:r>
    </w:p>
    <w:p w14:paraId="2AB89D04" w14:textId="77777777" w:rsidR="00CB1184" w:rsidRDefault="00000000">
      <w:r>
        <w:t>Activities performed:</w:t>
      </w:r>
    </w:p>
    <w:p w14:paraId="076C7CF8" w14:textId="2E842795" w:rsidR="00CB1184" w:rsidRDefault="00000000">
      <w:pPr>
        <w:pStyle w:val="ListBullet"/>
      </w:pPr>
      <w:r>
        <w:t xml:space="preserve"> Optimized logo and image assets for web performance</w:t>
      </w:r>
    </w:p>
    <w:p w14:paraId="6802F9C0" w14:textId="1EEF5526" w:rsidR="00CB1184" w:rsidRDefault="00000000">
      <w:pPr>
        <w:pStyle w:val="ListBullet"/>
      </w:pPr>
      <w:r>
        <w:t xml:space="preserve"> Added metadata and alt text to images for SEO and accessibility</w:t>
      </w:r>
    </w:p>
    <w:p w14:paraId="55343BC7" w14:textId="5EA25A5C" w:rsidR="00CB1184" w:rsidRDefault="00000000">
      <w:pPr>
        <w:pStyle w:val="ListBullet"/>
      </w:pPr>
      <w:r>
        <w:t xml:space="preserve"> Ran site health check and refined logo assets based on feedback</w:t>
      </w:r>
    </w:p>
    <w:p w14:paraId="4FE612E4" w14:textId="77777777" w:rsidR="00CB1184" w:rsidRDefault="00000000">
      <w:r>
        <w:t>Skills practiced / Knowledge acquired:</w:t>
      </w:r>
    </w:p>
    <w:p w14:paraId="486F8740" w14:textId="1571672C" w:rsidR="00CB1184" w:rsidRDefault="00000000">
      <w:pPr>
        <w:pStyle w:val="ListBullet"/>
      </w:pPr>
      <w:r>
        <w:t xml:space="preserve"> On-page SEO basics</w:t>
      </w:r>
    </w:p>
    <w:p w14:paraId="79A47498" w14:textId="3A8FBE1A" w:rsidR="00CB1184" w:rsidRDefault="00000000">
      <w:pPr>
        <w:pStyle w:val="ListBullet"/>
      </w:pPr>
      <w:r>
        <w:t xml:space="preserve"> Asset optimization</w:t>
      </w:r>
    </w:p>
    <w:p w14:paraId="3519DCF6" w14:textId="377CD159" w:rsidR="00CB1184" w:rsidRDefault="00000000">
      <w:pPr>
        <w:pStyle w:val="ListBullet"/>
      </w:pPr>
      <w:r>
        <w:t xml:space="preserve"> Branding consistency</w:t>
      </w:r>
    </w:p>
    <w:p w14:paraId="3C3E9904" w14:textId="77777777" w:rsidR="00CB1184" w:rsidRDefault="00CB1184"/>
    <w:p w14:paraId="48810B84" w14:textId="77777777" w:rsidR="00CB1184" w:rsidRDefault="00000000">
      <w:pPr>
        <w:pStyle w:val="Heading3"/>
      </w:pPr>
      <w:r>
        <w:t>Day 13</w:t>
      </w:r>
    </w:p>
    <w:p w14:paraId="19A3915C" w14:textId="77777777" w:rsidR="00CB1184" w:rsidRDefault="00000000">
      <w:r>
        <w:t>Date: 14.07.2024</w:t>
      </w:r>
    </w:p>
    <w:p w14:paraId="330C380F" w14:textId="77777777" w:rsidR="00CB1184" w:rsidRDefault="00000000">
      <w:r>
        <w:t>Activities performed:</w:t>
      </w:r>
    </w:p>
    <w:p w14:paraId="76CF75C8" w14:textId="4A781E5F" w:rsidR="00CB1184" w:rsidRDefault="00000000">
      <w:pPr>
        <w:pStyle w:val="ListBullet"/>
      </w:pPr>
      <w:r>
        <w:t xml:space="preserve"> Configured SSL certificate and enforced HTTPS</w:t>
      </w:r>
    </w:p>
    <w:p w14:paraId="0FE66DCC" w14:textId="7D31F095" w:rsidR="00CB1184" w:rsidRDefault="00000000">
      <w:pPr>
        <w:pStyle w:val="ListBullet"/>
      </w:pPr>
      <w:r>
        <w:t xml:space="preserve"> Installed caching and performance plugins (minification, lazy-load)</w:t>
      </w:r>
    </w:p>
    <w:p w14:paraId="160EF391" w14:textId="7FE78EAB" w:rsidR="00CB1184" w:rsidRDefault="00000000">
      <w:pPr>
        <w:pStyle w:val="ListBullet"/>
      </w:pPr>
      <w:r>
        <w:t xml:space="preserve"> Optimized CSS and JS delivery for faster load times</w:t>
      </w:r>
    </w:p>
    <w:p w14:paraId="56A2CDF4" w14:textId="77777777" w:rsidR="00CB1184" w:rsidRDefault="00000000">
      <w:r>
        <w:t>Skills practiced / Knowledge acquired:</w:t>
      </w:r>
    </w:p>
    <w:p w14:paraId="3EC3E009" w14:textId="715930C7" w:rsidR="00CB1184" w:rsidRDefault="00000000">
      <w:pPr>
        <w:pStyle w:val="ListBullet"/>
      </w:pPr>
      <w:r>
        <w:t xml:space="preserve"> Performance tuning</w:t>
      </w:r>
    </w:p>
    <w:p w14:paraId="7B767D4D" w14:textId="05B12979" w:rsidR="00CB1184" w:rsidRDefault="00000000">
      <w:pPr>
        <w:pStyle w:val="ListBullet"/>
      </w:pPr>
      <w:r>
        <w:lastRenderedPageBreak/>
        <w:t xml:space="preserve"> SSL and redirect setup</w:t>
      </w:r>
    </w:p>
    <w:p w14:paraId="0BB1F07B" w14:textId="7890BF13" w:rsidR="00CB1184" w:rsidRDefault="00000000">
      <w:pPr>
        <w:pStyle w:val="ListBullet"/>
      </w:pPr>
      <w:r>
        <w:t xml:space="preserve"> Optimization techniques</w:t>
      </w:r>
    </w:p>
    <w:p w14:paraId="44635BC0" w14:textId="77777777" w:rsidR="00CB1184" w:rsidRDefault="00CB1184"/>
    <w:p w14:paraId="32C3B004" w14:textId="77777777" w:rsidR="00CB1184" w:rsidRDefault="00000000">
      <w:pPr>
        <w:pStyle w:val="Heading3"/>
      </w:pPr>
      <w:r>
        <w:t>Day 14</w:t>
      </w:r>
    </w:p>
    <w:p w14:paraId="18444613" w14:textId="77777777" w:rsidR="00CB1184" w:rsidRDefault="00000000">
      <w:r>
        <w:t>Date: 15.07.2024</w:t>
      </w:r>
    </w:p>
    <w:p w14:paraId="0E40F85C" w14:textId="77777777" w:rsidR="00CB1184" w:rsidRDefault="00000000">
      <w:r>
        <w:t>Activities performed:</w:t>
      </w:r>
    </w:p>
    <w:p w14:paraId="6D849066" w14:textId="63FF3DFA" w:rsidR="00CB1184" w:rsidRDefault="00000000">
      <w:pPr>
        <w:pStyle w:val="ListBullet"/>
      </w:pPr>
      <w:r>
        <w:t xml:space="preserve"> Conducted cross-browser and device QA (desktop, tablet, mobile)</w:t>
      </w:r>
    </w:p>
    <w:p w14:paraId="11A494FD" w14:textId="51F9863F" w:rsidR="00CB1184" w:rsidRDefault="00000000">
      <w:pPr>
        <w:pStyle w:val="ListBullet"/>
      </w:pPr>
      <w:r>
        <w:t xml:space="preserve"> Fixed CSS and layout quirks for menus and grids</w:t>
      </w:r>
    </w:p>
    <w:p w14:paraId="71F4722B" w14:textId="3378460B" w:rsidR="00CB1184" w:rsidRDefault="00B92EC8">
      <w:pPr>
        <w:pStyle w:val="ListBullet"/>
      </w:pPr>
      <w:r>
        <w:t xml:space="preserve"> </w:t>
      </w:r>
      <w:r w:rsidR="00000000">
        <w:t>Ensured ARIA labels and alt-text completeness in design elements</w:t>
      </w:r>
    </w:p>
    <w:p w14:paraId="49CCC7AB" w14:textId="77777777" w:rsidR="00CB1184" w:rsidRDefault="00000000">
      <w:r>
        <w:t>Skills practiced / Knowledge acquired:</w:t>
      </w:r>
    </w:p>
    <w:p w14:paraId="5014C243" w14:textId="2823D689" w:rsidR="00CB1184" w:rsidRDefault="00000000">
      <w:pPr>
        <w:pStyle w:val="ListBullet"/>
      </w:pPr>
      <w:r>
        <w:t xml:space="preserve"> QA methodologies</w:t>
      </w:r>
    </w:p>
    <w:p w14:paraId="476D67B2" w14:textId="01EA04A3" w:rsidR="00CB1184" w:rsidRDefault="00000000">
      <w:pPr>
        <w:pStyle w:val="ListBullet"/>
      </w:pPr>
      <w:r>
        <w:t xml:space="preserve"> Accessibility best practices</w:t>
      </w:r>
    </w:p>
    <w:p w14:paraId="4B2FEBF5" w14:textId="09C0A3E8" w:rsidR="00CB1184" w:rsidRDefault="00000000">
      <w:pPr>
        <w:pStyle w:val="ListBullet"/>
      </w:pPr>
      <w:r>
        <w:t xml:space="preserve"> Cross-device testing</w:t>
      </w:r>
    </w:p>
    <w:p w14:paraId="087BFD1C" w14:textId="77777777" w:rsidR="00CB1184" w:rsidRDefault="00CB1184"/>
    <w:p w14:paraId="17A9CC41" w14:textId="77777777" w:rsidR="00CB1184" w:rsidRDefault="00000000">
      <w:pPr>
        <w:pStyle w:val="Heading3"/>
      </w:pPr>
      <w:r>
        <w:t>Day 15</w:t>
      </w:r>
    </w:p>
    <w:p w14:paraId="680D8C1D" w14:textId="77777777" w:rsidR="00CB1184" w:rsidRDefault="00000000">
      <w:r>
        <w:t>Date: 16.07.2024</w:t>
      </w:r>
    </w:p>
    <w:p w14:paraId="6AC51EB5" w14:textId="77777777" w:rsidR="00CB1184" w:rsidRDefault="00000000">
      <w:r>
        <w:t>Activities performed:</w:t>
      </w:r>
    </w:p>
    <w:p w14:paraId="2737EE5B" w14:textId="3E5CA1B9" w:rsidR="00CB1184" w:rsidRDefault="00000000">
      <w:pPr>
        <w:pStyle w:val="ListBullet"/>
      </w:pPr>
      <w:r>
        <w:t xml:space="preserve"> Set up Google Analytics 4 and Tag Manager</w:t>
      </w:r>
    </w:p>
    <w:p w14:paraId="27BFE26A" w14:textId="02B507A6" w:rsidR="00CB1184" w:rsidRDefault="00000000">
      <w:pPr>
        <w:pStyle w:val="ListBullet"/>
      </w:pPr>
      <w:r>
        <w:t xml:space="preserve"> Designed tracking elements in Figma and implemented event tracking in WordPress</w:t>
      </w:r>
    </w:p>
    <w:p w14:paraId="075DCFAF" w14:textId="75F32080" w:rsidR="00CB1184" w:rsidRDefault="00000000">
      <w:pPr>
        <w:pStyle w:val="ListBullet"/>
      </w:pPr>
      <w:r>
        <w:t xml:space="preserve"> Verified analytics data flow and configured custom events</w:t>
      </w:r>
    </w:p>
    <w:p w14:paraId="34F51184" w14:textId="77777777" w:rsidR="00CB1184" w:rsidRDefault="00000000">
      <w:r>
        <w:t>Skills practiced / Knowledge acquired:</w:t>
      </w:r>
    </w:p>
    <w:p w14:paraId="38ADBD7C" w14:textId="0B32CD5C" w:rsidR="00CB1184" w:rsidRDefault="00000000">
      <w:pPr>
        <w:pStyle w:val="ListBullet"/>
      </w:pPr>
      <w:r>
        <w:t xml:space="preserve"> Analytics setup</w:t>
      </w:r>
    </w:p>
    <w:p w14:paraId="7C4B114A" w14:textId="36FCFA65" w:rsidR="00CB1184" w:rsidRDefault="00000000">
      <w:pPr>
        <w:pStyle w:val="ListBullet"/>
      </w:pPr>
      <w:r>
        <w:t xml:space="preserve"> Event tracking integration</w:t>
      </w:r>
    </w:p>
    <w:p w14:paraId="66E33C84" w14:textId="221EC278" w:rsidR="00CB1184" w:rsidRDefault="00000000">
      <w:pPr>
        <w:pStyle w:val="ListBullet"/>
      </w:pPr>
      <w:r>
        <w:t xml:space="preserve"> Connecting design to tracking</w:t>
      </w:r>
    </w:p>
    <w:p w14:paraId="36957EE0" w14:textId="77777777" w:rsidR="00CB1184" w:rsidRDefault="00CB1184"/>
    <w:p w14:paraId="203138EF" w14:textId="77777777" w:rsidR="00CB1184" w:rsidRDefault="00000000">
      <w:pPr>
        <w:pStyle w:val="Heading3"/>
      </w:pPr>
      <w:r>
        <w:t>Day 16</w:t>
      </w:r>
    </w:p>
    <w:p w14:paraId="1B61EF56" w14:textId="77777777" w:rsidR="00CB1184" w:rsidRDefault="00000000">
      <w:r>
        <w:t>Date: 17.07.2024</w:t>
      </w:r>
    </w:p>
    <w:p w14:paraId="172766CC" w14:textId="77777777" w:rsidR="00CB1184" w:rsidRDefault="00000000">
      <w:r>
        <w:t>Activities performed:</w:t>
      </w:r>
    </w:p>
    <w:p w14:paraId="5D9F6E8F" w14:textId="11173DE7" w:rsidR="00CB1184" w:rsidRDefault="00000000">
      <w:pPr>
        <w:pStyle w:val="ListBullet"/>
      </w:pPr>
      <w:r>
        <w:t xml:space="preserve"> Scheduled automated backups and tested restore process</w:t>
      </w:r>
    </w:p>
    <w:p w14:paraId="4861449B" w14:textId="43AE8542" w:rsidR="00CB1184" w:rsidRDefault="00000000">
      <w:pPr>
        <w:pStyle w:val="ListBullet"/>
      </w:pPr>
      <w:r>
        <w:t xml:space="preserve"> Cleaned up media library and removed unused assets</w:t>
      </w:r>
    </w:p>
    <w:p w14:paraId="5691D449" w14:textId="193B139D" w:rsidR="00CB1184" w:rsidRDefault="00000000">
      <w:pPr>
        <w:pStyle w:val="ListBullet"/>
      </w:pPr>
      <w:r>
        <w:t xml:space="preserve"> Refined CSS structure and organized Figma design files</w:t>
      </w:r>
    </w:p>
    <w:p w14:paraId="3389D687" w14:textId="77777777" w:rsidR="00CB1184" w:rsidRDefault="00000000">
      <w:r>
        <w:lastRenderedPageBreak/>
        <w:t>Skills practiced / Knowledge acquired:</w:t>
      </w:r>
    </w:p>
    <w:p w14:paraId="49F7C2FF" w14:textId="0A6C3153" w:rsidR="00CB1184" w:rsidRDefault="00000000">
      <w:pPr>
        <w:pStyle w:val="ListBullet"/>
      </w:pPr>
      <w:r>
        <w:t xml:space="preserve"> Backup workflows</w:t>
      </w:r>
    </w:p>
    <w:p w14:paraId="41009531" w14:textId="73ACF4F9" w:rsidR="00CB1184" w:rsidRDefault="00000000">
      <w:pPr>
        <w:pStyle w:val="ListBullet"/>
      </w:pPr>
      <w:r>
        <w:t xml:space="preserve"> Media management</w:t>
      </w:r>
    </w:p>
    <w:p w14:paraId="4E68497F" w14:textId="4D3EDAA9" w:rsidR="00CB1184" w:rsidRDefault="00000000">
      <w:pPr>
        <w:pStyle w:val="ListBullet"/>
      </w:pPr>
      <w:r>
        <w:t xml:space="preserve"> File organization</w:t>
      </w:r>
    </w:p>
    <w:p w14:paraId="11D87F08" w14:textId="77777777" w:rsidR="00CB1184" w:rsidRDefault="00CB1184"/>
    <w:p w14:paraId="398E0CFB" w14:textId="77777777" w:rsidR="00CB1184" w:rsidRDefault="00000000">
      <w:pPr>
        <w:pStyle w:val="Heading3"/>
      </w:pPr>
      <w:r>
        <w:t>Day 17</w:t>
      </w:r>
    </w:p>
    <w:p w14:paraId="1994C012" w14:textId="77777777" w:rsidR="00CB1184" w:rsidRDefault="00000000">
      <w:r>
        <w:t>Date: 18.07.2024</w:t>
      </w:r>
    </w:p>
    <w:p w14:paraId="7A991F91" w14:textId="77777777" w:rsidR="00CB1184" w:rsidRDefault="00000000">
      <w:r>
        <w:t>Activities performed:</w:t>
      </w:r>
    </w:p>
    <w:p w14:paraId="5F5D043F" w14:textId="7F5755F0" w:rsidR="00CB1184" w:rsidRDefault="00000000">
      <w:pPr>
        <w:pStyle w:val="ListBullet"/>
      </w:pPr>
      <w:r>
        <w:t xml:space="preserve"> Migrated staging site to live domain and performed search-replace URLs</w:t>
      </w:r>
    </w:p>
    <w:p w14:paraId="0E78C76C" w14:textId="4ACBDE5F" w:rsidR="00CB1184" w:rsidRDefault="00B92EC8">
      <w:pPr>
        <w:pStyle w:val="ListBullet"/>
      </w:pPr>
      <w:r>
        <w:t xml:space="preserve"> </w:t>
      </w:r>
      <w:r w:rsidR="00000000">
        <w:t>Fixed live site link and media path issues</w:t>
      </w:r>
    </w:p>
    <w:p w14:paraId="4A87283D" w14:textId="0A1EB4B6" w:rsidR="00CB1184" w:rsidRDefault="00000000">
      <w:pPr>
        <w:pStyle w:val="ListBullet"/>
      </w:pPr>
      <w:r>
        <w:t xml:space="preserve"> Verified design fidelity and responsiveness on live server</w:t>
      </w:r>
    </w:p>
    <w:p w14:paraId="3E1F9A3B" w14:textId="77777777" w:rsidR="00CB1184" w:rsidRDefault="00000000">
      <w:r>
        <w:t>Skills practiced / Knowledge acquired:</w:t>
      </w:r>
    </w:p>
    <w:p w14:paraId="5D6C9CC1" w14:textId="5707678F" w:rsidR="00CB1184" w:rsidRDefault="00000000">
      <w:pPr>
        <w:pStyle w:val="ListBullet"/>
      </w:pPr>
      <w:r>
        <w:t xml:space="preserve"> Staging-to-live migration</w:t>
      </w:r>
    </w:p>
    <w:p w14:paraId="2AC6715B" w14:textId="521CB0B1" w:rsidR="00CB1184" w:rsidRDefault="00000000">
      <w:pPr>
        <w:pStyle w:val="ListBullet"/>
      </w:pPr>
      <w:r>
        <w:t xml:space="preserve"> Post-migration QA</w:t>
      </w:r>
    </w:p>
    <w:p w14:paraId="19F7705A" w14:textId="31B344AD" w:rsidR="00CB1184" w:rsidRDefault="00000000">
      <w:pPr>
        <w:pStyle w:val="ListBullet"/>
      </w:pPr>
      <w:r>
        <w:t xml:space="preserve"> Responsive verification</w:t>
      </w:r>
    </w:p>
    <w:p w14:paraId="449DDA54" w14:textId="77777777" w:rsidR="00CB1184" w:rsidRDefault="00CB1184"/>
    <w:p w14:paraId="76CD93BE" w14:textId="77777777" w:rsidR="00CB1184" w:rsidRDefault="00000000">
      <w:pPr>
        <w:pStyle w:val="Heading3"/>
      </w:pPr>
      <w:r>
        <w:t>Day 18</w:t>
      </w:r>
    </w:p>
    <w:p w14:paraId="47A9C7F3" w14:textId="77777777" w:rsidR="00CB1184" w:rsidRDefault="00000000">
      <w:r>
        <w:t>Date: 19.07.2024</w:t>
      </w:r>
    </w:p>
    <w:p w14:paraId="57688CB8" w14:textId="77777777" w:rsidR="00CB1184" w:rsidRDefault="00000000">
      <w:r>
        <w:t>Activities performed:</w:t>
      </w:r>
    </w:p>
    <w:p w14:paraId="60EB47B5" w14:textId="455E7A89" w:rsidR="00CB1184" w:rsidRDefault="00000000">
      <w:pPr>
        <w:pStyle w:val="ListBullet"/>
      </w:pPr>
      <w:r>
        <w:t xml:space="preserve"> Prepared user guide for content editors detailing Figma-to-WordPress workflow</w:t>
      </w:r>
    </w:p>
    <w:p w14:paraId="3D2AD4EE" w14:textId="548FC3DE" w:rsidR="00CB1184" w:rsidRDefault="00000000">
      <w:pPr>
        <w:pStyle w:val="ListBullet"/>
      </w:pPr>
      <w:r>
        <w:t xml:space="preserve"> Conducted training session on editing pages, posts, and templates in WordPress</w:t>
      </w:r>
    </w:p>
    <w:p w14:paraId="2F3770B3" w14:textId="2A59FD48" w:rsidR="00CB1184" w:rsidRDefault="00000000">
      <w:pPr>
        <w:pStyle w:val="ListBullet"/>
      </w:pPr>
      <w:r>
        <w:t xml:space="preserve"> Delivered final site credentials and documentation to the team</w:t>
      </w:r>
    </w:p>
    <w:p w14:paraId="7CEB4C61" w14:textId="77777777" w:rsidR="00CB1184" w:rsidRDefault="00000000">
      <w:r>
        <w:t>Skills practiced / Knowledge acquired:</w:t>
      </w:r>
    </w:p>
    <w:p w14:paraId="69DE1EC5" w14:textId="595680A2" w:rsidR="00CB1184" w:rsidRDefault="00000000">
      <w:pPr>
        <w:pStyle w:val="ListBullet"/>
      </w:pPr>
      <w:r>
        <w:t xml:space="preserve"> Documentation skills</w:t>
      </w:r>
    </w:p>
    <w:p w14:paraId="094F5D63" w14:textId="669199A5" w:rsidR="00CB1184" w:rsidRDefault="00000000">
      <w:pPr>
        <w:pStyle w:val="ListBullet"/>
      </w:pPr>
      <w:r>
        <w:t xml:space="preserve"> Training and knowledge transfer</w:t>
      </w:r>
    </w:p>
    <w:p w14:paraId="44BE4F12" w14:textId="7AC04420" w:rsidR="00CB1184" w:rsidRDefault="00000000">
      <w:pPr>
        <w:pStyle w:val="ListBullet"/>
      </w:pPr>
      <w:r>
        <w:t xml:space="preserve"> Client hand-off</w:t>
      </w:r>
    </w:p>
    <w:p w14:paraId="53EC308B" w14:textId="77777777" w:rsidR="00CB1184" w:rsidRDefault="00CB1184"/>
    <w:p w14:paraId="270F1785" w14:textId="77777777" w:rsidR="00CB1184" w:rsidRDefault="00000000">
      <w:pPr>
        <w:pStyle w:val="Heading3"/>
      </w:pPr>
      <w:r>
        <w:t>Day 19</w:t>
      </w:r>
    </w:p>
    <w:p w14:paraId="090606B0" w14:textId="77777777" w:rsidR="00CB1184" w:rsidRDefault="00000000">
      <w:r>
        <w:t>Date: 20.07.2024</w:t>
      </w:r>
    </w:p>
    <w:p w14:paraId="473B3859" w14:textId="77777777" w:rsidR="00CB1184" w:rsidRDefault="00000000">
      <w:r>
        <w:t>Activities performed:</w:t>
      </w:r>
    </w:p>
    <w:p w14:paraId="45ED80D4" w14:textId="5CD85385" w:rsidR="00CB1184" w:rsidRDefault="00000000">
      <w:pPr>
        <w:pStyle w:val="ListBullet"/>
      </w:pPr>
      <w:r>
        <w:t xml:space="preserve"> Designed and generated internship certificates in Figma and exported as PDFs</w:t>
      </w:r>
    </w:p>
    <w:p w14:paraId="43741E55" w14:textId="5C3E4B37" w:rsidR="00CB1184" w:rsidRDefault="00000000">
      <w:pPr>
        <w:pStyle w:val="ListBullet"/>
      </w:pPr>
      <w:r>
        <w:lastRenderedPageBreak/>
        <w:t xml:space="preserve"> Created a certificate generator template within WordPress</w:t>
      </w:r>
    </w:p>
    <w:p w14:paraId="58BC6A22" w14:textId="46378D8E" w:rsidR="00CB1184" w:rsidRDefault="00000000">
      <w:pPr>
        <w:pStyle w:val="ListBullet"/>
      </w:pPr>
      <w:r>
        <w:t xml:space="preserve"> Performed final SEO audit and compiled a post-launch checklist</w:t>
      </w:r>
    </w:p>
    <w:p w14:paraId="4F409096" w14:textId="77777777" w:rsidR="00CB1184" w:rsidRDefault="00000000">
      <w:r>
        <w:t>Skills practiced / Knowledge acquired:</w:t>
      </w:r>
    </w:p>
    <w:p w14:paraId="7AF7BC74" w14:textId="0C738164" w:rsidR="00CB1184" w:rsidRDefault="00000000">
      <w:pPr>
        <w:pStyle w:val="ListBullet"/>
      </w:pPr>
      <w:r>
        <w:t xml:space="preserve"> Certificate design</w:t>
      </w:r>
    </w:p>
    <w:p w14:paraId="0D05B8E9" w14:textId="246D3413" w:rsidR="00CB1184" w:rsidRDefault="00000000">
      <w:pPr>
        <w:pStyle w:val="ListBullet"/>
      </w:pPr>
      <w:r>
        <w:t xml:space="preserve"> WordPress template creation</w:t>
      </w:r>
    </w:p>
    <w:p w14:paraId="2F938568" w14:textId="3D028320" w:rsidR="00CB1184" w:rsidRDefault="00000000">
      <w:pPr>
        <w:pStyle w:val="ListBullet"/>
      </w:pPr>
      <w:r>
        <w:t xml:space="preserve"> Final SEO refinement</w:t>
      </w:r>
    </w:p>
    <w:p w14:paraId="4971BA8D" w14:textId="77777777" w:rsidR="00CB1184" w:rsidRDefault="00CB1184"/>
    <w:sectPr w:rsidR="00CB118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1846521">
    <w:abstractNumId w:val="8"/>
  </w:num>
  <w:num w:numId="2" w16cid:durableId="313873665">
    <w:abstractNumId w:val="6"/>
  </w:num>
  <w:num w:numId="3" w16cid:durableId="1841236385">
    <w:abstractNumId w:val="5"/>
  </w:num>
  <w:num w:numId="4" w16cid:durableId="1936670881">
    <w:abstractNumId w:val="4"/>
  </w:num>
  <w:num w:numId="5" w16cid:durableId="665127928">
    <w:abstractNumId w:val="7"/>
  </w:num>
  <w:num w:numId="6" w16cid:durableId="1872374519">
    <w:abstractNumId w:val="3"/>
  </w:num>
  <w:num w:numId="7" w16cid:durableId="797995393">
    <w:abstractNumId w:val="2"/>
  </w:num>
  <w:num w:numId="8" w16cid:durableId="1957369489">
    <w:abstractNumId w:val="1"/>
  </w:num>
  <w:num w:numId="9" w16cid:durableId="1284077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678"/>
    <w:rsid w:val="0015074B"/>
    <w:rsid w:val="0029639D"/>
    <w:rsid w:val="00326F90"/>
    <w:rsid w:val="007716BD"/>
    <w:rsid w:val="00AA1D8D"/>
    <w:rsid w:val="00B47730"/>
    <w:rsid w:val="00B92EC8"/>
    <w:rsid w:val="00CB0664"/>
    <w:rsid w:val="00CB11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2E649F"/>
  <w14:defaultImageDpi w14:val="300"/>
  <w15:docId w15:val="{3BD4C73A-B9A0-443A-B800-ED42D799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Nooruldeen Al Sammarraie</cp:lastModifiedBy>
  <cp:revision>2</cp:revision>
  <dcterms:created xsi:type="dcterms:W3CDTF">2025-05-31T18:10:00Z</dcterms:created>
  <dcterms:modified xsi:type="dcterms:W3CDTF">2025-05-31T18:10:00Z</dcterms:modified>
  <cp:category/>
</cp:coreProperties>
</file>